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E2ADB" w14:textId="322DC469" w:rsidR="00596D4B" w:rsidRDefault="00250BE9">
      <w:pPr>
        <w:spacing w:before="160" w:after="80"/>
        <w:jc w:val="center"/>
      </w:pPr>
      <w:r>
        <w:rPr>
          <w:b/>
          <w:color w:val="2E5F8A"/>
          <w:sz w:val="19"/>
        </w:rPr>
        <w:t>GRANT APPLICATION</w:t>
      </w:r>
    </w:p>
    <w:p w14:paraId="271EF352" w14:textId="77777777" w:rsidR="00596D4B" w:rsidRDefault="00000000">
      <w:pPr>
        <w:spacing w:after="80"/>
        <w:jc w:val="center"/>
      </w:pPr>
      <w:r>
        <w:rPr>
          <w:b/>
          <w:color w:val="18354F"/>
          <w:sz w:val="50"/>
        </w:rPr>
        <w:t>Nonprofit Repositioning Fund</w:t>
      </w:r>
    </w:p>
    <w:tbl>
      <w:tblPr>
        <w:tblStyle w:val="TableGrid"/>
        <w:tblW w:w="9360" w:type="dxa"/>
        <w:tblInd w:w="120" w:type="dxa"/>
        <w:tblLayout w:type="fixed"/>
        <w:tblLook w:val="04A0" w:firstRow="1" w:lastRow="0" w:firstColumn="1" w:lastColumn="0" w:noHBand="0" w:noVBand="1"/>
      </w:tblPr>
      <w:tblGrid>
        <w:gridCol w:w="9360"/>
      </w:tblGrid>
      <w:tr w:rsidR="00596D4B" w14:paraId="7D7A9F1E" w14:textId="77777777">
        <w:tc>
          <w:tcPr>
            <w:tcW w:w="9360" w:type="dxa"/>
            <w:shd w:val="clear" w:color="auto" w:fill="EAF1F7"/>
            <w:tcMar>
              <w:top w:w="90" w:type="dxa"/>
              <w:left w:w="140" w:type="dxa"/>
              <w:bottom w:w="90" w:type="dxa"/>
              <w:right w:w="140" w:type="dxa"/>
            </w:tcMar>
          </w:tcPr>
          <w:p w14:paraId="0735ED53" w14:textId="77777777" w:rsidR="00596D4B" w:rsidRDefault="00000000">
            <w:r>
              <w:rPr>
                <w:b/>
                <w:color w:val="18354F"/>
              </w:rPr>
              <w:t>How to use this document</w:t>
            </w:r>
          </w:p>
          <w:p w14:paraId="3ADE4E9D" w14:textId="258B7CFD" w:rsidR="00596D4B" w:rsidRDefault="00000000">
            <w:pPr>
              <w:spacing w:after="40"/>
            </w:pPr>
            <w:r>
              <w:rPr>
                <w:color w:val="29343D"/>
                <w:sz w:val="19"/>
              </w:rPr>
              <w:t xml:space="preserve">Required fields are labeled REQUIRED. Selectable answers are listed as bullets. </w:t>
            </w:r>
            <w:r w:rsidR="00250BE9">
              <w:rPr>
                <w:color w:val="29343D"/>
                <w:sz w:val="19"/>
              </w:rPr>
              <w:t>Sections for up to four organizations, the application workflow for both exploration and implementation grants, and all conditional questions are all listed here.</w:t>
            </w:r>
          </w:p>
        </w:tc>
      </w:tr>
    </w:tbl>
    <w:p w14:paraId="64374A0B" w14:textId="50971E13" w:rsidR="00596D4B" w:rsidRDefault="00000000">
      <w:pPr>
        <w:spacing w:before="140" w:after="20"/>
      </w:pPr>
      <w:r>
        <w:rPr>
          <w:b/>
          <w:color w:val="66727D"/>
          <w:sz w:val="18"/>
        </w:rPr>
        <w:t xml:space="preserve">Source: </w:t>
      </w:r>
      <w:hyperlink r:id="rId8">
        <w:r>
          <w:rPr>
            <w:color w:val="2E5F8A"/>
            <w:sz w:val="20"/>
            <w:u w:val="single"/>
          </w:rPr>
          <w:t>https://www.tfaforms.com/5207160</w:t>
        </w:r>
      </w:hyperlink>
      <w:r>
        <w:rPr>
          <w:color w:val="66727D"/>
          <w:sz w:val="18"/>
        </w:rPr>
        <w:t xml:space="preserve">  </w:t>
      </w:r>
    </w:p>
    <w:p w14:paraId="7DED4481" w14:textId="77777777" w:rsidR="00250BE9" w:rsidRDefault="00250BE9">
      <w:pPr>
        <w:spacing w:after="60"/>
        <w:rPr>
          <w:b/>
          <w:color w:val="18354F"/>
          <w:sz w:val="19"/>
        </w:rPr>
      </w:pPr>
    </w:p>
    <w:p w14:paraId="3820637C" w14:textId="533D2CCF" w:rsidR="00596D4B" w:rsidRDefault="00000000">
      <w:pPr>
        <w:spacing w:after="60"/>
      </w:pPr>
      <w:r>
        <w:rPr>
          <w:b/>
          <w:color w:val="18354F"/>
          <w:sz w:val="19"/>
        </w:rPr>
        <w:t xml:space="preserve">Primary branching: </w:t>
      </w:r>
      <w:r w:rsidR="00250BE9">
        <w:rPr>
          <w:b/>
          <w:color w:val="18354F"/>
          <w:sz w:val="19"/>
        </w:rPr>
        <w:t>‘</w:t>
      </w:r>
      <w:r>
        <w:rPr>
          <w:color w:val="29343D"/>
          <w:sz w:val="19"/>
        </w:rPr>
        <w:t>Project Stage</w:t>
      </w:r>
      <w:r w:rsidR="00250BE9">
        <w:rPr>
          <w:color w:val="29343D"/>
          <w:sz w:val="19"/>
        </w:rPr>
        <w:t>’</w:t>
      </w:r>
      <w:r>
        <w:rPr>
          <w:color w:val="29343D"/>
          <w:sz w:val="19"/>
        </w:rPr>
        <w:t xml:space="preserve"> selects the Exploration or Implementation flow. Organization count reveals Organization 1 through 4 blocks as applicable</w:t>
      </w:r>
      <w:r w:rsidR="00250BE9">
        <w:rPr>
          <w:color w:val="29343D"/>
          <w:sz w:val="19"/>
        </w:rPr>
        <w:t xml:space="preserve"> (i.e., </w:t>
      </w:r>
      <w:r>
        <w:rPr>
          <w:color w:val="29343D"/>
          <w:sz w:val="19"/>
        </w:rPr>
        <w:t>“4 or more” displays four organization blocks</w:t>
      </w:r>
      <w:r w:rsidR="00250BE9">
        <w:rPr>
          <w:color w:val="29343D"/>
          <w:sz w:val="19"/>
        </w:rPr>
        <w:t>)</w:t>
      </w:r>
      <w:r>
        <w:rPr>
          <w:color w:val="29343D"/>
          <w:sz w:val="19"/>
        </w:rPr>
        <w:t>.</w:t>
      </w:r>
    </w:p>
    <w:p w14:paraId="7633757D" w14:textId="77777777" w:rsidR="00596D4B" w:rsidRDefault="00000000">
      <w:pPr>
        <w:pStyle w:val="Heading1"/>
      </w:pPr>
      <w:r>
        <w:t>Contact Information of Submitter</w:t>
      </w:r>
    </w:p>
    <w:p w14:paraId="2F2F393E" w14:textId="77777777" w:rsidR="00596D4B" w:rsidRDefault="00000000">
      <w:pPr>
        <w:pStyle w:val="ApplicationQuestion"/>
        <w:numPr>
          <w:ilvl w:val="0"/>
          <w:numId w:val="1"/>
        </w:numPr>
      </w:pPr>
      <w:r>
        <w:t>Last Name</w:t>
      </w:r>
    </w:p>
    <w:p w14:paraId="41B3CAAD" w14:textId="77777777" w:rsidR="00596D4B" w:rsidRDefault="00000000">
      <w:pPr>
        <w:pStyle w:val="FieldMetadata"/>
      </w:pPr>
      <w:r>
        <w:rPr>
          <w:b/>
          <w:color w:val="A12A2A"/>
        </w:rPr>
        <w:t>Short answer  |  REQUIRED</w:t>
      </w:r>
    </w:p>
    <w:p w14:paraId="29732FCE" w14:textId="77777777" w:rsidR="00596D4B" w:rsidRDefault="00000000">
      <w:pPr>
        <w:pStyle w:val="ApplicationQuestion"/>
        <w:numPr>
          <w:ilvl w:val="0"/>
          <w:numId w:val="1"/>
        </w:numPr>
      </w:pPr>
      <w:r>
        <w:t>First Name</w:t>
      </w:r>
    </w:p>
    <w:p w14:paraId="42FDCD53" w14:textId="77777777" w:rsidR="00596D4B" w:rsidRDefault="00000000">
      <w:pPr>
        <w:pStyle w:val="FieldMetadata"/>
      </w:pPr>
      <w:r>
        <w:rPr>
          <w:b/>
          <w:color w:val="A12A2A"/>
        </w:rPr>
        <w:t>Short answer  |  REQUIRED</w:t>
      </w:r>
    </w:p>
    <w:p w14:paraId="1DBABAAD" w14:textId="77777777" w:rsidR="00596D4B" w:rsidRDefault="00000000">
      <w:pPr>
        <w:pStyle w:val="ApplicationQuestion"/>
        <w:numPr>
          <w:ilvl w:val="0"/>
          <w:numId w:val="1"/>
        </w:numPr>
      </w:pPr>
      <w:r>
        <w:t>Email</w:t>
      </w:r>
    </w:p>
    <w:p w14:paraId="1F984A4E" w14:textId="77777777" w:rsidR="00596D4B" w:rsidRDefault="00000000">
      <w:pPr>
        <w:pStyle w:val="FieldMetadata"/>
      </w:pPr>
      <w:r>
        <w:rPr>
          <w:b/>
          <w:color w:val="A12A2A"/>
        </w:rPr>
        <w:t>Short answer  |  REQUIRED</w:t>
      </w:r>
    </w:p>
    <w:p w14:paraId="30674271" w14:textId="77777777" w:rsidR="00596D4B" w:rsidRDefault="00000000">
      <w:pPr>
        <w:pStyle w:val="ApplicationQuestion"/>
        <w:numPr>
          <w:ilvl w:val="0"/>
          <w:numId w:val="1"/>
        </w:numPr>
      </w:pPr>
      <w:r>
        <w:t>Phone Number</w:t>
      </w:r>
    </w:p>
    <w:p w14:paraId="046CB40F" w14:textId="77777777" w:rsidR="00596D4B" w:rsidRDefault="00000000">
      <w:pPr>
        <w:pStyle w:val="FieldMetadata"/>
      </w:pPr>
      <w:r>
        <w:rPr>
          <w:b/>
          <w:color w:val="A12A2A"/>
        </w:rPr>
        <w:t>Short answer; format ###-###-####  |  REQUIRED</w:t>
      </w:r>
    </w:p>
    <w:p w14:paraId="5944501B" w14:textId="77777777" w:rsidR="00596D4B" w:rsidRDefault="00000000">
      <w:pPr>
        <w:pStyle w:val="ApplicationQuestion"/>
        <w:numPr>
          <w:ilvl w:val="0"/>
          <w:numId w:val="1"/>
        </w:numPr>
      </w:pPr>
      <w:r>
        <w:t>Title</w:t>
      </w:r>
    </w:p>
    <w:p w14:paraId="2CC1FF8A" w14:textId="77777777" w:rsidR="00596D4B" w:rsidRDefault="00000000">
      <w:pPr>
        <w:pStyle w:val="FieldMetadata"/>
      </w:pPr>
      <w:r>
        <w:rPr>
          <w:b/>
          <w:color w:val="A12A2A"/>
        </w:rPr>
        <w:t>Short answer  |  REQUIRED</w:t>
      </w:r>
    </w:p>
    <w:p w14:paraId="297521E8" w14:textId="77777777" w:rsidR="00596D4B" w:rsidRDefault="00000000">
      <w:pPr>
        <w:pStyle w:val="ApplicationQuestion"/>
        <w:numPr>
          <w:ilvl w:val="0"/>
          <w:numId w:val="1"/>
        </w:numPr>
      </w:pPr>
      <w:r>
        <w:t>Organization</w:t>
      </w:r>
    </w:p>
    <w:p w14:paraId="0DA293C8" w14:textId="77777777" w:rsidR="00596D4B" w:rsidRDefault="00000000">
      <w:pPr>
        <w:pStyle w:val="FieldMetadata"/>
      </w:pPr>
      <w:r>
        <w:rPr>
          <w:b/>
          <w:color w:val="A12A2A"/>
        </w:rPr>
        <w:t>Short answer  |  REQUIRED</w:t>
      </w:r>
    </w:p>
    <w:p w14:paraId="310C129C" w14:textId="77777777" w:rsidR="00596D4B" w:rsidRDefault="00000000">
      <w:pPr>
        <w:pStyle w:val="ApplicationQuestion"/>
        <w:numPr>
          <w:ilvl w:val="0"/>
          <w:numId w:val="1"/>
        </w:numPr>
      </w:pPr>
      <w:r>
        <w:t>EIN</w:t>
      </w:r>
    </w:p>
    <w:p w14:paraId="3732B1EE" w14:textId="77777777" w:rsidR="00596D4B" w:rsidRDefault="00000000">
      <w:pPr>
        <w:pStyle w:val="FieldMetadata"/>
      </w:pPr>
      <w:r>
        <w:rPr>
          <w:b/>
          <w:color w:val="A12A2A"/>
        </w:rPr>
        <w:t>Short answer; no hyphens  |  REQUIRED</w:t>
      </w:r>
    </w:p>
    <w:p w14:paraId="2EE0C756" w14:textId="77777777" w:rsidR="00596D4B" w:rsidRDefault="00000000">
      <w:pPr>
        <w:pStyle w:val="ApplicationQuestion"/>
        <w:numPr>
          <w:ilvl w:val="0"/>
          <w:numId w:val="1"/>
        </w:numPr>
      </w:pPr>
      <w:r>
        <w:t>Website</w:t>
      </w:r>
    </w:p>
    <w:p w14:paraId="004BF9D9" w14:textId="77777777" w:rsidR="00596D4B" w:rsidRDefault="00000000">
      <w:pPr>
        <w:pStyle w:val="FieldMetadata"/>
      </w:pPr>
      <w:r>
        <w:rPr>
          <w:b/>
          <w:color w:val="A12A2A"/>
        </w:rPr>
        <w:t>Short answer  |  REQUIRED</w:t>
      </w:r>
    </w:p>
    <w:p w14:paraId="7DBCB7DF" w14:textId="77777777" w:rsidR="00596D4B" w:rsidRDefault="00000000">
      <w:pPr>
        <w:pStyle w:val="Heading1"/>
      </w:pPr>
      <w:r>
        <w:lastRenderedPageBreak/>
        <w:t>Nature of Inquiry</w:t>
      </w:r>
    </w:p>
    <w:p w14:paraId="4BE6CF23" w14:textId="77777777" w:rsidR="00596D4B" w:rsidRDefault="00000000">
      <w:pPr>
        <w:pStyle w:val="ApplicationQuestion"/>
        <w:numPr>
          <w:ilvl w:val="0"/>
          <w:numId w:val="1"/>
        </w:numPr>
      </w:pPr>
      <w:r>
        <w:t>How did you learn about the Nonprofit Repositioning Fund?</w:t>
      </w:r>
    </w:p>
    <w:p w14:paraId="70A553F1" w14:textId="77777777" w:rsidR="00596D4B" w:rsidRDefault="00000000">
      <w:pPr>
        <w:pStyle w:val="FieldMetadata"/>
        <w:keepNext/>
      </w:pPr>
      <w:r>
        <w:rPr>
          <w:b/>
          <w:color w:val="A12A2A"/>
        </w:rPr>
        <w:t>Dropdown  |  REQUIRED</w:t>
      </w:r>
    </w:p>
    <w:p w14:paraId="119249C7" w14:textId="77777777" w:rsidR="00596D4B" w:rsidRDefault="00000000">
      <w:pPr>
        <w:keepNext/>
        <w:spacing w:after="40"/>
        <w:ind w:left="720" w:hanging="360"/>
      </w:pPr>
      <w:r>
        <w:rPr>
          <w:color w:val="29343D"/>
          <w:sz w:val="20"/>
        </w:rPr>
        <w:t>▪  Referral</w:t>
      </w:r>
    </w:p>
    <w:p w14:paraId="34250945" w14:textId="77777777" w:rsidR="00596D4B" w:rsidRDefault="00000000">
      <w:pPr>
        <w:keepNext/>
        <w:spacing w:after="40"/>
        <w:ind w:left="720" w:hanging="360"/>
      </w:pPr>
      <w:r>
        <w:rPr>
          <w:color w:val="29343D"/>
          <w:sz w:val="20"/>
        </w:rPr>
        <w:t>▪  Media</w:t>
      </w:r>
    </w:p>
    <w:p w14:paraId="0BE17BD4" w14:textId="77777777" w:rsidR="00596D4B" w:rsidRDefault="00000000">
      <w:pPr>
        <w:keepNext/>
        <w:spacing w:after="40"/>
        <w:ind w:left="720" w:hanging="360"/>
      </w:pPr>
      <w:r>
        <w:rPr>
          <w:color w:val="29343D"/>
          <w:sz w:val="20"/>
        </w:rPr>
        <w:t>▪  Panel/Presentation</w:t>
      </w:r>
    </w:p>
    <w:p w14:paraId="64582CBC" w14:textId="77777777" w:rsidR="00596D4B" w:rsidRDefault="00000000">
      <w:pPr>
        <w:keepNext/>
        <w:spacing w:after="40"/>
        <w:ind w:left="720" w:hanging="360"/>
      </w:pPr>
      <w:r>
        <w:rPr>
          <w:color w:val="29343D"/>
          <w:sz w:val="20"/>
        </w:rPr>
        <w:t>▪  Internet Search</w:t>
      </w:r>
    </w:p>
    <w:p w14:paraId="25B91565" w14:textId="77777777" w:rsidR="00596D4B" w:rsidRDefault="00000000">
      <w:pPr>
        <w:spacing w:after="40"/>
        <w:ind w:left="720" w:hanging="360"/>
      </w:pPr>
      <w:r>
        <w:rPr>
          <w:color w:val="29343D"/>
          <w:sz w:val="20"/>
        </w:rPr>
        <w:t>▪  Other</w:t>
      </w:r>
    </w:p>
    <w:p w14:paraId="48768926" w14:textId="77777777" w:rsidR="00596D4B" w:rsidRDefault="00000000">
      <w:pPr>
        <w:pStyle w:val="ApplicationQuestion"/>
        <w:numPr>
          <w:ilvl w:val="0"/>
          <w:numId w:val="1"/>
        </w:numPr>
      </w:pPr>
      <w:r>
        <w:t>Please explain.</w:t>
      </w:r>
    </w:p>
    <w:p w14:paraId="06785F42" w14:textId="77777777" w:rsidR="00596D4B" w:rsidRDefault="00000000">
      <w:pPr>
        <w:pStyle w:val="FieldMetadata"/>
        <w:keepNext/>
      </w:pPr>
      <w:r>
        <w:t>Short answer  |  Optional</w:t>
      </w:r>
      <w:r>
        <w:br/>
      </w:r>
      <w:r>
        <w:rPr>
          <w:color w:val="6B4B00"/>
        </w:rPr>
        <w:t>Conditional: Shown when Referral, Media, Panel/Presentation, or Other is selected above.</w:t>
      </w:r>
    </w:p>
    <w:p w14:paraId="52EB2265" w14:textId="77777777" w:rsidR="00596D4B" w:rsidRDefault="00000000">
      <w:pPr>
        <w:pStyle w:val="ApplicationQuestion"/>
        <w:numPr>
          <w:ilvl w:val="0"/>
          <w:numId w:val="1"/>
        </w:numPr>
      </w:pPr>
      <w:r>
        <w:t>Project Stage</w:t>
      </w:r>
    </w:p>
    <w:p w14:paraId="2193581B" w14:textId="77777777" w:rsidR="00596D4B" w:rsidRDefault="00000000">
      <w:pPr>
        <w:pStyle w:val="FieldMetadata"/>
        <w:keepNext/>
      </w:pPr>
      <w:r>
        <w:rPr>
          <w:b/>
          <w:color w:val="A12A2A"/>
        </w:rPr>
        <w:t>Dropdown  |  REQUIRED</w:t>
      </w:r>
    </w:p>
    <w:p w14:paraId="2CA7CE5D" w14:textId="77777777" w:rsidR="00596D4B" w:rsidRDefault="00000000">
      <w:pPr>
        <w:keepNext/>
        <w:spacing w:after="40"/>
        <w:ind w:left="720" w:hanging="360"/>
      </w:pPr>
      <w:r>
        <w:rPr>
          <w:color w:val="29343D"/>
          <w:sz w:val="20"/>
        </w:rPr>
        <w:t>▪  Exploration</w:t>
      </w:r>
    </w:p>
    <w:p w14:paraId="3CA4955C" w14:textId="77777777" w:rsidR="00596D4B" w:rsidRDefault="00000000">
      <w:pPr>
        <w:spacing w:after="40"/>
        <w:ind w:left="720" w:hanging="360"/>
      </w:pPr>
      <w:r>
        <w:rPr>
          <w:color w:val="29343D"/>
          <w:sz w:val="20"/>
        </w:rPr>
        <w:t>▪  Implementation</w:t>
      </w:r>
    </w:p>
    <w:p w14:paraId="1102C085" w14:textId="77777777" w:rsidR="00596D4B" w:rsidRDefault="00000000">
      <w:pPr>
        <w:pStyle w:val="ApplicationQuestion"/>
        <w:numPr>
          <w:ilvl w:val="0"/>
          <w:numId w:val="1"/>
        </w:numPr>
      </w:pPr>
      <w:r>
        <w:t>How many organizations are involved in this project?</w:t>
      </w:r>
    </w:p>
    <w:p w14:paraId="31A0567B" w14:textId="77777777" w:rsidR="00596D4B" w:rsidRDefault="00000000">
      <w:pPr>
        <w:pStyle w:val="FieldMetadata"/>
        <w:keepNext/>
      </w:pPr>
      <w:r>
        <w:rPr>
          <w:b/>
          <w:color w:val="A12A2A"/>
        </w:rPr>
        <w:t>Dropdown  |  REQUIRED</w:t>
      </w:r>
    </w:p>
    <w:p w14:paraId="6F226DF2" w14:textId="77777777" w:rsidR="00596D4B" w:rsidRDefault="00000000">
      <w:pPr>
        <w:keepNext/>
        <w:spacing w:after="40"/>
        <w:ind w:left="720" w:hanging="360"/>
      </w:pPr>
      <w:r>
        <w:rPr>
          <w:color w:val="29343D"/>
          <w:sz w:val="20"/>
        </w:rPr>
        <w:t>▪  1</w:t>
      </w:r>
    </w:p>
    <w:p w14:paraId="16E0BEC6" w14:textId="77777777" w:rsidR="00596D4B" w:rsidRDefault="00000000">
      <w:pPr>
        <w:keepNext/>
        <w:spacing w:after="40"/>
        <w:ind w:left="720" w:hanging="360"/>
      </w:pPr>
      <w:r>
        <w:rPr>
          <w:color w:val="29343D"/>
          <w:sz w:val="20"/>
        </w:rPr>
        <w:t>▪  2</w:t>
      </w:r>
    </w:p>
    <w:p w14:paraId="47036E19" w14:textId="77777777" w:rsidR="00596D4B" w:rsidRDefault="00000000">
      <w:pPr>
        <w:keepNext/>
        <w:spacing w:after="40"/>
        <w:ind w:left="720" w:hanging="360"/>
      </w:pPr>
      <w:r>
        <w:rPr>
          <w:color w:val="29343D"/>
          <w:sz w:val="20"/>
        </w:rPr>
        <w:t>▪  3</w:t>
      </w:r>
    </w:p>
    <w:p w14:paraId="69A38973" w14:textId="77777777" w:rsidR="00596D4B" w:rsidRDefault="00000000">
      <w:pPr>
        <w:spacing w:after="40"/>
        <w:ind w:left="720" w:hanging="360"/>
      </w:pPr>
      <w:r>
        <w:rPr>
          <w:color w:val="29343D"/>
          <w:sz w:val="20"/>
        </w:rPr>
        <w:t>▪  4 or more</w:t>
      </w:r>
    </w:p>
    <w:p w14:paraId="41DCEED9" w14:textId="77777777" w:rsidR="00596D4B" w:rsidRDefault="00000000">
      <w:pPr>
        <w:pStyle w:val="ApplicationQuestion"/>
        <w:numPr>
          <w:ilvl w:val="0"/>
          <w:numId w:val="1"/>
        </w:numPr>
      </w:pPr>
      <w:r>
        <w:t>How do the organizations know each other? Check all that apply.</w:t>
      </w:r>
    </w:p>
    <w:p w14:paraId="53C3CE27" w14:textId="77777777" w:rsidR="00596D4B" w:rsidRDefault="00000000">
      <w:pPr>
        <w:pStyle w:val="FieldMetadata"/>
        <w:keepNext/>
      </w:pPr>
      <w:r>
        <w:rPr>
          <w:b/>
          <w:color w:val="A12A2A"/>
        </w:rPr>
        <w:t>Checkboxes  |  REQUIRED</w:t>
      </w:r>
    </w:p>
    <w:p w14:paraId="19C88769" w14:textId="77777777" w:rsidR="00596D4B" w:rsidRDefault="00000000">
      <w:pPr>
        <w:keepNext/>
        <w:spacing w:after="40"/>
        <w:ind w:left="720" w:hanging="360"/>
      </w:pPr>
      <w:r>
        <w:rPr>
          <w:color w:val="29343D"/>
          <w:sz w:val="20"/>
        </w:rPr>
        <w:t>▪  Overlapping Board Members</w:t>
      </w:r>
    </w:p>
    <w:p w14:paraId="3CFF876F" w14:textId="77777777" w:rsidR="00596D4B" w:rsidRDefault="00000000">
      <w:pPr>
        <w:keepNext/>
        <w:spacing w:after="40"/>
        <w:ind w:left="720" w:hanging="360"/>
      </w:pPr>
      <w:r>
        <w:rPr>
          <w:color w:val="29343D"/>
          <w:sz w:val="20"/>
        </w:rPr>
        <w:t>▪  Common Funders</w:t>
      </w:r>
    </w:p>
    <w:p w14:paraId="31FB8152" w14:textId="77777777" w:rsidR="00596D4B" w:rsidRDefault="00000000">
      <w:pPr>
        <w:keepNext/>
        <w:spacing w:after="40"/>
        <w:ind w:left="720" w:hanging="360"/>
      </w:pPr>
      <w:r>
        <w:rPr>
          <w:color w:val="29343D"/>
          <w:sz w:val="20"/>
        </w:rPr>
        <w:t>▪  Joint Programmatic Work</w:t>
      </w:r>
    </w:p>
    <w:p w14:paraId="189CF205" w14:textId="77777777" w:rsidR="00596D4B" w:rsidRDefault="00000000">
      <w:pPr>
        <w:keepNext/>
        <w:spacing w:after="40"/>
        <w:ind w:left="720" w:hanging="360"/>
      </w:pPr>
      <w:r>
        <w:rPr>
          <w:color w:val="29343D"/>
          <w:sz w:val="20"/>
        </w:rPr>
        <w:t>▪  Staff Connections</w:t>
      </w:r>
    </w:p>
    <w:p w14:paraId="57FD6B61" w14:textId="77777777" w:rsidR="00596D4B" w:rsidRDefault="00000000">
      <w:pPr>
        <w:spacing w:after="40"/>
        <w:ind w:left="720" w:hanging="360"/>
      </w:pPr>
      <w:r>
        <w:rPr>
          <w:color w:val="29343D"/>
          <w:sz w:val="20"/>
        </w:rPr>
        <w:t>▪  Other</w:t>
      </w:r>
    </w:p>
    <w:p w14:paraId="300D3F9B" w14:textId="77777777" w:rsidR="00596D4B" w:rsidRDefault="00000000">
      <w:pPr>
        <w:pStyle w:val="ApplicationQuestion"/>
        <w:numPr>
          <w:ilvl w:val="0"/>
          <w:numId w:val="1"/>
        </w:numPr>
      </w:pPr>
      <w:r>
        <w:t>Please explain.</w:t>
      </w:r>
    </w:p>
    <w:p w14:paraId="074DEF36" w14:textId="77777777" w:rsidR="00596D4B" w:rsidRDefault="00000000">
      <w:pPr>
        <w:pStyle w:val="FieldMetadata"/>
      </w:pPr>
      <w:r>
        <w:t>Short answer  |  Optional</w:t>
      </w:r>
    </w:p>
    <w:p w14:paraId="53DE8C2F" w14:textId="77777777" w:rsidR="00596D4B" w:rsidRDefault="00000000">
      <w:pPr>
        <w:pStyle w:val="ApplicationQuestion"/>
        <w:numPr>
          <w:ilvl w:val="0"/>
          <w:numId w:val="1"/>
        </w:numPr>
      </w:pPr>
      <w:r>
        <w:t>How long ago did discussions begin?</w:t>
      </w:r>
    </w:p>
    <w:p w14:paraId="1BB4CF4D" w14:textId="77777777" w:rsidR="00596D4B" w:rsidRDefault="00000000">
      <w:pPr>
        <w:pStyle w:val="FieldMetadata"/>
        <w:keepNext/>
      </w:pPr>
      <w:r>
        <w:rPr>
          <w:b/>
          <w:color w:val="A12A2A"/>
        </w:rPr>
        <w:t>Dropdown  |  REQUIRED</w:t>
      </w:r>
    </w:p>
    <w:p w14:paraId="028189DA" w14:textId="77777777" w:rsidR="00596D4B" w:rsidRDefault="00000000">
      <w:pPr>
        <w:keepNext/>
        <w:spacing w:after="40"/>
        <w:ind w:left="720" w:hanging="360"/>
      </w:pPr>
      <w:r>
        <w:rPr>
          <w:color w:val="29343D"/>
          <w:sz w:val="20"/>
        </w:rPr>
        <w:t>▪  Less than one month</w:t>
      </w:r>
    </w:p>
    <w:p w14:paraId="3E92319C" w14:textId="77777777" w:rsidR="00596D4B" w:rsidRDefault="00000000">
      <w:pPr>
        <w:keepNext/>
        <w:spacing w:after="40"/>
        <w:ind w:left="720" w:hanging="360"/>
      </w:pPr>
      <w:r>
        <w:rPr>
          <w:color w:val="29343D"/>
          <w:sz w:val="20"/>
        </w:rPr>
        <w:t>▪  1-3 months</w:t>
      </w:r>
    </w:p>
    <w:p w14:paraId="0985F71C" w14:textId="77777777" w:rsidR="00596D4B" w:rsidRDefault="00000000">
      <w:pPr>
        <w:keepNext/>
        <w:spacing w:after="40"/>
        <w:ind w:left="720" w:hanging="360"/>
      </w:pPr>
      <w:r>
        <w:rPr>
          <w:color w:val="29343D"/>
          <w:sz w:val="20"/>
        </w:rPr>
        <w:t>▪  3-6 months</w:t>
      </w:r>
    </w:p>
    <w:p w14:paraId="73659196" w14:textId="77777777" w:rsidR="00596D4B" w:rsidRDefault="00000000">
      <w:pPr>
        <w:keepNext/>
        <w:spacing w:after="40"/>
        <w:ind w:left="720" w:hanging="360"/>
      </w:pPr>
      <w:r>
        <w:rPr>
          <w:color w:val="29343D"/>
          <w:sz w:val="20"/>
        </w:rPr>
        <w:t>▪  6-12 months</w:t>
      </w:r>
    </w:p>
    <w:p w14:paraId="1A8F0BF9" w14:textId="77777777" w:rsidR="00596D4B" w:rsidRDefault="00000000">
      <w:pPr>
        <w:keepNext/>
        <w:spacing w:after="40"/>
        <w:ind w:left="720" w:hanging="360"/>
      </w:pPr>
      <w:r>
        <w:rPr>
          <w:color w:val="29343D"/>
          <w:sz w:val="20"/>
        </w:rPr>
        <w:t>▪  12-24 months</w:t>
      </w:r>
    </w:p>
    <w:p w14:paraId="7CCB1942" w14:textId="77777777" w:rsidR="00596D4B" w:rsidRDefault="00000000">
      <w:pPr>
        <w:keepNext/>
        <w:spacing w:after="40"/>
        <w:ind w:left="720" w:hanging="360"/>
      </w:pPr>
      <w:r>
        <w:rPr>
          <w:color w:val="29343D"/>
          <w:sz w:val="20"/>
        </w:rPr>
        <w:t>▪  24+ months</w:t>
      </w:r>
    </w:p>
    <w:p w14:paraId="1694F5F6" w14:textId="77777777" w:rsidR="00596D4B" w:rsidRDefault="00000000">
      <w:pPr>
        <w:keepNext/>
        <w:spacing w:after="40"/>
        <w:ind w:left="720" w:hanging="360"/>
      </w:pPr>
      <w:r>
        <w:rPr>
          <w:color w:val="29343D"/>
          <w:sz w:val="20"/>
        </w:rPr>
        <w:t>▪  Don't know</w:t>
      </w:r>
    </w:p>
    <w:p w14:paraId="6BAC90F1" w14:textId="77777777" w:rsidR="00596D4B" w:rsidRDefault="00000000">
      <w:pPr>
        <w:spacing w:after="40"/>
        <w:ind w:left="720" w:hanging="360"/>
      </w:pPr>
      <w:r>
        <w:rPr>
          <w:color w:val="29343D"/>
          <w:sz w:val="20"/>
        </w:rPr>
        <w:t>▪  Have not begun yet</w:t>
      </w:r>
    </w:p>
    <w:p w14:paraId="56415EB1" w14:textId="77777777" w:rsidR="00596D4B" w:rsidRDefault="00000000">
      <w:pPr>
        <w:pStyle w:val="ApplicationQuestion"/>
        <w:numPr>
          <w:ilvl w:val="0"/>
          <w:numId w:val="1"/>
        </w:numPr>
      </w:pPr>
      <w:r>
        <w:lastRenderedPageBreak/>
        <w:t>Who first initiated discussions?</w:t>
      </w:r>
    </w:p>
    <w:p w14:paraId="24DA90EE" w14:textId="77777777" w:rsidR="00596D4B" w:rsidRDefault="00000000">
      <w:pPr>
        <w:pStyle w:val="FieldMetadata"/>
        <w:keepNext/>
      </w:pPr>
      <w:r>
        <w:rPr>
          <w:b/>
          <w:color w:val="A12A2A"/>
        </w:rPr>
        <w:t>Dropdown  |  REQUIRED</w:t>
      </w:r>
      <w:r>
        <w:rPr>
          <w:b/>
          <w:color w:val="A12A2A"/>
        </w:rPr>
        <w:br/>
      </w:r>
      <w:r>
        <w:rPr>
          <w:color w:val="6B4B00"/>
        </w:rPr>
        <w:t>Conditional: Hidden when Have not begun yet is selected above.</w:t>
      </w:r>
    </w:p>
    <w:p w14:paraId="6FF6D220" w14:textId="77777777" w:rsidR="00596D4B" w:rsidRDefault="00000000">
      <w:pPr>
        <w:keepNext/>
        <w:spacing w:after="40"/>
        <w:ind w:left="720" w:hanging="360"/>
      </w:pPr>
      <w:r>
        <w:rPr>
          <w:color w:val="29343D"/>
          <w:sz w:val="20"/>
        </w:rPr>
        <w:t>▪  Executive Director/President/CEO</w:t>
      </w:r>
    </w:p>
    <w:p w14:paraId="6AE80365" w14:textId="77777777" w:rsidR="00596D4B" w:rsidRDefault="00000000">
      <w:pPr>
        <w:keepNext/>
        <w:spacing w:after="40"/>
        <w:ind w:left="720" w:hanging="360"/>
      </w:pPr>
      <w:r>
        <w:rPr>
          <w:color w:val="29343D"/>
          <w:sz w:val="20"/>
        </w:rPr>
        <w:t>▪  Board Member(s)</w:t>
      </w:r>
    </w:p>
    <w:p w14:paraId="61D71793" w14:textId="77777777" w:rsidR="00596D4B" w:rsidRDefault="00000000">
      <w:pPr>
        <w:keepNext/>
        <w:spacing w:after="40"/>
        <w:ind w:left="720" w:hanging="360"/>
      </w:pPr>
      <w:r>
        <w:rPr>
          <w:color w:val="29343D"/>
          <w:sz w:val="20"/>
        </w:rPr>
        <w:t>▪  Funder(s)</w:t>
      </w:r>
    </w:p>
    <w:p w14:paraId="13B0532C" w14:textId="77777777" w:rsidR="00596D4B" w:rsidRDefault="00000000">
      <w:pPr>
        <w:keepNext/>
        <w:spacing w:after="40"/>
        <w:ind w:left="720" w:hanging="360"/>
      </w:pPr>
      <w:r>
        <w:rPr>
          <w:color w:val="29343D"/>
          <w:sz w:val="20"/>
        </w:rPr>
        <w:t>▪  Community Leaders/Organizations</w:t>
      </w:r>
    </w:p>
    <w:p w14:paraId="6E73809E" w14:textId="77777777" w:rsidR="00596D4B" w:rsidRDefault="00000000">
      <w:pPr>
        <w:spacing w:after="40"/>
        <w:ind w:left="720" w:hanging="360"/>
      </w:pPr>
      <w:r>
        <w:rPr>
          <w:color w:val="29343D"/>
          <w:sz w:val="20"/>
        </w:rPr>
        <w:t>▪  Other</w:t>
      </w:r>
    </w:p>
    <w:p w14:paraId="601A3218" w14:textId="77777777" w:rsidR="00596D4B" w:rsidRDefault="00000000">
      <w:pPr>
        <w:pStyle w:val="ApplicationQuestion"/>
        <w:numPr>
          <w:ilvl w:val="0"/>
          <w:numId w:val="1"/>
        </w:numPr>
      </w:pPr>
      <w:r>
        <w:t>Please explain.</w:t>
      </w:r>
    </w:p>
    <w:p w14:paraId="6800B6EE" w14:textId="77777777" w:rsidR="00596D4B" w:rsidRDefault="00000000">
      <w:pPr>
        <w:pStyle w:val="FieldMetadata"/>
        <w:keepNext/>
      </w:pPr>
      <w:r>
        <w:t>Short answer  |  Optional</w:t>
      </w:r>
      <w:r>
        <w:br/>
      </w:r>
      <w:r>
        <w:rPr>
          <w:color w:val="6B4B00"/>
        </w:rPr>
        <w:t>Conditional: Hidden when Have not begun yet is selected above.</w:t>
      </w:r>
    </w:p>
    <w:p w14:paraId="7E76BE18" w14:textId="77777777" w:rsidR="00596D4B" w:rsidRDefault="00000000">
      <w:pPr>
        <w:pStyle w:val="ApplicationQuestion"/>
        <w:numPr>
          <w:ilvl w:val="0"/>
          <w:numId w:val="1"/>
        </w:numPr>
      </w:pPr>
      <w:r>
        <w:t>Is this the first time the organizations have been in discussions?</w:t>
      </w:r>
    </w:p>
    <w:p w14:paraId="2C67A5AB" w14:textId="77777777" w:rsidR="00596D4B" w:rsidRDefault="00000000">
      <w:pPr>
        <w:pStyle w:val="FieldMetadata"/>
        <w:keepNext/>
      </w:pPr>
      <w:r>
        <w:rPr>
          <w:b/>
          <w:color w:val="A12A2A"/>
        </w:rPr>
        <w:t>Dropdown  |  REQUIRED</w:t>
      </w:r>
    </w:p>
    <w:p w14:paraId="1F4B49D8" w14:textId="77777777" w:rsidR="00596D4B" w:rsidRDefault="00000000">
      <w:pPr>
        <w:keepNext/>
        <w:spacing w:after="40"/>
        <w:ind w:left="720" w:hanging="360"/>
      </w:pPr>
      <w:r>
        <w:rPr>
          <w:color w:val="29343D"/>
          <w:sz w:val="20"/>
        </w:rPr>
        <w:t>▪  Yes</w:t>
      </w:r>
    </w:p>
    <w:p w14:paraId="265CAA34" w14:textId="77777777" w:rsidR="00596D4B" w:rsidRDefault="00000000">
      <w:pPr>
        <w:spacing w:after="40"/>
        <w:ind w:left="720" w:hanging="360"/>
      </w:pPr>
      <w:r>
        <w:rPr>
          <w:color w:val="29343D"/>
          <w:sz w:val="20"/>
        </w:rPr>
        <w:t>▪  No</w:t>
      </w:r>
    </w:p>
    <w:p w14:paraId="4BFA5259" w14:textId="77777777" w:rsidR="00596D4B" w:rsidRDefault="00000000">
      <w:pPr>
        <w:pStyle w:val="ApplicationQuestion"/>
        <w:numPr>
          <w:ilvl w:val="0"/>
          <w:numId w:val="1"/>
        </w:numPr>
      </w:pPr>
      <w:r>
        <w:t>How much are you requesting from the Fund?</w:t>
      </w:r>
    </w:p>
    <w:p w14:paraId="5D3608C8" w14:textId="77777777" w:rsidR="00596D4B" w:rsidRDefault="00000000">
      <w:pPr>
        <w:pStyle w:val="FieldMetadata"/>
      </w:pPr>
      <w:r>
        <w:rPr>
          <w:b/>
          <w:color w:val="A12A2A"/>
        </w:rPr>
        <w:t>Short answer  |  REQUIRED</w:t>
      </w:r>
    </w:p>
    <w:p w14:paraId="7CFBC26F" w14:textId="77777777" w:rsidR="00596D4B" w:rsidRDefault="00000000">
      <w:pPr>
        <w:pStyle w:val="Heading1"/>
      </w:pPr>
      <w:r>
        <w:t>Organization 1 - Contact and Organization Information</w:t>
      </w:r>
    </w:p>
    <w:tbl>
      <w:tblPr>
        <w:tblStyle w:val="TableGrid"/>
        <w:tblW w:w="9360" w:type="dxa"/>
        <w:tblInd w:w="120" w:type="dxa"/>
        <w:tblLayout w:type="fixed"/>
        <w:tblLook w:val="04A0" w:firstRow="1" w:lastRow="0" w:firstColumn="1" w:lastColumn="0" w:noHBand="0" w:noVBand="1"/>
      </w:tblPr>
      <w:tblGrid>
        <w:gridCol w:w="9360"/>
      </w:tblGrid>
      <w:tr w:rsidR="00596D4B" w14:paraId="19129600" w14:textId="77777777">
        <w:tc>
          <w:tcPr>
            <w:tcW w:w="9360" w:type="dxa"/>
            <w:shd w:val="clear" w:color="auto" w:fill="FFF4D6"/>
            <w:tcMar>
              <w:top w:w="90" w:type="dxa"/>
              <w:left w:w="140" w:type="dxa"/>
              <w:bottom w:w="90" w:type="dxa"/>
              <w:right w:w="140" w:type="dxa"/>
            </w:tcMar>
          </w:tcPr>
          <w:p w14:paraId="615F1E19" w14:textId="77777777" w:rsidR="00596D4B" w:rsidRDefault="00000000">
            <w:r>
              <w:rPr>
                <w:b/>
                <w:color w:val="6B4B00"/>
                <w:sz w:val="19"/>
              </w:rPr>
              <w:t>Shown after either Project Stage is selected.</w:t>
            </w:r>
          </w:p>
        </w:tc>
      </w:tr>
    </w:tbl>
    <w:p w14:paraId="79114D92" w14:textId="77777777" w:rsidR="00596D4B" w:rsidRDefault="00000000">
      <w:pPr>
        <w:pStyle w:val="ApplicationQuestion"/>
        <w:numPr>
          <w:ilvl w:val="0"/>
          <w:numId w:val="1"/>
        </w:numPr>
      </w:pPr>
      <w:r>
        <w:t>Primary Contact - Last Name</w:t>
      </w:r>
    </w:p>
    <w:p w14:paraId="27D9D67F" w14:textId="77777777" w:rsidR="00596D4B" w:rsidRDefault="00000000">
      <w:pPr>
        <w:pStyle w:val="FieldMetadata"/>
      </w:pPr>
      <w:r>
        <w:rPr>
          <w:b/>
          <w:color w:val="A12A2A"/>
        </w:rPr>
        <w:t>Short answer  |  REQUIRED</w:t>
      </w:r>
    </w:p>
    <w:p w14:paraId="6B0694BC" w14:textId="77777777" w:rsidR="00596D4B" w:rsidRDefault="00000000">
      <w:pPr>
        <w:pStyle w:val="ApplicationQuestion"/>
        <w:numPr>
          <w:ilvl w:val="0"/>
          <w:numId w:val="1"/>
        </w:numPr>
      </w:pPr>
      <w:r>
        <w:t>Primary Contact - First Name</w:t>
      </w:r>
    </w:p>
    <w:p w14:paraId="7684DEE3" w14:textId="77777777" w:rsidR="00596D4B" w:rsidRDefault="00000000">
      <w:pPr>
        <w:pStyle w:val="FieldMetadata"/>
      </w:pPr>
      <w:r>
        <w:rPr>
          <w:b/>
          <w:color w:val="A12A2A"/>
        </w:rPr>
        <w:t>Short answer  |  REQUIRED</w:t>
      </w:r>
    </w:p>
    <w:p w14:paraId="6267AE90" w14:textId="77777777" w:rsidR="00596D4B" w:rsidRDefault="00000000">
      <w:pPr>
        <w:pStyle w:val="ApplicationQuestion"/>
        <w:numPr>
          <w:ilvl w:val="0"/>
          <w:numId w:val="1"/>
        </w:numPr>
      </w:pPr>
      <w:r>
        <w:t>Primary Contact - Email</w:t>
      </w:r>
    </w:p>
    <w:p w14:paraId="3EA0AD25" w14:textId="77777777" w:rsidR="00596D4B" w:rsidRDefault="00000000">
      <w:pPr>
        <w:pStyle w:val="FieldMetadata"/>
      </w:pPr>
      <w:r>
        <w:rPr>
          <w:b/>
          <w:color w:val="A12A2A"/>
        </w:rPr>
        <w:t>Short answer  |  REQUIRED</w:t>
      </w:r>
    </w:p>
    <w:p w14:paraId="351F2E52" w14:textId="77777777" w:rsidR="00596D4B" w:rsidRDefault="00000000">
      <w:pPr>
        <w:pStyle w:val="ApplicationQuestion"/>
        <w:numPr>
          <w:ilvl w:val="0"/>
          <w:numId w:val="1"/>
        </w:numPr>
      </w:pPr>
      <w:r>
        <w:t>Primary Contact - Title</w:t>
      </w:r>
    </w:p>
    <w:p w14:paraId="0840DD61" w14:textId="77777777" w:rsidR="00596D4B" w:rsidRDefault="00000000">
      <w:pPr>
        <w:pStyle w:val="FieldMetadata"/>
      </w:pPr>
      <w:r>
        <w:rPr>
          <w:b/>
          <w:color w:val="A12A2A"/>
        </w:rPr>
        <w:t>Short answer  |  REQUIRED</w:t>
      </w:r>
    </w:p>
    <w:p w14:paraId="3B7980B2" w14:textId="77777777" w:rsidR="00596D4B" w:rsidRDefault="00000000">
      <w:pPr>
        <w:pStyle w:val="ApplicationQuestion"/>
        <w:numPr>
          <w:ilvl w:val="0"/>
          <w:numId w:val="1"/>
        </w:numPr>
      </w:pPr>
      <w:r>
        <w:t>Primary Contact - Phone Number</w:t>
      </w:r>
    </w:p>
    <w:p w14:paraId="3F4AF7D1" w14:textId="77777777" w:rsidR="00596D4B" w:rsidRDefault="00000000">
      <w:pPr>
        <w:pStyle w:val="FieldMetadata"/>
      </w:pPr>
      <w:r>
        <w:rPr>
          <w:b/>
          <w:color w:val="A12A2A"/>
        </w:rPr>
        <w:t>Short answer; format ###-###-####  |  REQUIRED</w:t>
      </w:r>
    </w:p>
    <w:p w14:paraId="3A11EDE2" w14:textId="77777777" w:rsidR="00596D4B" w:rsidRDefault="00000000">
      <w:pPr>
        <w:pStyle w:val="ApplicationQuestion"/>
        <w:numPr>
          <w:ilvl w:val="0"/>
          <w:numId w:val="1"/>
        </w:numPr>
      </w:pPr>
      <w:r>
        <w:t>Is the primary contact also the Executive Director / CEO of Organization 1?</w:t>
      </w:r>
    </w:p>
    <w:p w14:paraId="5CDFD296" w14:textId="77777777" w:rsidR="00596D4B" w:rsidRDefault="00000000">
      <w:pPr>
        <w:pStyle w:val="FieldMetadata"/>
        <w:keepNext/>
      </w:pPr>
      <w:r>
        <w:rPr>
          <w:b/>
          <w:color w:val="A12A2A"/>
        </w:rPr>
        <w:t>Dropdown  |  REQUIRED</w:t>
      </w:r>
    </w:p>
    <w:p w14:paraId="119EBC61" w14:textId="77777777" w:rsidR="00596D4B" w:rsidRDefault="00000000">
      <w:pPr>
        <w:keepNext/>
        <w:spacing w:after="40"/>
        <w:ind w:left="720" w:hanging="360"/>
      </w:pPr>
      <w:r>
        <w:rPr>
          <w:color w:val="29343D"/>
          <w:sz w:val="20"/>
        </w:rPr>
        <w:t>▪  Yes</w:t>
      </w:r>
    </w:p>
    <w:p w14:paraId="11ADA0B2" w14:textId="77777777" w:rsidR="00596D4B" w:rsidRDefault="00000000">
      <w:pPr>
        <w:spacing w:after="40"/>
        <w:ind w:left="720" w:hanging="360"/>
      </w:pPr>
      <w:r>
        <w:rPr>
          <w:color w:val="29343D"/>
          <w:sz w:val="20"/>
        </w:rPr>
        <w:t>▪  No</w:t>
      </w:r>
    </w:p>
    <w:p w14:paraId="4CFA7CC4" w14:textId="77777777" w:rsidR="00596D4B" w:rsidRDefault="00000000">
      <w:pPr>
        <w:pStyle w:val="ApplicationQuestion"/>
        <w:numPr>
          <w:ilvl w:val="0"/>
          <w:numId w:val="1"/>
        </w:numPr>
      </w:pPr>
      <w:r>
        <w:lastRenderedPageBreak/>
        <w:t>Executive Director - Last Name</w:t>
      </w:r>
    </w:p>
    <w:p w14:paraId="40915C92" w14:textId="77777777" w:rsidR="00596D4B" w:rsidRDefault="00000000">
      <w:pPr>
        <w:pStyle w:val="FieldMetadata"/>
        <w:keepNext/>
      </w:pPr>
      <w:r>
        <w:rPr>
          <w:b/>
          <w:color w:val="A12A2A"/>
        </w:rPr>
        <w:t>Short answer  |  REQUIRED</w:t>
      </w:r>
      <w:r>
        <w:rPr>
          <w:b/>
          <w:color w:val="A12A2A"/>
        </w:rPr>
        <w:br/>
      </w:r>
      <w:r>
        <w:rPr>
          <w:color w:val="6B4B00"/>
        </w:rPr>
        <w:t>Conditional: Shown when No is selected above.</w:t>
      </w:r>
    </w:p>
    <w:p w14:paraId="23992010" w14:textId="77777777" w:rsidR="00596D4B" w:rsidRDefault="00000000">
      <w:pPr>
        <w:pStyle w:val="ApplicationQuestion"/>
        <w:numPr>
          <w:ilvl w:val="0"/>
          <w:numId w:val="1"/>
        </w:numPr>
      </w:pPr>
      <w:r>
        <w:t>Executive Director - First Name</w:t>
      </w:r>
    </w:p>
    <w:p w14:paraId="446FC32E" w14:textId="77777777" w:rsidR="00596D4B" w:rsidRDefault="00000000">
      <w:pPr>
        <w:pStyle w:val="FieldMetadata"/>
        <w:keepNext/>
      </w:pPr>
      <w:r>
        <w:rPr>
          <w:b/>
          <w:color w:val="A12A2A"/>
        </w:rPr>
        <w:t>Short answer  |  REQUIRED</w:t>
      </w:r>
      <w:r>
        <w:rPr>
          <w:b/>
          <w:color w:val="A12A2A"/>
        </w:rPr>
        <w:br/>
      </w:r>
      <w:r>
        <w:rPr>
          <w:color w:val="6B4B00"/>
        </w:rPr>
        <w:t>Conditional: Shown when No is selected above.</w:t>
      </w:r>
    </w:p>
    <w:p w14:paraId="0E9F8C7D" w14:textId="77777777" w:rsidR="00596D4B" w:rsidRDefault="00000000">
      <w:pPr>
        <w:pStyle w:val="ApplicationQuestion"/>
        <w:numPr>
          <w:ilvl w:val="0"/>
          <w:numId w:val="1"/>
        </w:numPr>
      </w:pPr>
      <w:r>
        <w:t>Executive Director - Phone</w:t>
      </w:r>
    </w:p>
    <w:p w14:paraId="19DD438C" w14:textId="77777777" w:rsidR="00596D4B" w:rsidRDefault="00000000">
      <w:pPr>
        <w:pStyle w:val="FieldMetadata"/>
        <w:keepNext/>
      </w:pPr>
      <w:r>
        <w:rPr>
          <w:b/>
          <w:color w:val="A12A2A"/>
        </w:rPr>
        <w:t>Short answer; format ###-###-####  |  REQUIRED</w:t>
      </w:r>
      <w:r>
        <w:rPr>
          <w:b/>
          <w:color w:val="A12A2A"/>
        </w:rPr>
        <w:br/>
      </w:r>
      <w:r>
        <w:rPr>
          <w:color w:val="6B4B00"/>
        </w:rPr>
        <w:t>Conditional: Shown when No is selected above.</w:t>
      </w:r>
    </w:p>
    <w:p w14:paraId="587504CF" w14:textId="77777777" w:rsidR="00596D4B" w:rsidRDefault="00000000">
      <w:pPr>
        <w:pStyle w:val="ApplicationQuestion"/>
        <w:numPr>
          <w:ilvl w:val="0"/>
          <w:numId w:val="1"/>
        </w:numPr>
      </w:pPr>
      <w:r>
        <w:t>Executive Director - Email</w:t>
      </w:r>
    </w:p>
    <w:p w14:paraId="1C4666D2" w14:textId="77777777" w:rsidR="00596D4B" w:rsidRDefault="00000000">
      <w:pPr>
        <w:pStyle w:val="FieldMetadata"/>
        <w:keepNext/>
      </w:pPr>
      <w:r>
        <w:rPr>
          <w:b/>
          <w:color w:val="A12A2A"/>
        </w:rPr>
        <w:t>Short answer  |  REQUIRED</w:t>
      </w:r>
      <w:r>
        <w:rPr>
          <w:b/>
          <w:color w:val="A12A2A"/>
        </w:rPr>
        <w:br/>
      </w:r>
      <w:r>
        <w:rPr>
          <w:color w:val="6B4B00"/>
        </w:rPr>
        <w:t>Conditional: Shown when No is selected above.</w:t>
      </w:r>
    </w:p>
    <w:p w14:paraId="53E35629" w14:textId="77777777" w:rsidR="00596D4B" w:rsidRDefault="00000000">
      <w:pPr>
        <w:pStyle w:val="ApplicationQuestion"/>
        <w:numPr>
          <w:ilvl w:val="0"/>
          <w:numId w:val="1"/>
        </w:numPr>
      </w:pPr>
      <w:r>
        <w:t>Executive Director - Title</w:t>
      </w:r>
    </w:p>
    <w:p w14:paraId="536D54DC" w14:textId="77777777" w:rsidR="00596D4B" w:rsidRDefault="00000000">
      <w:pPr>
        <w:pStyle w:val="FieldMetadata"/>
        <w:keepNext/>
      </w:pPr>
      <w:r>
        <w:rPr>
          <w:b/>
          <w:color w:val="A12A2A"/>
        </w:rPr>
        <w:t>Short answer  |  REQUIRED</w:t>
      </w:r>
      <w:r>
        <w:rPr>
          <w:b/>
          <w:color w:val="A12A2A"/>
        </w:rPr>
        <w:br/>
      </w:r>
      <w:r>
        <w:rPr>
          <w:color w:val="6B4B00"/>
        </w:rPr>
        <w:t>Conditional: Shown when No is selected above.</w:t>
      </w:r>
    </w:p>
    <w:p w14:paraId="245D6054" w14:textId="77777777" w:rsidR="00596D4B" w:rsidRDefault="00000000">
      <w:pPr>
        <w:pStyle w:val="ApplicationQuestion"/>
        <w:numPr>
          <w:ilvl w:val="0"/>
          <w:numId w:val="1"/>
        </w:numPr>
      </w:pPr>
      <w:r>
        <w:t>Executive Director's Professional Bio</w:t>
      </w:r>
    </w:p>
    <w:p w14:paraId="2D453947" w14:textId="77777777" w:rsidR="00596D4B" w:rsidRDefault="00000000">
      <w:pPr>
        <w:pStyle w:val="FieldMetadata"/>
        <w:keepNext/>
      </w:pPr>
      <w:r>
        <w:t>Long answer  |  Optional</w:t>
      </w:r>
      <w:r>
        <w:br/>
      </w:r>
      <w:r>
        <w:rPr>
          <w:color w:val="6B4B00"/>
        </w:rPr>
        <w:t>Conditional: Shown when No is selected above.</w:t>
      </w:r>
    </w:p>
    <w:p w14:paraId="53B32C90" w14:textId="77777777" w:rsidR="00596D4B" w:rsidRDefault="00000000">
      <w:pPr>
        <w:pStyle w:val="ApplicationQuestion"/>
        <w:numPr>
          <w:ilvl w:val="0"/>
          <w:numId w:val="1"/>
        </w:numPr>
      </w:pPr>
      <w:r>
        <w:t>Organization</w:t>
      </w:r>
    </w:p>
    <w:p w14:paraId="1BC16D00" w14:textId="77777777" w:rsidR="00596D4B" w:rsidRDefault="00000000">
      <w:pPr>
        <w:pStyle w:val="FieldMetadata"/>
      </w:pPr>
      <w:r>
        <w:rPr>
          <w:b/>
          <w:color w:val="A12A2A"/>
        </w:rPr>
        <w:t>Short answer; 34-character limit  |  REQUIRED</w:t>
      </w:r>
    </w:p>
    <w:p w14:paraId="667F66EC" w14:textId="77777777" w:rsidR="00596D4B" w:rsidRDefault="00000000">
      <w:pPr>
        <w:pStyle w:val="ApplicationQuestion"/>
        <w:numPr>
          <w:ilvl w:val="0"/>
          <w:numId w:val="1"/>
        </w:numPr>
      </w:pPr>
      <w:r>
        <w:t>Street Address</w:t>
      </w:r>
    </w:p>
    <w:p w14:paraId="409C6857" w14:textId="77777777" w:rsidR="00596D4B" w:rsidRDefault="00000000">
      <w:pPr>
        <w:pStyle w:val="FieldMetadata"/>
      </w:pPr>
      <w:r>
        <w:rPr>
          <w:b/>
          <w:color w:val="A12A2A"/>
        </w:rPr>
        <w:t>Short answer  |  REQUIRED</w:t>
      </w:r>
    </w:p>
    <w:p w14:paraId="4B5BAE11" w14:textId="77777777" w:rsidR="00596D4B" w:rsidRDefault="00000000">
      <w:pPr>
        <w:pStyle w:val="ApplicationQuestion"/>
        <w:numPr>
          <w:ilvl w:val="0"/>
          <w:numId w:val="1"/>
        </w:numPr>
      </w:pPr>
      <w:r>
        <w:t>Town/City</w:t>
      </w:r>
    </w:p>
    <w:p w14:paraId="1731A190" w14:textId="77777777" w:rsidR="00596D4B" w:rsidRDefault="00000000">
      <w:pPr>
        <w:pStyle w:val="FieldMetadata"/>
      </w:pPr>
      <w:r>
        <w:rPr>
          <w:b/>
          <w:color w:val="A12A2A"/>
        </w:rPr>
        <w:t>Short answer  |  REQUIRED</w:t>
      </w:r>
    </w:p>
    <w:p w14:paraId="660FCD8E" w14:textId="77777777" w:rsidR="00596D4B" w:rsidRDefault="00000000">
      <w:pPr>
        <w:pStyle w:val="ApplicationQuestion"/>
        <w:pageBreakBefore/>
        <w:numPr>
          <w:ilvl w:val="0"/>
          <w:numId w:val="1"/>
        </w:numPr>
      </w:pPr>
      <w:r>
        <w:lastRenderedPageBreak/>
        <w:t>State</w:t>
      </w:r>
    </w:p>
    <w:p w14:paraId="074D9BED" w14:textId="77777777" w:rsidR="00596D4B" w:rsidRDefault="00000000">
      <w:pPr>
        <w:pStyle w:val="FieldMetadata"/>
        <w:keepNext/>
      </w:pPr>
      <w:r>
        <w:rPr>
          <w:b/>
          <w:color w:val="A12A2A"/>
        </w:rPr>
        <w:t>Dropdown  |  REQUIRED</w:t>
      </w:r>
    </w:p>
    <w:p w14:paraId="476396AF" w14:textId="77777777" w:rsidR="00596D4B" w:rsidRDefault="00000000">
      <w:pPr>
        <w:keepNext/>
        <w:spacing w:after="40"/>
        <w:ind w:left="720" w:hanging="360"/>
      </w:pPr>
      <w:r>
        <w:rPr>
          <w:color w:val="29343D"/>
          <w:sz w:val="20"/>
        </w:rPr>
        <w:t>▪  Alabama</w:t>
      </w:r>
    </w:p>
    <w:p w14:paraId="52988B45" w14:textId="77777777" w:rsidR="00596D4B" w:rsidRDefault="00000000">
      <w:pPr>
        <w:keepNext/>
        <w:spacing w:after="40"/>
        <w:ind w:left="720" w:hanging="360"/>
      </w:pPr>
      <w:r>
        <w:rPr>
          <w:color w:val="29343D"/>
          <w:sz w:val="20"/>
        </w:rPr>
        <w:t>▪  Alaska</w:t>
      </w:r>
    </w:p>
    <w:p w14:paraId="4123ABC9" w14:textId="77777777" w:rsidR="00596D4B" w:rsidRDefault="00000000">
      <w:pPr>
        <w:keepNext/>
        <w:spacing w:after="40"/>
        <w:ind w:left="720" w:hanging="360"/>
      </w:pPr>
      <w:r>
        <w:rPr>
          <w:color w:val="29343D"/>
          <w:sz w:val="20"/>
        </w:rPr>
        <w:t>▪  Arizona</w:t>
      </w:r>
    </w:p>
    <w:p w14:paraId="10821012" w14:textId="77777777" w:rsidR="00596D4B" w:rsidRDefault="00000000">
      <w:pPr>
        <w:keepNext/>
        <w:spacing w:after="40"/>
        <w:ind w:left="720" w:hanging="360"/>
      </w:pPr>
      <w:r>
        <w:rPr>
          <w:color w:val="29343D"/>
          <w:sz w:val="20"/>
        </w:rPr>
        <w:t>▪  Arkansas</w:t>
      </w:r>
    </w:p>
    <w:p w14:paraId="68AF320B" w14:textId="77777777" w:rsidR="00596D4B" w:rsidRDefault="00000000">
      <w:pPr>
        <w:keepNext/>
        <w:spacing w:after="40"/>
        <w:ind w:left="720" w:hanging="360"/>
      </w:pPr>
      <w:r>
        <w:rPr>
          <w:color w:val="29343D"/>
          <w:sz w:val="20"/>
        </w:rPr>
        <w:t>▪  California</w:t>
      </w:r>
    </w:p>
    <w:p w14:paraId="241FAFFB" w14:textId="77777777" w:rsidR="00596D4B" w:rsidRDefault="00000000">
      <w:pPr>
        <w:keepNext/>
        <w:spacing w:after="40"/>
        <w:ind w:left="720" w:hanging="360"/>
      </w:pPr>
      <w:r>
        <w:rPr>
          <w:color w:val="29343D"/>
          <w:sz w:val="20"/>
        </w:rPr>
        <w:t>▪  Colorado</w:t>
      </w:r>
    </w:p>
    <w:p w14:paraId="6EAEFDCF" w14:textId="77777777" w:rsidR="00596D4B" w:rsidRDefault="00000000">
      <w:pPr>
        <w:keepNext/>
        <w:spacing w:after="40"/>
        <w:ind w:left="720" w:hanging="360"/>
      </w:pPr>
      <w:r>
        <w:rPr>
          <w:color w:val="29343D"/>
          <w:sz w:val="20"/>
        </w:rPr>
        <w:t>▪  Connecticut</w:t>
      </w:r>
    </w:p>
    <w:p w14:paraId="4A4BCEEE" w14:textId="77777777" w:rsidR="00596D4B" w:rsidRDefault="00000000">
      <w:pPr>
        <w:keepNext/>
        <w:spacing w:after="40"/>
        <w:ind w:left="720" w:hanging="360"/>
      </w:pPr>
      <w:r>
        <w:rPr>
          <w:color w:val="29343D"/>
          <w:sz w:val="20"/>
        </w:rPr>
        <w:t>▪  Delaware</w:t>
      </w:r>
    </w:p>
    <w:p w14:paraId="594E6D7B" w14:textId="77777777" w:rsidR="00596D4B" w:rsidRDefault="00000000">
      <w:pPr>
        <w:keepNext/>
        <w:spacing w:after="40"/>
        <w:ind w:left="720" w:hanging="360"/>
      </w:pPr>
      <w:r>
        <w:rPr>
          <w:color w:val="29343D"/>
          <w:sz w:val="20"/>
        </w:rPr>
        <w:t>▪  District Of Columbia</w:t>
      </w:r>
    </w:p>
    <w:p w14:paraId="30CAEC8A" w14:textId="77777777" w:rsidR="00596D4B" w:rsidRDefault="00000000">
      <w:pPr>
        <w:keepNext/>
        <w:spacing w:after="40"/>
        <w:ind w:left="720" w:hanging="360"/>
      </w:pPr>
      <w:r>
        <w:rPr>
          <w:color w:val="29343D"/>
          <w:sz w:val="20"/>
        </w:rPr>
        <w:t>▪  Florida</w:t>
      </w:r>
    </w:p>
    <w:p w14:paraId="73E13056" w14:textId="77777777" w:rsidR="00596D4B" w:rsidRDefault="00000000">
      <w:pPr>
        <w:keepNext/>
        <w:spacing w:after="40"/>
        <w:ind w:left="720" w:hanging="360"/>
      </w:pPr>
      <w:r>
        <w:rPr>
          <w:color w:val="29343D"/>
          <w:sz w:val="20"/>
        </w:rPr>
        <w:t>▪  Georgia</w:t>
      </w:r>
    </w:p>
    <w:p w14:paraId="21085B04" w14:textId="77777777" w:rsidR="00596D4B" w:rsidRDefault="00000000">
      <w:pPr>
        <w:keepNext/>
        <w:spacing w:after="40"/>
        <w:ind w:left="720" w:hanging="360"/>
      </w:pPr>
      <w:r>
        <w:rPr>
          <w:color w:val="29343D"/>
          <w:sz w:val="20"/>
        </w:rPr>
        <w:t>▪  Hawaii</w:t>
      </w:r>
    </w:p>
    <w:p w14:paraId="58986106" w14:textId="77777777" w:rsidR="00596D4B" w:rsidRDefault="00000000">
      <w:pPr>
        <w:keepNext/>
        <w:spacing w:after="40"/>
        <w:ind w:left="720" w:hanging="360"/>
      </w:pPr>
      <w:r>
        <w:rPr>
          <w:color w:val="29343D"/>
          <w:sz w:val="20"/>
        </w:rPr>
        <w:t>▪  Idaho</w:t>
      </w:r>
    </w:p>
    <w:p w14:paraId="68CF0256" w14:textId="77777777" w:rsidR="00596D4B" w:rsidRDefault="00000000">
      <w:pPr>
        <w:keepNext/>
        <w:spacing w:after="40"/>
        <w:ind w:left="720" w:hanging="360"/>
      </w:pPr>
      <w:r>
        <w:rPr>
          <w:color w:val="29343D"/>
          <w:sz w:val="20"/>
        </w:rPr>
        <w:t>▪  Illinois</w:t>
      </w:r>
    </w:p>
    <w:p w14:paraId="6899914E" w14:textId="77777777" w:rsidR="00596D4B" w:rsidRDefault="00000000">
      <w:pPr>
        <w:keepNext/>
        <w:spacing w:after="40"/>
        <w:ind w:left="720" w:hanging="360"/>
      </w:pPr>
      <w:r>
        <w:rPr>
          <w:color w:val="29343D"/>
          <w:sz w:val="20"/>
        </w:rPr>
        <w:t>▪  Indiana</w:t>
      </w:r>
    </w:p>
    <w:p w14:paraId="66684509" w14:textId="77777777" w:rsidR="00596D4B" w:rsidRDefault="00000000">
      <w:pPr>
        <w:keepNext/>
        <w:spacing w:after="40"/>
        <w:ind w:left="720" w:hanging="360"/>
      </w:pPr>
      <w:r>
        <w:rPr>
          <w:color w:val="29343D"/>
          <w:sz w:val="20"/>
        </w:rPr>
        <w:t>▪  Iowa</w:t>
      </w:r>
    </w:p>
    <w:p w14:paraId="492D5318" w14:textId="77777777" w:rsidR="00596D4B" w:rsidRDefault="00000000">
      <w:pPr>
        <w:keepNext/>
        <w:spacing w:after="40"/>
        <w:ind w:left="720" w:hanging="360"/>
      </w:pPr>
      <w:r>
        <w:rPr>
          <w:color w:val="29343D"/>
          <w:sz w:val="20"/>
        </w:rPr>
        <w:t>▪  Kansas</w:t>
      </w:r>
    </w:p>
    <w:p w14:paraId="6AD99DFA" w14:textId="77777777" w:rsidR="00596D4B" w:rsidRDefault="00000000">
      <w:pPr>
        <w:keepNext/>
        <w:spacing w:after="40"/>
        <w:ind w:left="720" w:hanging="360"/>
      </w:pPr>
      <w:r>
        <w:rPr>
          <w:color w:val="29343D"/>
          <w:sz w:val="20"/>
        </w:rPr>
        <w:t>▪  Kentucky</w:t>
      </w:r>
    </w:p>
    <w:p w14:paraId="398E6CFE" w14:textId="77777777" w:rsidR="00596D4B" w:rsidRDefault="00000000">
      <w:pPr>
        <w:keepNext/>
        <w:spacing w:after="40"/>
        <w:ind w:left="720" w:hanging="360"/>
      </w:pPr>
      <w:r>
        <w:rPr>
          <w:color w:val="29343D"/>
          <w:sz w:val="20"/>
        </w:rPr>
        <w:t>▪  Louisiana</w:t>
      </w:r>
    </w:p>
    <w:p w14:paraId="27F818C7" w14:textId="77777777" w:rsidR="00596D4B" w:rsidRDefault="00000000">
      <w:pPr>
        <w:keepNext/>
        <w:spacing w:after="40"/>
        <w:ind w:left="720" w:hanging="360"/>
      </w:pPr>
      <w:r>
        <w:rPr>
          <w:color w:val="29343D"/>
          <w:sz w:val="20"/>
        </w:rPr>
        <w:t>▪  Maine</w:t>
      </w:r>
    </w:p>
    <w:p w14:paraId="73DB4F39" w14:textId="77777777" w:rsidR="00596D4B" w:rsidRDefault="00000000">
      <w:pPr>
        <w:keepNext/>
        <w:spacing w:after="40"/>
        <w:ind w:left="720" w:hanging="360"/>
      </w:pPr>
      <w:r>
        <w:rPr>
          <w:color w:val="29343D"/>
          <w:sz w:val="20"/>
        </w:rPr>
        <w:t>▪  Maryland</w:t>
      </w:r>
    </w:p>
    <w:p w14:paraId="3F7B421B" w14:textId="77777777" w:rsidR="00596D4B" w:rsidRDefault="00000000">
      <w:pPr>
        <w:keepNext/>
        <w:spacing w:after="40"/>
        <w:ind w:left="720" w:hanging="360"/>
      </w:pPr>
      <w:r>
        <w:rPr>
          <w:color w:val="29343D"/>
          <w:sz w:val="20"/>
        </w:rPr>
        <w:t>▪  Massachusetts</w:t>
      </w:r>
    </w:p>
    <w:p w14:paraId="76A3DE25" w14:textId="77777777" w:rsidR="00596D4B" w:rsidRDefault="00000000">
      <w:pPr>
        <w:keepNext/>
        <w:spacing w:after="40"/>
        <w:ind w:left="720" w:hanging="360"/>
      </w:pPr>
      <w:r>
        <w:rPr>
          <w:color w:val="29343D"/>
          <w:sz w:val="20"/>
        </w:rPr>
        <w:t>▪  Michigan</w:t>
      </w:r>
    </w:p>
    <w:p w14:paraId="078E3791" w14:textId="77777777" w:rsidR="00596D4B" w:rsidRDefault="00000000">
      <w:pPr>
        <w:keepNext/>
        <w:spacing w:after="40"/>
        <w:ind w:left="720" w:hanging="360"/>
      </w:pPr>
      <w:r>
        <w:rPr>
          <w:color w:val="29343D"/>
          <w:sz w:val="20"/>
        </w:rPr>
        <w:t>▪  Minnesota</w:t>
      </w:r>
    </w:p>
    <w:p w14:paraId="75F66E8B" w14:textId="77777777" w:rsidR="00596D4B" w:rsidRDefault="00000000">
      <w:pPr>
        <w:keepNext/>
        <w:spacing w:after="40"/>
        <w:ind w:left="720" w:hanging="360"/>
      </w:pPr>
      <w:r>
        <w:rPr>
          <w:color w:val="29343D"/>
          <w:sz w:val="20"/>
        </w:rPr>
        <w:t>▪  Mississippi</w:t>
      </w:r>
    </w:p>
    <w:p w14:paraId="09FBC588" w14:textId="77777777" w:rsidR="00596D4B" w:rsidRDefault="00000000">
      <w:pPr>
        <w:keepNext/>
        <w:spacing w:after="40"/>
        <w:ind w:left="720" w:hanging="360"/>
      </w:pPr>
      <w:r>
        <w:rPr>
          <w:color w:val="29343D"/>
          <w:sz w:val="20"/>
        </w:rPr>
        <w:t>▪  Missouri</w:t>
      </w:r>
    </w:p>
    <w:p w14:paraId="1AD5AFC6" w14:textId="77777777" w:rsidR="00596D4B" w:rsidRDefault="00000000">
      <w:pPr>
        <w:keepNext/>
        <w:spacing w:after="40"/>
        <w:ind w:left="720" w:hanging="360"/>
      </w:pPr>
      <w:r>
        <w:rPr>
          <w:color w:val="29343D"/>
          <w:sz w:val="20"/>
        </w:rPr>
        <w:t>▪  Montana</w:t>
      </w:r>
    </w:p>
    <w:p w14:paraId="12C50FB5" w14:textId="77777777" w:rsidR="00596D4B" w:rsidRDefault="00000000">
      <w:pPr>
        <w:keepNext/>
        <w:spacing w:after="40"/>
        <w:ind w:left="720" w:hanging="360"/>
      </w:pPr>
      <w:r>
        <w:rPr>
          <w:color w:val="29343D"/>
          <w:sz w:val="20"/>
        </w:rPr>
        <w:t>▪  Nebraska</w:t>
      </w:r>
    </w:p>
    <w:p w14:paraId="2CF83EE3" w14:textId="77777777" w:rsidR="00596D4B" w:rsidRDefault="00000000">
      <w:pPr>
        <w:keepNext/>
        <w:spacing w:after="40"/>
        <w:ind w:left="720" w:hanging="360"/>
      </w:pPr>
      <w:r>
        <w:rPr>
          <w:color w:val="29343D"/>
          <w:sz w:val="20"/>
        </w:rPr>
        <w:t>▪  Nevada</w:t>
      </w:r>
    </w:p>
    <w:p w14:paraId="4A9163C7" w14:textId="77777777" w:rsidR="00596D4B" w:rsidRDefault="00000000">
      <w:pPr>
        <w:keepNext/>
        <w:spacing w:after="40"/>
        <w:ind w:left="720" w:hanging="360"/>
      </w:pPr>
      <w:r>
        <w:rPr>
          <w:color w:val="29343D"/>
          <w:sz w:val="20"/>
        </w:rPr>
        <w:t>▪  New Hampshire</w:t>
      </w:r>
    </w:p>
    <w:p w14:paraId="46ADB6EA" w14:textId="77777777" w:rsidR="00596D4B" w:rsidRDefault="00000000">
      <w:pPr>
        <w:keepNext/>
        <w:spacing w:after="40"/>
        <w:ind w:left="720" w:hanging="360"/>
      </w:pPr>
      <w:r>
        <w:rPr>
          <w:color w:val="29343D"/>
          <w:sz w:val="20"/>
        </w:rPr>
        <w:t>▪  New Jersey</w:t>
      </w:r>
    </w:p>
    <w:p w14:paraId="114EFEE2" w14:textId="77777777" w:rsidR="00596D4B" w:rsidRDefault="00000000">
      <w:pPr>
        <w:spacing w:after="40"/>
        <w:ind w:left="720" w:hanging="360"/>
      </w:pPr>
      <w:r>
        <w:rPr>
          <w:color w:val="29343D"/>
          <w:sz w:val="20"/>
        </w:rPr>
        <w:t>▪  New Mexico</w:t>
      </w:r>
    </w:p>
    <w:p w14:paraId="1E94EFB5" w14:textId="77777777" w:rsidR="00596D4B" w:rsidRDefault="00000000">
      <w:pPr>
        <w:keepNext/>
        <w:pageBreakBefore/>
        <w:spacing w:after="80"/>
      </w:pPr>
      <w:r>
        <w:rPr>
          <w:b/>
          <w:i/>
          <w:color w:val="66727D"/>
          <w:sz w:val="20"/>
        </w:rPr>
        <w:lastRenderedPageBreak/>
        <w:t>State options (continued)</w:t>
      </w:r>
    </w:p>
    <w:p w14:paraId="52BCB0CB" w14:textId="77777777" w:rsidR="00596D4B" w:rsidRDefault="00000000">
      <w:pPr>
        <w:keepNext/>
        <w:spacing w:after="40"/>
        <w:ind w:left="720" w:hanging="360"/>
      </w:pPr>
      <w:r>
        <w:rPr>
          <w:color w:val="29343D"/>
          <w:sz w:val="20"/>
        </w:rPr>
        <w:t>▪  New York</w:t>
      </w:r>
    </w:p>
    <w:p w14:paraId="2BD744DF" w14:textId="77777777" w:rsidR="00596D4B" w:rsidRDefault="00000000">
      <w:pPr>
        <w:keepNext/>
        <w:spacing w:after="40"/>
        <w:ind w:left="720" w:hanging="360"/>
      </w:pPr>
      <w:r>
        <w:rPr>
          <w:color w:val="29343D"/>
          <w:sz w:val="20"/>
        </w:rPr>
        <w:t>▪  North Carolina</w:t>
      </w:r>
    </w:p>
    <w:p w14:paraId="7C79F2C7" w14:textId="77777777" w:rsidR="00596D4B" w:rsidRDefault="00000000">
      <w:pPr>
        <w:keepNext/>
        <w:spacing w:after="40"/>
        <w:ind w:left="720" w:hanging="360"/>
      </w:pPr>
      <w:r>
        <w:rPr>
          <w:color w:val="29343D"/>
          <w:sz w:val="20"/>
        </w:rPr>
        <w:t>▪  North Dakota</w:t>
      </w:r>
    </w:p>
    <w:p w14:paraId="6D63BF57" w14:textId="77777777" w:rsidR="00596D4B" w:rsidRDefault="00000000">
      <w:pPr>
        <w:keepNext/>
        <w:spacing w:after="40"/>
        <w:ind w:left="720" w:hanging="360"/>
      </w:pPr>
      <w:r>
        <w:rPr>
          <w:color w:val="29343D"/>
          <w:sz w:val="20"/>
        </w:rPr>
        <w:t>▪  Ohio</w:t>
      </w:r>
    </w:p>
    <w:p w14:paraId="26B060F9" w14:textId="77777777" w:rsidR="00596D4B" w:rsidRDefault="00000000">
      <w:pPr>
        <w:keepNext/>
        <w:spacing w:after="40"/>
        <w:ind w:left="720" w:hanging="360"/>
      </w:pPr>
      <w:r>
        <w:rPr>
          <w:color w:val="29343D"/>
          <w:sz w:val="20"/>
        </w:rPr>
        <w:t>▪  Oklahoma</w:t>
      </w:r>
    </w:p>
    <w:p w14:paraId="5784E761" w14:textId="77777777" w:rsidR="00596D4B" w:rsidRDefault="00000000">
      <w:pPr>
        <w:keepNext/>
        <w:spacing w:after="40"/>
        <w:ind w:left="720" w:hanging="360"/>
      </w:pPr>
      <w:r>
        <w:rPr>
          <w:color w:val="29343D"/>
          <w:sz w:val="20"/>
        </w:rPr>
        <w:t>▪  Oregon</w:t>
      </w:r>
    </w:p>
    <w:p w14:paraId="20AD538D" w14:textId="77777777" w:rsidR="00596D4B" w:rsidRDefault="00000000">
      <w:pPr>
        <w:keepNext/>
        <w:spacing w:after="40"/>
        <w:ind w:left="720" w:hanging="360"/>
      </w:pPr>
      <w:r>
        <w:rPr>
          <w:color w:val="29343D"/>
          <w:sz w:val="20"/>
        </w:rPr>
        <w:t>▪  Pennsylvania</w:t>
      </w:r>
    </w:p>
    <w:p w14:paraId="346AFD7F" w14:textId="77777777" w:rsidR="00596D4B" w:rsidRDefault="00000000">
      <w:pPr>
        <w:keepNext/>
        <w:spacing w:after="40"/>
        <w:ind w:left="720" w:hanging="360"/>
      </w:pPr>
      <w:r>
        <w:rPr>
          <w:color w:val="29343D"/>
          <w:sz w:val="20"/>
        </w:rPr>
        <w:t>▪  Rhode Island</w:t>
      </w:r>
    </w:p>
    <w:p w14:paraId="078BD099" w14:textId="77777777" w:rsidR="00596D4B" w:rsidRDefault="00000000">
      <w:pPr>
        <w:keepNext/>
        <w:spacing w:after="40"/>
        <w:ind w:left="720" w:hanging="360"/>
      </w:pPr>
      <w:r>
        <w:rPr>
          <w:color w:val="29343D"/>
          <w:sz w:val="20"/>
        </w:rPr>
        <w:t>▪  South Carolina</w:t>
      </w:r>
    </w:p>
    <w:p w14:paraId="19CE40CC" w14:textId="77777777" w:rsidR="00596D4B" w:rsidRDefault="00000000">
      <w:pPr>
        <w:keepNext/>
        <w:spacing w:after="40"/>
        <w:ind w:left="720" w:hanging="360"/>
      </w:pPr>
      <w:r>
        <w:rPr>
          <w:color w:val="29343D"/>
          <w:sz w:val="20"/>
        </w:rPr>
        <w:t>▪  South Dakota</w:t>
      </w:r>
    </w:p>
    <w:p w14:paraId="189882F7" w14:textId="77777777" w:rsidR="00596D4B" w:rsidRDefault="00000000">
      <w:pPr>
        <w:keepNext/>
        <w:spacing w:after="40"/>
        <w:ind w:left="720" w:hanging="360"/>
      </w:pPr>
      <w:r>
        <w:rPr>
          <w:color w:val="29343D"/>
          <w:sz w:val="20"/>
        </w:rPr>
        <w:t>▪  Tennessee</w:t>
      </w:r>
    </w:p>
    <w:p w14:paraId="2DE501B1" w14:textId="77777777" w:rsidR="00596D4B" w:rsidRDefault="00000000">
      <w:pPr>
        <w:keepNext/>
        <w:spacing w:after="40"/>
        <w:ind w:left="720" w:hanging="360"/>
      </w:pPr>
      <w:r>
        <w:rPr>
          <w:color w:val="29343D"/>
          <w:sz w:val="20"/>
        </w:rPr>
        <w:t>▪  Texas</w:t>
      </w:r>
    </w:p>
    <w:p w14:paraId="457EB379" w14:textId="77777777" w:rsidR="00596D4B" w:rsidRDefault="00000000">
      <w:pPr>
        <w:keepNext/>
        <w:spacing w:after="40"/>
        <w:ind w:left="720" w:hanging="360"/>
      </w:pPr>
      <w:r>
        <w:rPr>
          <w:color w:val="29343D"/>
          <w:sz w:val="20"/>
        </w:rPr>
        <w:t>▪  Utah</w:t>
      </w:r>
    </w:p>
    <w:p w14:paraId="28B8106F" w14:textId="77777777" w:rsidR="00596D4B" w:rsidRDefault="00000000">
      <w:pPr>
        <w:keepNext/>
        <w:spacing w:after="40"/>
        <w:ind w:left="720" w:hanging="360"/>
      </w:pPr>
      <w:r>
        <w:rPr>
          <w:color w:val="29343D"/>
          <w:sz w:val="20"/>
        </w:rPr>
        <w:t>▪  Vermont</w:t>
      </w:r>
    </w:p>
    <w:p w14:paraId="385B463F" w14:textId="77777777" w:rsidR="00596D4B" w:rsidRDefault="00000000">
      <w:pPr>
        <w:keepNext/>
        <w:spacing w:after="40"/>
        <w:ind w:left="720" w:hanging="360"/>
      </w:pPr>
      <w:r>
        <w:rPr>
          <w:color w:val="29343D"/>
          <w:sz w:val="20"/>
        </w:rPr>
        <w:t>▪  Virginia</w:t>
      </w:r>
    </w:p>
    <w:p w14:paraId="20A2A326" w14:textId="77777777" w:rsidR="00596D4B" w:rsidRDefault="00000000">
      <w:pPr>
        <w:keepNext/>
        <w:spacing w:after="40"/>
        <w:ind w:left="720" w:hanging="360"/>
      </w:pPr>
      <w:r>
        <w:rPr>
          <w:color w:val="29343D"/>
          <w:sz w:val="20"/>
        </w:rPr>
        <w:t>▪  Washington</w:t>
      </w:r>
    </w:p>
    <w:p w14:paraId="1A59AE7E" w14:textId="77777777" w:rsidR="00596D4B" w:rsidRDefault="00000000">
      <w:pPr>
        <w:keepNext/>
        <w:spacing w:after="40"/>
        <w:ind w:left="720" w:hanging="360"/>
      </w:pPr>
      <w:r>
        <w:rPr>
          <w:color w:val="29343D"/>
          <w:sz w:val="20"/>
        </w:rPr>
        <w:t>▪  West Virginia</w:t>
      </w:r>
    </w:p>
    <w:p w14:paraId="7D87C866" w14:textId="77777777" w:rsidR="00596D4B" w:rsidRDefault="00000000">
      <w:pPr>
        <w:keepNext/>
        <w:spacing w:after="40"/>
        <w:ind w:left="720" w:hanging="360"/>
      </w:pPr>
      <w:r>
        <w:rPr>
          <w:color w:val="29343D"/>
          <w:sz w:val="20"/>
        </w:rPr>
        <w:t>▪  Wisconsin</w:t>
      </w:r>
    </w:p>
    <w:p w14:paraId="5D1FECD6" w14:textId="77777777" w:rsidR="00596D4B" w:rsidRDefault="00000000">
      <w:pPr>
        <w:keepNext/>
        <w:spacing w:after="40"/>
        <w:ind w:left="720" w:hanging="360"/>
      </w:pPr>
      <w:r>
        <w:rPr>
          <w:color w:val="29343D"/>
          <w:sz w:val="20"/>
        </w:rPr>
        <w:t>▪  Wyoming</w:t>
      </w:r>
    </w:p>
    <w:p w14:paraId="2CCDAA48" w14:textId="77777777" w:rsidR="00596D4B" w:rsidRDefault="00000000">
      <w:pPr>
        <w:keepNext/>
        <w:spacing w:after="40"/>
        <w:ind w:left="720" w:hanging="360"/>
      </w:pPr>
      <w:r>
        <w:rPr>
          <w:color w:val="29343D"/>
          <w:sz w:val="20"/>
        </w:rPr>
        <w:t>▪  Puerto Rico</w:t>
      </w:r>
    </w:p>
    <w:p w14:paraId="690A4C25" w14:textId="77777777" w:rsidR="00596D4B" w:rsidRDefault="00000000">
      <w:pPr>
        <w:keepNext/>
        <w:spacing w:after="40"/>
        <w:ind w:left="720" w:hanging="360"/>
      </w:pPr>
      <w:r>
        <w:rPr>
          <w:color w:val="29343D"/>
          <w:sz w:val="20"/>
        </w:rPr>
        <w:t>▪  Virgin Island</w:t>
      </w:r>
    </w:p>
    <w:p w14:paraId="4B1805ED" w14:textId="77777777" w:rsidR="00596D4B" w:rsidRDefault="00000000">
      <w:pPr>
        <w:keepNext/>
        <w:spacing w:after="40"/>
        <w:ind w:left="720" w:hanging="360"/>
      </w:pPr>
      <w:r>
        <w:rPr>
          <w:color w:val="29343D"/>
          <w:sz w:val="20"/>
        </w:rPr>
        <w:t>▪  Northern Mariana Islands</w:t>
      </w:r>
    </w:p>
    <w:p w14:paraId="73A830CF" w14:textId="77777777" w:rsidR="00596D4B" w:rsidRDefault="00000000">
      <w:pPr>
        <w:keepNext/>
        <w:spacing w:after="40"/>
        <w:ind w:left="720" w:hanging="360"/>
      </w:pPr>
      <w:r>
        <w:rPr>
          <w:color w:val="29343D"/>
          <w:sz w:val="20"/>
        </w:rPr>
        <w:t>▪  Guam</w:t>
      </w:r>
    </w:p>
    <w:p w14:paraId="16655BA1" w14:textId="77777777" w:rsidR="00596D4B" w:rsidRDefault="00000000">
      <w:pPr>
        <w:keepNext/>
        <w:spacing w:after="40"/>
        <w:ind w:left="720" w:hanging="360"/>
      </w:pPr>
      <w:r>
        <w:rPr>
          <w:color w:val="29343D"/>
          <w:sz w:val="20"/>
        </w:rPr>
        <w:t>▪  American Samoa</w:t>
      </w:r>
    </w:p>
    <w:p w14:paraId="4978EEA7" w14:textId="77777777" w:rsidR="00596D4B" w:rsidRDefault="00000000">
      <w:pPr>
        <w:spacing w:after="40"/>
        <w:ind w:left="720" w:hanging="360"/>
      </w:pPr>
      <w:r>
        <w:rPr>
          <w:color w:val="29343D"/>
          <w:sz w:val="20"/>
        </w:rPr>
        <w:t>▪  Palau</w:t>
      </w:r>
    </w:p>
    <w:p w14:paraId="3F685B3A" w14:textId="77777777" w:rsidR="00596D4B" w:rsidRDefault="00000000">
      <w:pPr>
        <w:pStyle w:val="ApplicationQuestion"/>
        <w:numPr>
          <w:ilvl w:val="0"/>
          <w:numId w:val="1"/>
        </w:numPr>
      </w:pPr>
      <w:r>
        <w:t>Zipcode</w:t>
      </w:r>
    </w:p>
    <w:p w14:paraId="2180A2C1" w14:textId="77777777" w:rsidR="00596D4B" w:rsidRDefault="00000000">
      <w:pPr>
        <w:pStyle w:val="FieldMetadata"/>
      </w:pPr>
      <w:r>
        <w:rPr>
          <w:b/>
          <w:color w:val="A12A2A"/>
        </w:rPr>
        <w:t>Short answer  |  REQUIRED</w:t>
      </w:r>
    </w:p>
    <w:p w14:paraId="5EF0820E" w14:textId="77777777" w:rsidR="00596D4B" w:rsidRDefault="00000000">
      <w:pPr>
        <w:pStyle w:val="ApplicationQuestion"/>
        <w:numPr>
          <w:ilvl w:val="0"/>
          <w:numId w:val="1"/>
        </w:numPr>
      </w:pPr>
      <w:r>
        <w:t>EIN</w:t>
      </w:r>
    </w:p>
    <w:p w14:paraId="4BBA38EA" w14:textId="77777777" w:rsidR="00596D4B" w:rsidRDefault="00000000">
      <w:pPr>
        <w:pStyle w:val="FieldMetadata"/>
      </w:pPr>
      <w:r>
        <w:rPr>
          <w:b/>
          <w:color w:val="A12A2A"/>
        </w:rPr>
        <w:t>Short answer; no hyphens  |  REQUIRED</w:t>
      </w:r>
    </w:p>
    <w:p w14:paraId="42263D14" w14:textId="77777777" w:rsidR="00596D4B" w:rsidRDefault="00000000">
      <w:pPr>
        <w:pStyle w:val="ApplicationQuestion"/>
        <w:numPr>
          <w:ilvl w:val="0"/>
          <w:numId w:val="1"/>
        </w:numPr>
      </w:pPr>
      <w:r>
        <w:t>Please briefly describe the organization's mission and core programs/services.</w:t>
      </w:r>
    </w:p>
    <w:p w14:paraId="5001FA76" w14:textId="77777777" w:rsidR="00596D4B" w:rsidRDefault="00000000">
      <w:pPr>
        <w:pStyle w:val="FieldMetadata"/>
      </w:pPr>
      <w:r>
        <w:rPr>
          <w:b/>
          <w:color w:val="A12A2A"/>
        </w:rPr>
        <w:t>Long answer  |  REQUIRED</w:t>
      </w:r>
    </w:p>
    <w:p w14:paraId="76F264AB" w14:textId="77777777" w:rsidR="00596D4B" w:rsidRDefault="00000000">
      <w:pPr>
        <w:pStyle w:val="Heading1"/>
      </w:pPr>
      <w:r>
        <w:t>Organization 1 - Financial Information</w:t>
      </w:r>
    </w:p>
    <w:tbl>
      <w:tblPr>
        <w:tblStyle w:val="TableGrid"/>
        <w:tblW w:w="9360" w:type="dxa"/>
        <w:tblInd w:w="120" w:type="dxa"/>
        <w:tblLayout w:type="fixed"/>
        <w:tblLook w:val="04A0" w:firstRow="1" w:lastRow="0" w:firstColumn="1" w:lastColumn="0" w:noHBand="0" w:noVBand="1"/>
      </w:tblPr>
      <w:tblGrid>
        <w:gridCol w:w="9360"/>
      </w:tblGrid>
      <w:tr w:rsidR="00596D4B" w14:paraId="27B56986" w14:textId="77777777">
        <w:tc>
          <w:tcPr>
            <w:tcW w:w="9360" w:type="dxa"/>
            <w:shd w:val="clear" w:color="auto" w:fill="FFF4D6"/>
            <w:tcMar>
              <w:top w:w="90" w:type="dxa"/>
              <w:left w:w="140" w:type="dxa"/>
              <w:bottom w:w="90" w:type="dxa"/>
              <w:right w:w="140" w:type="dxa"/>
            </w:tcMar>
          </w:tcPr>
          <w:p w14:paraId="4C0CF23A" w14:textId="77777777" w:rsidR="00596D4B" w:rsidRDefault="00000000">
            <w:r>
              <w:rPr>
                <w:b/>
                <w:color w:val="6B4B00"/>
                <w:sz w:val="19"/>
              </w:rPr>
              <w:t>Shown after either Project Stage is selected.</w:t>
            </w:r>
          </w:p>
        </w:tc>
      </w:tr>
    </w:tbl>
    <w:p w14:paraId="759DF3F9" w14:textId="77777777" w:rsidR="00596D4B" w:rsidRDefault="00000000">
      <w:pPr>
        <w:pStyle w:val="ApplicationQuestion"/>
        <w:numPr>
          <w:ilvl w:val="0"/>
          <w:numId w:val="1"/>
        </w:numPr>
      </w:pPr>
      <w:r>
        <w:lastRenderedPageBreak/>
        <w:t>What type of organization is it?</w:t>
      </w:r>
    </w:p>
    <w:p w14:paraId="47A57D6F" w14:textId="77777777" w:rsidR="00596D4B" w:rsidRDefault="00000000">
      <w:pPr>
        <w:pStyle w:val="FieldMetadata"/>
        <w:keepNext/>
      </w:pPr>
      <w:r>
        <w:rPr>
          <w:b/>
          <w:color w:val="A12A2A"/>
        </w:rPr>
        <w:t>Checkboxes  |  REQUIRED</w:t>
      </w:r>
    </w:p>
    <w:p w14:paraId="32C9ED68" w14:textId="77777777" w:rsidR="00596D4B" w:rsidRDefault="00000000">
      <w:pPr>
        <w:keepNext/>
        <w:spacing w:after="40"/>
        <w:ind w:left="720" w:hanging="360"/>
      </w:pPr>
      <w:r>
        <w:rPr>
          <w:color w:val="29343D"/>
          <w:sz w:val="20"/>
        </w:rPr>
        <w:t>▪  501(c)(3) - Registered</w:t>
      </w:r>
    </w:p>
    <w:p w14:paraId="07A57FB5" w14:textId="77777777" w:rsidR="00596D4B" w:rsidRDefault="00000000">
      <w:pPr>
        <w:keepNext/>
        <w:spacing w:after="40"/>
        <w:ind w:left="720" w:hanging="360"/>
      </w:pPr>
      <w:r>
        <w:rPr>
          <w:color w:val="29343D"/>
          <w:sz w:val="20"/>
        </w:rPr>
        <w:t>▪  501(c)(3) - Pending</w:t>
      </w:r>
    </w:p>
    <w:p w14:paraId="7320FCD2" w14:textId="77777777" w:rsidR="00596D4B" w:rsidRDefault="00000000">
      <w:pPr>
        <w:keepNext/>
        <w:spacing w:after="40"/>
        <w:ind w:left="720" w:hanging="360"/>
      </w:pPr>
      <w:r>
        <w:rPr>
          <w:color w:val="29343D"/>
          <w:sz w:val="20"/>
        </w:rPr>
        <w:t>▪  501(c)(4)</w:t>
      </w:r>
    </w:p>
    <w:p w14:paraId="538FFBB9" w14:textId="77777777" w:rsidR="00596D4B" w:rsidRDefault="00000000">
      <w:pPr>
        <w:keepNext/>
        <w:spacing w:after="40"/>
        <w:ind w:left="720" w:hanging="360"/>
      </w:pPr>
      <w:r>
        <w:rPr>
          <w:color w:val="29343D"/>
          <w:sz w:val="20"/>
        </w:rPr>
        <w:t>▪  B-Corp</w:t>
      </w:r>
    </w:p>
    <w:p w14:paraId="55B8D6BA" w14:textId="77777777" w:rsidR="00596D4B" w:rsidRDefault="00000000">
      <w:pPr>
        <w:keepNext/>
        <w:spacing w:after="40"/>
        <w:ind w:left="720" w:hanging="360"/>
      </w:pPr>
      <w:r>
        <w:rPr>
          <w:color w:val="29343D"/>
          <w:sz w:val="20"/>
        </w:rPr>
        <w:t>▪  Fiscally-sponsored entity</w:t>
      </w:r>
    </w:p>
    <w:p w14:paraId="2F127457" w14:textId="77777777" w:rsidR="00596D4B" w:rsidRDefault="00000000">
      <w:pPr>
        <w:keepNext/>
        <w:spacing w:after="40"/>
        <w:ind w:left="720" w:hanging="360"/>
      </w:pPr>
      <w:r>
        <w:rPr>
          <w:color w:val="29343D"/>
          <w:sz w:val="20"/>
        </w:rPr>
        <w:t>▪  Foundation</w:t>
      </w:r>
    </w:p>
    <w:p w14:paraId="7205EE1E" w14:textId="77777777" w:rsidR="00596D4B" w:rsidRDefault="00000000">
      <w:pPr>
        <w:keepNext/>
        <w:spacing w:after="40"/>
        <w:ind w:left="720" w:hanging="360"/>
      </w:pPr>
      <w:r>
        <w:rPr>
          <w:color w:val="29343D"/>
          <w:sz w:val="20"/>
        </w:rPr>
        <w:t>▪  Collaborative/Association</w:t>
      </w:r>
    </w:p>
    <w:p w14:paraId="688CDDCC" w14:textId="77777777" w:rsidR="00596D4B" w:rsidRDefault="00000000">
      <w:pPr>
        <w:spacing w:after="40"/>
        <w:ind w:left="720" w:hanging="360"/>
      </w:pPr>
      <w:r>
        <w:rPr>
          <w:color w:val="29343D"/>
          <w:sz w:val="20"/>
        </w:rPr>
        <w:t>▪  Other</w:t>
      </w:r>
    </w:p>
    <w:p w14:paraId="7F25C055" w14:textId="77777777" w:rsidR="00596D4B" w:rsidRDefault="00000000">
      <w:pPr>
        <w:pStyle w:val="ApplicationQuestion"/>
        <w:numPr>
          <w:ilvl w:val="0"/>
          <w:numId w:val="1"/>
        </w:numPr>
      </w:pPr>
      <w:r>
        <w:t>If 'Other', please explain.</w:t>
      </w:r>
    </w:p>
    <w:p w14:paraId="66508C4A" w14:textId="77777777" w:rsidR="00596D4B" w:rsidRDefault="00000000">
      <w:pPr>
        <w:pStyle w:val="FieldMetadata"/>
        <w:keepNext/>
      </w:pPr>
      <w:r>
        <w:t>Long answer  |  Optional</w:t>
      </w:r>
      <w:r>
        <w:br/>
      </w:r>
      <w:r>
        <w:rPr>
          <w:color w:val="6B4B00"/>
        </w:rPr>
        <w:t>Conditional: Shown when Other is selected above.</w:t>
      </w:r>
    </w:p>
    <w:p w14:paraId="3B22E633" w14:textId="77777777" w:rsidR="00596D4B" w:rsidRDefault="00000000">
      <w:pPr>
        <w:pStyle w:val="ApplicationQuestion"/>
        <w:numPr>
          <w:ilvl w:val="0"/>
          <w:numId w:val="1"/>
        </w:numPr>
      </w:pPr>
      <w:r>
        <w:t>If 'Fiscally-sponsored entity', please explain the relationship.</w:t>
      </w:r>
    </w:p>
    <w:p w14:paraId="44E5FAE8" w14:textId="77777777" w:rsidR="00596D4B" w:rsidRDefault="00000000">
      <w:pPr>
        <w:pStyle w:val="FieldMetadata"/>
        <w:keepNext/>
      </w:pPr>
      <w:r>
        <w:t>Long answer  |  Optional</w:t>
      </w:r>
      <w:r>
        <w:br/>
      </w:r>
      <w:r>
        <w:rPr>
          <w:color w:val="6B4B00"/>
        </w:rPr>
        <w:t>Conditional: Shown when Fiscally-sponsored entity is selected above.</w:t>
      </w:r>
    </w:p>
    <w:p w14:paraId="45D781F4" w14:textId="77777777" w:rsidR="00596D4B" w:rsidRDefault="00000000">
      <w:pPr>
        <w:pStyle w:val="ApplicationQuestion"/>
        <w:numPr>
          <w:ilvl w:val="0"/>
          <w:numId w:val="1"/>
        </w:numPr>
      </w:pPr>
      <w:r>
        <w:t>How would you describe the organization's financial health?</w:t>
      </w:r>
    </w:p>
    <w:p w14:paraId="77A14827" w14:textId="77777777" w:rsidR="00596D4B" w:rsidRDefault="00000000">
      <w:pPr>
        <w:pStyle w:val="FieldMetadata"/>
        <w:keepNext/>
      </w:pPr>
      <w:r>
        <w:rPr>
          <w:b/>
          <w:color w:val="A12A2A"/>
        </w:rPr>
        <w:t>Dropdown  |  REQUIRED</w:t>
      </w:r>
    </w:p>
    <w:p w14:paraId="0159EA32" w14:textId="77777777" w:rsidR="00596D4B" w:rsidRDefault="00000000">
      <w:pPr>
        <w:keepNext/>
        <w:spacing w:after="40"/>
        <w:ind w:left="720" w:hanging="360"/>
      </w:pPr>
      <w:r>
        <w:rPr>
          <w:color w:val="29343D"/>
          <w:sz w:val="20"/>
        </w:rPr>
        <w:t>▪  Strong</w:t>
      </w:r>
    </w:p>
    <w:p w14:paraId="717A3489" w14:textId="77777777" w:rsidR="00596D4B" w:rsidRDefault="00000000">
      <w:pPr>
        <w:keepNext/>
        <w:spacing w:after="40"/>
        <w:ind w:left="720" w:hanging="360"/>
      </w:pPr>
      <w:r>
        <w:rPr>
          <w:color w:val="29343D"/>
          <w:sz w:val="20"/>
        </w:rPr>
        <w:t>▪  Stable</w:t>
      </w:r>
    </w:p>
    <w:p w14:paraId="783E6AB2" w14:textId="77777777" w:rsidR="00596D4B" w:rsidRDefault="00000000">
      <w:pPr>
        <w:keepNext/>
        <w:spacing w:after="40"/>
        <w:ind w:left="720" w:hanging="360"/>
      </w:pPr>
      <w:r>
        <w:rPr>
          <w:color w:val="29343D"/>
          <w:sz w:val="20"/>
        </w:rPr>
        <w:t>▪  Weak</w:t>
      </w:r>
    </w:p>
    <w:p w14:paraId="0D902EDF" w14:textId="77777777" w:rsidR="00596D4B" w:rsidRDefault="00000000">
      <w:pPr>
        <w:spacing w:after="40"/>
        <w:ind w:left="720" w:hanging="360"/>
      </w:pPr>
      <w:r>
        <w:rPr>
          <w:color w:val="29343D"/>
          <w:sz w:val="20"/>
        </w:rPr>
        <w:t>▪  Crisis</w:t>
      </w:r>
    </w:p>
    <w:p w14:paraId="6F62CC65" w14:textId="77777777" w:rsidR="00596D4B" w:rsidRDefault="00000000">
      <w:pPr>
        <w:pStyle w:val="ApplicationQuestion"/>
        <w:numPr>
          <w:ilvl w:val="0"/>
          <w:numId w:val="1"/>
        </w:numPr>
      </w:pPr>
      <w:r>
        <w:t>In the most recent fiscal year, did the organization show a surplus, a deficit, or breakeven?</w:t>
      </w:r>
    </w:p>
    <w:p w14:paraId="3C481F0D" w14:textId="77777777" w:rsidR="00596D4B" w:rsidRDefault="00000000">
      <w:pPr>
        <w:pStyle w:val="FieldMetadata"/>
        <w:keepNext/>
      </w:pPr>
      <w:r>
        <w:rPr>
          <w:b/>
          <w:color w:val="A12A2A"/>
        </w:rPr>
        <w:t>Dropdown  |  REQUIRED</w:t>
      </w:r>
    </w:p>
    <w:p w14:paraId="35DBFFFA" w14:textId="77777777" w:rsidR="00596D4B" w:rsidRDefault="00000000">
      <w:pPr>
        <w:keepNext/>
        <w:spacing w:after="40"/>
        <w:ind w:left="720" w:hanging="360"/>
      </w:pPr>
      <w:r>
        <w:rPr>
          <w:color w:val="29343D"/>
          <w:sz w:val="20"/>
        </w:rPr>
        <w:t>▪  Surplus</w:t>
      </w:r>
    </w:p>
    <w:p w14:paraId="53F7F3E2" w14:textId="77777777" w:rsidR="00596D4B" w:rsidRDefault="00000000">
      <w:pPr>
        <w:keepNext/>
        <w:spacing w:after="40"/>
        <w:ind w:left="720" w:hanging="360"/>
      </w:pPr>
      <w:r>
        <w:rPr>
          <w:color w:val="29343D"/>
          <w:sz w:val="20"/>
        </w:rPr>
        <w:t>▪  Breakeven</w:t>
      </w:r>
    </w:p>
    <w:p w14:paraId="6A540BAD" w14:textId="77777777" w:rsidR="00596D4B" w:rsidRDefault="00000000">
      <w:pPr>
        <w:spacing w:after="40"/>
        <w:ind w:left="720" w:hanging="360"/>
      </w:pPr>
      <w:r>
        <w:rPr>
          <w:color w:val="29343D"/>
          <w:sz w:val="20"/>
        </w:rPr>
        <w:t>▪  Deficit</w:t>
      </w:r>
    </w:p>
    <w:p w14:paraId="3550DF3D" w14:textId="77777777" w:rsidR="00596D4B" w:rsidRDefault="00000000">
      <w:pPr>
        <w:pStyle w:val="ApplicationQuestion"/>
        <w:numPr>
          <w:ilvl w:val="0"/>
          <w:numId w:val="1"/>
        </w:numPr>
      </w:pPr>
      <w:r>
        <w:t>In the current fiscal year, do you expect a surplus, a deficit, or breakeven?</w:t>
      </w:r>
    </w:p>
    <w:p w14:paraId="7A90F682" w14:textId="77777777" w:rsidR="00596D4B" w:rsidRDefault="00000000">
      <w:pPr>
        <w:pStyle w:val="FieldMetadata"/>
        <w:keepNext/>
      </w:pPr>
      <w:r>
        <w:rPr>
          <w:b/>
          <w:color w:val="A12A2A"/>
        </w:rPr>
        <w:t>Dropdown  |  REQUIRED</w:t>
      </w:r>
    </w:p>
    <w:p w14:paraId="264DC0C8" w14:textId="77777777" w:rsidR="00596D4B" w:rsidRDefault="00000000">
      <w:pPr>
        <w:keepNext/>
        <w:spacing w:after="40"/>
        <w:ind w:left="720" w:hanging="360"/>
      </w:pPr>
      <w:r>
        <w:rPr>
          <w:color w:val="29343D"/>
          <w:sz w:val="20"/>
        </w:rPr>
        <w:t>▪  Surplus</w:t>
      </w:r>
    </w:p>
    <w:p w14:paraId="0FE96D56" w14:textId="77777777" w:rsidR="00596D4B" w:rsidRDefault="00000000">
      <w:pPr>
        <w:keepNext/>
        <w:spacing w:after="40"/>
        <w:ind w:left="720" w:hanging="360"/>
      </w:pPr>
      <w:r>
        <w:rPr>
          <w:color w:val="29343D"/>
          <w:sz w:val="20"/>
        </w:rPr>
        <w:t>▪  Breakeven</w:t>
      </w:r>
    </w:p>
    <w:p w14:paraId="091423F5" w14:textId="77777777" w:rsidR="00596D4B" w:rsidRDefault="00000000">
      <w:pPr>
        <w:spacing w:after="40"/>
        <w:ind w:left="720" w:hanging="360"/>
      </w:pPr>
      <w:r>
        <w:rPr>
          <w:color w:val="29343D"/>
          <w:sz w:val="20"/>
        </w:rPr>
        <w:t>▪  Deficit</w:t>
      </w:r>
    </w:p>
    <w:p w14:paraId="64B42BD1" w14:textId="77777777" w:rsidR="00596D4B" w:rsidRDefault="00000000">
      <w:pPr>
        <w:pStyle w:val="ApplicationQuestion"/>
        <w:numPr>
          <w:ilvl w:val="0"/>
          <w:numId w:val="1"/>
        </w:numPr>
      </w:pPr>
      <w:r>
        <w:lastRenderedPageBreak/>
        <w:t>Primary reasons for considering this collaboration (select all that apply)</w:t>
      </w:r>
    </w:p>
    <w:p w14:paraId="6F01EB82" w14:textId="77777777" w:rsidR="00596D4B" w:rsidRDefault="00000000">
      <w:pPr>
        <w:pStyle w:val="FieldMetadata"/>
        <w:keepNext/>
      </w:pPr>
      <w:r>
        <w:rPr>
          <w:b/>
          <w:color w:val="A12A2A"/>
        </w:rPr>
        <w:t>Checkboxes  |  REQUIRED</w:t>
      </w:r>
    </w:p>
    <w:p w14:paraId="37B4BA5C" w14:textId="77777777" w:rsidR="00596D4B" w:rsidRDefault="00000000">
      <w:pPr>
        <w:keepNext/>
        <w:spacing w:after="40"/>
        <w:ind w:left="720" w:hanging="360"/>
      </w:pPr>
      <w:r>
        <w:rPr>
          <w:color w:val="29343D"/>
          <w:sz w:val="20"/>
        </w:rPr>
        <w:t>▪  (Potential) departure of one or more Executive Director</w:t>
      </w:r>
    </w:p>
    <w:p w14:paraId="2B5E3710" w14:textId="77777777" w:rsidR="00596D4B" w:rsidRDefault="00000000">
      <w:pPr>
        <w:keepNext/>
        <w:spacing w:after="40"/>
        <w:ind w:left="720" w:hanging="360"/>
      </w:pPr>
      <w:r>
        <w:rPr>
          <w:color w:val="29343D"/>
          <w:sz w:val="20"/>
        </w:rPr>
        <w:t>▪  Advancement of a shared goal</w:t>
      </w:r>
    </w:p>
    <w:p w14:paraId="587319E8" w14:textId="77777777" w:rsidR="00596D4B" w:rsidRDefault="00000000">
      <w:pPr>
        <w:keepNext/>
        <w:spacing w:after="40"/>
        <w:ind w:left="720" w:hanging="360"/>
      </w:pPr>
      <w:r>
        <w:rPr>
          <w:color w:val="29343D"/>
          <w:sz w:val="20"/>
        </w:rPr>
        <w:t>▪  Competition for funding sources and/or clientele</w:t>
      </w:r>
    </w:p>
    <w:p w14:paraId="52B5C2DB" w14:textId="77777777" w:rsidR="00596D4B" w:rsidRDefault="00000000">
      <w:pPr>
        <w:keepNext/>
        <w:spacing w:after="40"/>
        <w:ind w:left="720" w:hanging="360"/>
      </w:pPr>
      <w:r>
        <w:rPr>
          <w:color w:val="29343D"/>
          <w:sz w:val="20"/>
        </w:rPr>
        <w:t>▪  Difficulty funding necessary technological initiatives</w:t>
      </w:r>
    </w:p>
    <w:p w14:paraId="220122C7" w14:textId="77777777" w:rsidR="00596D4B" w:rsidRDefault="00000000">
      <w:pPr>
        <w:keepNext/>
        <w:spacing w:after="40"/>
        <w:ind w:left="720" w:hanging="360"/>
      </w:pPr>
      <w:r>
        <w:rPr>
          <w:color w:val="29343D"/>
          <w:sz w:val="20"/>
        </w:rPr>
        <w:t>▪  Difficulty in meeting external standards/requirements imposed on our organizations</w:t>
      </w:r>
    </w:p>
    <w:p w14:paraId="209FF041" w14:textId="77777777" w:rsidR="00596D4B" w:rsidRDefault="00000000">
      <w:pPr>
        <w:keepNext/>
        <w:spacing w:after="40"/>
        <w:ind w:left="720" w:hanging="360"/>
      </w:pPr>
      <w:r>
        <w:rPr>
          <w:color w:val="29343D"/>
          <w:sz w:val="20"/>
        </w:rPr>
        <w:t>▪  Financial problems/pressures within one or more of the partnering organizations</w:t>
      </w:r>
    </w:p>
    <w:p w14:paraId="32D0BDCA" w14:textId="77777777" w:rsidR="00596D4B" w:rsidRDefault="00000000">
      <w:pPr>
        <w:keepNext/>
        <w:spacing w:after="40"/>
        <w:ind w:left="720" w:hanging="360"/>
      </w:pPr>
      <w:r>
        <w:rPr>
          <w:color w:val="29343D"/>
          <w:sz w:val="20"/>
        </w:rPr>
        <w:t>▪  Funder initiated/mandated the collaboration</w:t>
      </w:r>
    </w:p>
    <w:p w14:paraId="0D0DAF80" w14:textId="77777777" w:rsidR="00596D4B" w:rsidRDefault="00000000">
      <w:pPr>
        <w:keepNext/>
        <w:spacing w:after="40"/>
        <w:ind w:left="720" w:hanging="360"/>
      </w:pPr>
      <w:r>
        <w:rPr>
          <w:color w:val="29343D"/>
          <w:sz w:val="20"/>
        </w:rPr>
        <w:t>▪  High/increasing costs</w:t>
      </w:r>
    </w:p>
    <w:p w14:paraId="61126F0E" w14:textId="77777777" w:rsidR="00596D4B" w:rsidRDefault="00000000">
      <w:pPr>
        <w:keepNext/>
        <w:spacing w:after="40"/>
        <w:ind w:left="720" w:hanging="360"/>
      </w:pPr>
      <w:r>
        <w:rPr>
          <w:color w:val="29343D"/>
          <w:sz w:val="20"/>
        </w:rPr>
        <w:t>▪  Request by parent organization</w:t>
      </w:r>
    </w:p>
    <w:p w14:paraId="1B3B56B6" w14:textId="77777777" w:rsidR="00596D4B" w:rsidRDefault="00000000">
      <w:pPr>
        <w:keepNext/>
        <w:spacing w:after="40"/>
        <w:ind w:left="720" w:hanging="360"/>
      </w:pPr>
      <w:r>
        <w:rPr>
          <w:color w:val="29343D"/>
          <w:sz w:val="20"/>
        </w:rPr>
        <w:t>▪  Response to a community need</w:t>
      </w:r>
    </w:p>
    <w:p w14:paraId="4E7A49CD" w14:textId="77777777" w:rsidR="00596D4B" w:rsidRDefault="00000000">
      <w:pPr>
        <w:keepNext/>
        <w:spacing w:after="40"/>
        <w:ind w:left="720" w:hanging="360"/>
      </w:pPr>
      <w:r>
        <w:rPr>
          <w:color w:val="29343D"/>
          <w:sz w:val="20"/>
        </w:rPr>
        <w:t>▪  Response to a funding opportunity</w:t>
      </w:r>
    </w:p>
    <w:p w14:paraId="446E1477" w14:textId="77777777" w:rsidR="00596D4B" w:rsidRDefault="00000000">
      <w:pPr>
        <w:spacing w:after="40"/>
        <w:ind w:left="720" w:hanging="360"/>
      </w:pPr>
      <w:r>
        <w:rPr>
          <w:color w:val="29343D"/>
          <w:sz w:val="20"/>
        </w:rPr>
        <w:t>▪  Recent changes to local/state/federal funding policies</w:t>
      </w:r>
    </w:p>
    <w:p w14:paraId="4E13EEA6" w14:textId="77777777" w:rsidR="00596D4B" w:rsidRDefault="00000000">
      <w:pPr>
        <w:pStyle w:val="ApplicationQuestion"/>
        <w:numPr>
          <w:ilvl w:val="0"/>
          <w:numId w:val="1"/>
        </w:numPr>
      </w:pPr>
      <w:r>
        <w:t>If at all, how has this organization been impacted by shifts in the funding landscape/operating environment?</w:t>
      </w:r>
    </w:p>
    <w:p w14:paraId="6DB732D7" w14:textId="77777777" w:rsidR="00596D4B" w:rsidRDefault="00000000">
      <w:pPr>
        <w:pStyle w:val="FieldMetadata"/>
      </w:pPr>
      <w:r>
        <w:rPr>
          <w:b/>
          <w:color w:val="A12A2A"/>
        </w:rPr>
        <w:t>Long answer  |  REQUIRED</w:t>
      </w:r>
    </w:p>
    <w:p w14:paraId="28264876" w14:textId="77777777" w:rsidR="00596D4B" w:rsidRDefault="00000000">
      <w:pPr>
        <w:pStyle w:val="ApplicationQuestion"/>
        <w:numPr>
          <w:ilvl w:val="0"/>
          <w:numId w:val="1"/>
        </w:numPr>
      </w:pPr>
      <w:r>
        <w:t>Do you receive, or have you received in the last three years, support from:</w:t>
      </w:r>
    </w:p>
    <w:p w14:paraId="5FB68F23" w14:textId="77777777" w:rsidR="00596D4B" w:rsidRDefault="00000000">
      <w:pPr>
        <w:pStyle w:val="FieldMetadata"/>
        <w:keepNext/>
      </w:pPr>
      <w:r>
        <w:rPr>
          <w:b/>
          <w:color w:val="A12A2A"/>
        </w:rPr>
        <w:t>Checkboxes  |  REQUIRED</w:t>
      </w:r>
    </w:p>
    <w:p w14:paraId="799E1B5C" w14:textId="77777777" w:rsidR="00596D4B" w:rsidRDefault="00000000">
      <w:pPr>
        <w:keepNext/>
        <w:spacing w:after="40"/>
        <w:ind w:left="720" w:hanging="360"/>
      </w:pPr>
      <w:r>
        <w:rPr>
          <w:color w:val="29343D"/>
          <w:sz w:val="20"/>
        </w:rPr>
        <w:t>▪  Barra Foundation</w:t>
      </w:r>
    </w:p>
    <w:p w14:paraId="418C9CF8" w14:textId="77777777" w:rsidR="00596D4B" w:rsidRDefault="00000000">
      <w:pPr>
        <w:keepNext/>
        <w:spacing w:after="40"/>
        <w:ind w:left="720" w:hanging="360"/>
      </w:pPr>
      <w:r>
        <w:rPr>
          <w:color w:val="29343D"/>
          <w:sz w:val="20"/>
        </w:rPr>
        <w:t>▪  BLBB Charitable</w:t>
      </w:r>
    </w:p>
    <w:p w14:paraId="4A6EBC5F" w14:textId="77777777" w:rsidR="00596D4B" w:rsidRDefault="00000000">
      <w:pPr>
        <w:keepNext/>
        <w:spacing w:after="40"/>
        <w:ind w:left="720" w:hanging="360"/>
      </w:pPr>
      <w:r>
        <w:rPr>
          <w:color w:val="29343D"/>
          <w:sz w:val="20"/>
        </w:rPr>
        <w:t>▪  Comcast/NBCUniversal</w:t>
      </w:r>
    </w:p>
    <w:p w14:paraId="153D6008" w14:textId="77777777" w:rsidR="00596D4B" w:rsidRDefault="00000000">
      <w:pPr>
        <w:keepNext/>
        <w:spacing w:after="40"/>
        <w:ind w:left="720" w:hanging="360"/>
      </w:pPr>
      <w:r>
        <w:rPr>
          <w:color w:val="29343D"/>
          <w:sz w:val="20"/>
        </w:rPr>
        <w:t>▪  The Connelly Foundation</w:t>
      </w:r>
    </w:p>
    <w:p w14:paraId="6E99CC60" w14:textId="77777777" w:rsidR="00596D4B" w:rsidRDefault="00000000">
      <w:pPr>
        <w:keepNext/>
        <w:spacing w:after="40"/>
        <w:ind w:left="720" w:hanging="360"/>
      </w:pPr>
      <w:r>
        <w:rPr>
          <w:color w:val="29343D"/>
          <w:sz w:val="20"/>
        </w:rPr>
        <w:t>▪  Foundations Community Partnership</w:t>
      </w:r>
    </w:p>
    <w:p w14:paraId="1D4264EE" w14:textId="77777777" w:rsidR="00596D4B" w:rsidRDefault="00000000">
      <w:pPr>
        <w:keepNext/>
        <w:spacing w:after="40"/>
        <w:ind w:left="720" w:hanging="360"/>
      </w:pPr>
      <w:r>
        <w:rPr>
          <w:color w:val="29343D"/>
          <w:sz w:val="20"/>
        </w:rPr>
        <w:t>▪  HealthSpark Foundation</w:t>
      </w:r>
    </w:p>
    <w:p w14:paraId="1726C13A" w14:textId="77777777" w:rsidR="00596D4B" w:rsidRDefault="00000000">
      <w:pPr>
        <w:keepNext/>
        <w:spacing w:after="40"/>
        <w:ind w:left="720" w:hanging="360"/>
      </w:pPr>
      <w:r>
        <w:rPr>
          <w:color w:val="29343D"/>
          <w:sz w:val="20"/>
        </w:rPr>
        <w:t>▪  Independence Foundation</w:t>
      </w:r>
    </w:p>
    <w:p w14:paraId="44CF7B7A" w14:textId="77777777" w:rsidR="00596D4B" w:rsidRDefault="00000000">
      <w:pPr>
        <w:keepNext/>
        <w:spacing w:after="40"/>
        <w:ind w:left="720" w:hanging="360"/>
      </w:pPr>
      <w:r>
        <w:rPr>
          <w:color w:val="29343D"/>
          <w:sz w:val="20"/>
        </w:rPr>
        <w:t>▪  The Lodestar Foundation</w:t>
      </w:r>
    </w:p>
    <w:p w14:paraId="66C0D401" w14:textId="77777777" w:rsidR="00596D4B" w:rsidRDefault="00000000">
      <w:pPr>
        <w:keepNext/>
        <w:spacing w:after="40"/>
        <w:ind w:left="720" w:hanging="360"/>
      </w:pPr>
      <w:r>
        <w:rPr>
          <w:color w:val="29343D"/>
          <w:sz w:val="20"/>
        </w:rPr>
        <w:t>▪  The Nelson Foundation</w:t>
      </w:r>
    </w:p>
    <w:p w14:paraId="0E921EA8" w14:textId="77777777" w:rsidR="00596D4B" w:rsidRDefault="00000000">
      <w:pPr>
        <w:keepNext/>
        <w:spacing w:after="40"/>
        <w:ind w:left="720" w:hanging="360"/>
      </w:pPr>
      <w:r>
        <w:rPr>
          <w:color w:val="29343D"/>
          <w:sz w:val="20"/>
        </w:rPr>
        <w:t>▪  Patricia Kind Family Foundation</w:t>
      </w:r>
    </w:p>
    <w:p w14:paraId="16AEC2EA" w14:textId="77777777" w:rsidR="00596D4B" w:rsidRDefault="00000000">
      <w:pPr>
        <w:keepNext/>
        <w:spacing w:after="40"/>
        <w:ind w:left="720" w:hanging="360"/>
      </w:pPr>
      <w:r>
        <w:rPr>
          <w:color w:val="29343D"/>
          <w:sz w:val="20"/>
        </w:rPr>
        <w:t>▪  Pew Charitable Trusts</w:t>
      </w:r>
    </w:p>
    <w:p w14:paraId="4978411B" w14:textId="77777777" w:rsidR="00596D4B" w:rsidRDefault="00000000">
      <w:pPr>
        <w:keepNext/>
        <w:spacing w:after="40"/>
        <w:ind w:left="720" w:hanging="360"/>
      </w:pPr>
      <w:r>
        <w:rPr>
          <w:color w:val="29343D"/>
          <w:sz w:val="20"/>
        </w:rPr>
        <w:t>▪  The Philadelphia Foundation</w:t>
      </w:r>
    </w:p>
    <w:p w14:paraId="25668832" w14:textId="77777777" w:rsidR="00596D4B" w:rsidRDefault="00000000">
      <w:pPr>
        <w:keepNext/>
        <w:spacing w:after="40"/>
        <w:ind w:left="720" w:hanging="360"/>
      </w:pPr>
      <w:r>
        <w:rPr>
          <w:color w:val="29343D"/>
          <w:sz w:val="20"/>
        </w:rPr>
        <w:t>▪  Regional Foundation</w:t>
      </w:r>
    </w:p>
    <w:p w14:paraId="6983A267" w14:textId="77777777" w:rsidR="00596D4B" w:rsidRDefault="00000000">
      <w:pPr>
        <w:keepNext/>
        <w:spacing w:after="40"/>
        <w:ind w:left="720" w:hanging="360"/>
      </w:pPr>
      <w:r>
        <w:rPr>
          <w:color w:val="29343D"/>
          <w:sz w:val="20"/>
        </w:rPr>
        <w:t>▪  Scattergood Foundation</w:t>
      </w:r>
    </w:p>
    <w:p w14:paraId="79FA4B1E" w14:textId="77777777" w:rsidR="00596D4B" w:rsidRDefault="00000000">
      <w:pPr>
        <w:keepNext/>
        <w:spacing w:after="40"/>
        <w:ind w:left="720" w:hanging="360"/>
      </w:pPr>
      <w:r>
        <w:rPr>
          <w:color w:val="29343D"/>
          <w:sz w:val="20"/>
        </w:rPr>
        <w:t>▪  William Penn Foundation</w:t>
      </w:r>
    </w:p>
    <w:p w14:paraId="1220A7DA" w14:textId="77777777" w:rsidR="00596D4B" w:rsidRDefault="00000000">
      <w:pPr>
        <w:spacing w:after="40"/>
        <w:ind w:left="720" w:hanging="360"/>
      </w:pPr>
      <w:r>
        <w:rPr>
          <w:color w:val="29343D"/>
          <w:sz w:val="20"/>
        </w:rPr>
        <w:t>▪  None of the above</w:t>
      </w:r>
    </w:p>
    <w:p w14:paraId="09D403AE" w14:textId="77777777" w:rsidR="00596D4B" w:rsidRDefault="00000000">
      <w:pPr>
        <w:pStyle w:val="ApplicationQuestion"/>
        <w:numPr>
          <w:ilvl w:val="0"/>
          <w:numId w:val="1"/>
        </w:numPr>
      </w:pPr>
      <w:r>
        <w:t>Details of open grants with NRF participating funders (please list funder, type of funding, and amount for all open grants with funders listed above)</w:t>
      </w:r>
    </w:p>
    <w:p w14:paraId="259DE781" w14:textId="77777777" w:rsidR="00596D4B" w:rsidRDefault="00000000">
      <w:pPr>
        <w:pStyle w:val="FieldMetadata"/>
        <w:keepNext/>
      </w:pPr>
      <w:r>
        <w:rPr>
          <w:b/>
          <w:color w:val="A12A2A"/>
        </w:rPr>
        <w:t>Long answer  |  REQUIRED</w:t>
      </w:r>
      <w:r>
        <w:rPr>
          <w:b/>
          <w:color w:val="A12A2A"/>
        </w:rPr>
        <w:br/>
      </w:r>
      <w:r>
        <w:rPr>
          <w:color w:val="6B4B00"/>
        </w:rPr>
        <w:t>Conditional: Shown unless None of the above is selected.</w:t>
      </w:r>
    </w:p>
    <w:p w14:paraId="35C709AB" w14:textId="77777777" w:rsidR="00596D4B" w:rsidRDefault="00000000">
      <w:pPr>
        <w:pStyle w:val="ApplicationQuestion"/>
        <w:numPr>
          <w:ilvl w:val="0"/>
          <w:numId w:val="1"/>
        </w:numPr>
      </w:pPr>
      <w:r>
        <w:t>Current FY Operating Budget</w:t>
      </w:r>
    </w:p>
    <w:p w14:paraId="2FCABBBD" w14:textId="77777777" w:rsidR="00596D4B" w:rsidRDefault="00000000">
      <w:pPr>
        <w:pStyle w:val="FieldMetadata"/>
      </w:pPr>
      <w:r>
        <w:rPr>
          <w:b/>
          <w:color w:val="A12A2A"/>
        </w:rPr>
        <w:t>Short answer  |  REQUIRED</w:t>
      </w:r>
    </w:p>
    <w:p w14:paraId="0F911A9A" w14:textId="77777777" w:rsidR="00596D4B" w:rsidRDefault="00000000">
      <w:pPr>
        <w:pStyle w:val="ApplicationQuestion"/>
        <w:numPr>
          <w:ilvl w:val="0"/>
          <w:numId w:val="1"/>
        </w:numPr>
      </w:pPr>
      <w:r>
        <w:lastRenderedPageBreak/>
        <w:t>Number of FTEs</w:t>
      </w:r>
    </w:p>
    <w:p w14:paraId="4CB650B9" w14:textId="77777777" w:rsidR="00596D4B" w:rsidRDefault="00000000">
      <w:pPr>
        <w:pStyle w:val="FieldMetadata"/>
      </w:pPr>
      <w:r>
        <w:rPr>
          <w:b/>
          <w:color w:val="A12A2A"/>
        </w:rPr>
        <w:t>Short answer  |  REQUIRED</w:t>
      </w:r>
    </w:p>
    <w:p w14:paraId="0943ADB1" w14:textId="77777777" w:rsidR="00596D4B" w:rsidRDefault="00000000">
      <w:pPr>
        <w:pStyle w:val="ApplicationQuestion"/>
        <w:numPr>
          <w:ilvl w:val="0"/>
          <w:numId w:val="1"/>
        </w:numPr>
      </w:pPr>
      <w:r>
        <w:t>Number of PTEs</w:t>
      </w:r>
    </w:p>
    <w:p w14:paraId="046B02AC" w14:textId="77777777" w:rsidR="00596D4B" w:rsidRDefault="00000000">
      <w:pPr>
        <w:pStyle w:val="FieldMetadata"/>
      </w:pPr>
      <w:r>
        <w:rPr>
          <w:b/>
          <w:color w:val="A12A2A"/>
        </w:rPr>
        <w:t>Short answer  |  REQUIRED</w:t>
      </w:r>
    </w:p>
    <w:p w14:paraId="185229C6" w14:textId="77777777" w:rsidR="00596D4B" w:rsidRDefault="00000000">
      <w:pPr>
        <w:pStyle w:val="ApplicationQuestion"/>
        <w:numPr>
          <w:ilvl w:val="0"/>
          <w:numId w:val="1"/>
        </w:numPr>
      </w:pPr>
      <w:r>
        <w:t>Primary Regions Served (select all that apply)</w:t>
      </w:r>
    </w:p>
    <w:p w14:paraId="231947A1" w14:textId="77777777" w:rsidR="00596D4B" w:rsidRDefault="00000000">
      <w:pPr>
        <w:pStyle w:val="FieldMetadata"/>
        <w:keepNext/>
      </w:pPr>
      <w:r>
        <w:rPr>
          <w:b/>
          <w:color w:val="A12A2A"/>
        </w:rPr>
        <w:t>Checkboxes  |  REQUIRED</w:t>
      </w:r>
    </w:p>
    <w:p w14:paraId="1BDDB5E5" w14:textId="77777777" w:rsidR="00596D4B" w:rsidRDefault="00000000">
      <w:pPr>
        <w:keepNext/>
        <w:spacing w:after="40"/>
        <w:ind w:left="720" w:hanging="360"/>
      </w:pPr>
      <w:r>
        <w:rPr>
          <w:color w:val="29343D"/>
          <w:sz w:val="20"/>
        </w:rPr>
        <w:t>▪  Bucks County</w:t>
      </w:r>
    </w:p>
    <w:p w14:paraId="2397D3D5" w14:textId="77777777" w:rsidR="00596D4B" w:rsidRDefault="00000000">
      <w:pPr>
        <w:keepNext/>
        <w:spacing w:after="40"/>
        <w:ind w:left="720" w:hanging="360"/>
      </w:pPr>
      <w:r>
        <w:rPr>
          <w:color w:val="29343D"/>
          <w:sz w:val="20"/>
        </w:rPr>
        <w:t>▪  Chester County</w:t>
      </w:r>
    </w:p>
    <w:p w14:paraId="12A64A5A" w14:textId="77777777" w:rsidR="00596D4B" w:rsidRDefault="00000000">
      <w:pPr>
        <w:keepNext/>
        <w:spacing w:after="40"/>
        <w:ind w:left="720" w:hanging="360"/>
      </w:pPr>
      <w:r>
        <w:rPr>
          <w:color w:val="29343D"/>
          <w:sz w:val="20"/>
        </w:rPr>
        <w:t>▪  Delaware County</w:t>
      </w:r>
    </w:p>
    <w:p w14:paraId="107F2C79" w14:textId="77777777" w:rsidR="00596D4B" w:rsidRDefault="00000000">
      <w:pPr>
        <w:keepNext/>
        <w:spacing w:after="40"/>
        <w:ind w:left="720" w:hanging="360"/>
      </w:pPr>
      <w:r>
        <w:rPr>
          <w:color w:val="29343D"/>
          <w:sz w:val="20"/>
        </w:rPr>
        <w:t>▪  Montgomery County</w:t>
      </w:r>
    </w:p>
    <w:p w14:paraId="79D9E642" w14:textId="77777777" w:rsidR="00596D4B" w:rsidRDefault="00000000">
      <w:pPr>
        <w:keepNext/>
        <w:spacing w:after="40"/>
        <w:ind w:left="720" w:hanging="360"/>
      </w:pPr>
      <w:r>
        <w:rPr>
          <w:color w:val="29343D"/>
          <w:sz w:val="20"/>
        </w:rPr>
        <w:t>▪  Philadelphia County</w:t>
      </w:r>
    </w:p>
    <w:p w14:paraId="37637D0B" w14:textId="77777777" w:rsidR="00596D4B" w:rsidRDefault="00000000">
      <w:pPr>
        <w:keepNext/>
        <w:spacing w:after="40"/>
        <w:ind w:left="720" w:hanging="360"/>
      </w:pPr>
      <w:r>
        <w:rPr>
          <w:color w:val="29343D"/>
          <w:sz w:val="20"/>
        </w:rPr>
        <w:t>▪  Southern New Jersey</w:t>
      </w:r>
    </w:p>
    <w:p w14:paraId="7EC0EDA1" w14:textId="77777777" w:rsidR="00596D4B" w:rsidRDefault="00000000">
      <w:pPr>
        <w:spacing w:after="40"/>
        <w:ind w:left="720" w:hanging="360"/>
      </w:pPr>
      <w:r>
        <w:rPr>
          <w:color w:val="29343D"/>
          <w:sz w:val="20"/>
        </w:rPr>
        <w:t>▪  Other</w:t>
      </w:r>
    </w:p>
    <w:p w14:paraId="4A692323" w14:textId="77777777" w:rsidR="00596D4B" w:rsidRDefault="00000000">
      <w:pPr>
        <w:pStyle w:val="ApplicationQuestion"/>
        <w:numPr>
          <w:ilvl w:val="0"/>
          <w:numId w:val="1"/>
        </w:numPr>
      </w:pPr>
      <w:r>
        <w:t>If 'Other', please list additional regions served.</w:t>
      </w:r>
    </w:p>
    <w:p w14:paraId="3E75D40D" w14:textId="77777777" w:rsidR="00596D4B" w:rsidRDefault="00000000">
      <w:pPr>
        <w:pStyle w:val="FieldMetadata"/>
        <w:keepNext/>
      </w:pPr>
      <w:r>
        <w:t>Short answer  |  Optional</w:t>
      </w:r>
      <w:r>
        <w:br/>
      </w:r>
      <w:r>
        <w:rPr>
          <w:color w:val="6B4B00"/>
        </w:rPr>
        <w:t>Conditional: Shown when Other is selected above.</w:t>
      </w:r>
    </w:p>
    <w:p w14:paraId="4954C47F" w14:textId="77777777" w:rsidR="00596D4B" w:rsidRDefault="00000000">
      <w:pPr>
        <w:pStyle w:val="ApplicationQuestion"/>
        <w:numPr>
          <w:ilvl w:val="0"/>
          <w:numId w:val="1"/>
        </w:numPr>
      </w:pPr>
      <w:r>
        <w:t>Primary Field of Work</w:t>
      </w:r>
    </w:p>
    <w:p w14:paraId="54032ACE" w14:textId="77777777" w:rsidR="00596D4B" w:rsidRDefault="00000000">
      <w:pPr>
        <w:pStyle w:val="FieldMetadata"/>
        <w:keepNext/>
      </w:pPr>
      <w:r>
        <w:rPr>
          <w:b/>
          <w:color w:val="A12A2A"/>
        </w:rPr>
        <w:t>Dropdown  |  REQUIRED</w:t>
      </w:r>
    </w:p>
    <w:p w14:paraId="188E058B" w14:textId="77777777" w:rsidR="00596D4B" w:rsidRDefault="00000000">
      <w:pPr>
        <w:keepNext/>
        <w:spacing w:after="40"/>
        <w:ind w:left="720" w:hanging="360"/>
      </w:pPr>
      <w:r>
        <w:rPr>
          <w:color w:val="29343D"/>
          <w:sz w:val="20"/>
        </w:rPr>
        <w:t>▪  Advocacy</w:t>
      </w:r>
    </w:p>
    <w:p w14:paraId="1B775DC5" w14:textId="77777777" w:rsidR="00596D4B" w:rsidRDefault="00000000">
      <w:pPr>
        <w:keepNext/>
        <w:spacing w:after="40"/>
        <w:ind w:left="720" w:hanging="360"/>
      </w:pPr>
      <w:r>
        <w:rPr>
          <w:color w:val="29343D"/>
          <w:sz w:val="20"/>
        </w:rPr>
        <w:t>▪  Anti-poverty &amp; Social Welfare</w:t>
      </w:r>
    </w:p>
    <w:p w14:paraId="4D5511DA" w14:textId="77777777" w:rsidR="00596D4B" w:rsidRDefault="00000000">
      <w:pPr>
        <w:keepNext/>
        <w:spacing w:after="40"/>
        <w:ind w:left="720" w:hanging="360"/>
      </w:pPr>
      <w:r>
        <w:rPr>
          <w:color w:val="29343D"/>
          <w:sz w:val="20"/>
        </w:rPr>
        <w:t>▪  Arts &amp; Culture</w:t>
      </w:r>
    </w:p>
    <w:p w14:paraId="539AB661" w14:textId="77777777" w:rsidR="00596D4B" w:rsidRDefault="00000000">
      <w:pPr>
        <w:keepNext/>
        <w:spacing w:after="40"/>
        <w:ind w:left="720" w:hanging="360"/>
      </w:pPr>
      <w:r>
        <w:rPr>
          <w:color w:val="29343D"/>
          <w:sz w:val="20"/>
        </w:rPr>
        <w:t>▪  Children &amp; Youth</w:t>
      </w:r>
    </w:p>
    <w:p w14:paraId="71538D70" w14:textId="77777777" w:rsidR="00596D4B" w:rsidRDefault="00000000">
      <w:pPr>
        <w:keepNext/>
        <w:spacing w:after="40"/>
        <w:ind w:left="720" w:hanging="360"/>
      </w:pPr>
      <w:r>
        <w:rPr>
          <w:color w:val="29343D"/>
          <w:sz w:val="20"/>
        </w:rPr>
        <w:t>▪  Animal Protection &amp; Welfare</w:t>
      </w:r>
    </w:p>
    <w:p w14:paraId="2D65F89A" w14:textId="77777777" w:rsidR="00596D4B" w:rsidRDefault="00000000">
      <w:pPr>
        <w:keepNext/>
        <w:spacing w:after="40"/>
        <w:ind w:left="720" w:hanging="360"/>
      </w:pPr>
      <w:r>
        <w:rPr>
          <w:color w:val="29343D"/>
          <w:sz w:val="20"/>
        </w:rPr>
        <w:t>▪  Civil Rights &amp; Social Justice</w:t>
      </w:r>
    </w:p>
    <w:p w14:paraId="3BFEE99D" w14:textId="77777777" w:rsidR="00596D4B" w:rsidRDefault="00000000">
      <w:pPr>
        <w:keepNext/>
        <w:spacing w:after="40"/>
        <w:ind w:left="720" w:hanging="360"/>
      </w:pPr>
      <w:r>
        <w:rPr>
          <w:color w:val="29343D"/>
          <w:sz w:val="20"/>
        </w:rPr>
        <w:t>▪  Community Development &amp; Housing</w:t>
      </w:r>
    </w:p>
    <w:p w14:paraId="3D54F252" w14:textId="77777777" w:rsidR="00596D4B" w:rsidRDefault="00000000">
      <w:pPr>
        <w:keepNext/>
        <w:spacing w:after="40"/>
        <w:ind w:left="720" w:hanging="360"/>
      </w:pPr>
      <w:r>
        <w:rPr>
          <w:color w:val="29343D"/>
          <w:sz w:val="20"/>
        </w:rPr>
        <w:t>▪  Diversity &amp; Human Rights</w:t>
      </w:r>
    </w:p>
    <w:p w14:paraId="7EE0F5CC" w14:textId="77777777" w:rsidR="00596D4B" w:rsidRDefault="00000000">
      <w:pPr>
        <w:keepNext/>
        <w:spacing w:after="40"/>
        <w:ind w:left="720" w:hanging="360"/>
      </w:pPr>
      <w:r>
        <w:rPr>
          <w:color w:val="29343D"/>
          <w:sz w:val="20"/>
        </w:rPr>
        <w:t>▪  Education (K-12)</w:t>
      </w:r>
    </w:p>
    <w:p w14:paraId="1742944A" w14:textId="77777777" w:rsidR="00596D4B" w:rsidRDefault="00000000">
      <w:pPr>
        <w:keepNext/>
        <w:spacing w:after="40"/>
        <w:ind w:left="720" w:hanging="360"/>
      </w:pPr>
      <w:r>
        <w:rPr>
          <w:color w:val="29343D"/>
          <w:sz w:val="20"/>
        </w:rPr>
        <w:t>▪  Environment</w:t>
      </w:r>
    </w:p>
    <w:p w14:paraId="703F940D" w14:textId="77777777" w:rsidR="00596D4B" w:rsidRDefault="00000000">
      <w:pPr>
        <w:keepNext/>
        <w:spacing w:after="40"/>
        <w:ind w:left="720" w:hanging="360"/>
      </w:pPr>
      <w:r>
        <w:rPr>
          <w:color w:val="29343D"/>
          <w:sz w:val="20"/>
        </w:rPr>
        <w:t>▪  Families &amp; Elders</w:t>
      </w:r>
    </w:p>
    <w:p w14:paraId="521FA744" w14:textId="77777777" w:rsidR="00596D4B" w:rsidRDefault="00000000">
      <w:pPr>
        <w:keepNext/>
        <w:spacing w:after="40"/>
        <w:ind w:left="720" w:hanging="360"/>
      </w:pPr>
      <w:r>
        <w:rPr>
          <w:color w:val="29343D"/>
          <w:sz w:val="20"/>
        </w:rPr>
        <w:t>▪  Food &amp; Agriculture</w:t>
      </w:r>
    </w:p>
    <w:p w14:paraId="2360AEF3" w14:textId="77777777" w:rsidR="00596D4B" w:rsidRDefault="00000000">
      <w:pPr>
        <w:keepNext/>
        <w:spacing w:after="40"/>
        <w:ind w:left="720" w:hanging="360"/>
      </w:pPr>
      <w:r>
        <w:rPr>
          <w:color w:val="29343D"/>
          <w:sz w:val="20"/>
        </w:rPr>
        <w:t>▪  Health &amp; Mental Health</w:t>
      </w:r>
    </w:p>
    <w:p w14:paraId="4F24728C" w14:textId="77777777" w:rsidR="00596D4B" w:rsidRDefault="00000000">
      <w:pPr>
        <w:keepNext/>
        <w:spacing w:after="40"/>
        <w:ind w:left="720" w:hanging="360"/>
      </w:pPr>
      <w:r>
        <w:rPr>
          <w:color w:val="29343D"/>
          <w:sz w:val="20"/>
        </w:rPr>
        <w:t>▪  Higher Education</w:t>
      </w:r>
    </w:p>
    <w:p w14:paraId="444B4FA2" w14:textId="77777777" w:rsidR="00596D4B" w:rsidRDefault="00000000">
      <w:pPr>
        <w:keepNext/>
        <w:spacing w:after="40"/>
        <w:ind w:left="720" w:hanging="360"/>
      </w:pPr>
      <w:r>
        <w:rPr>
          <w:color w:val="29343D"/>
          <w:sz w:val="20"/>
        </w:rPr>
        <w:t>▪  Philanthropy &amp; Civic Engagement</w:t>
      </w:r>
    </w:p>
    <w:p w14:paraId="183ACD79" w14:textId="77777777" w:rsidR="00596D4B" w:rsidRDefault="00000000">
      <w:pPr>
        <w:keepNext/>
        <w:spacing w:after="40"/>
        <w:ind w:left="720" w:hanging="360"/>
      </w:pPr>
      <w:r>
        <w:rPr>
          <w:color w:val="29343D"/>
          <w:sz w:val="20"/>
        </w:rPr>
        <w:t>▪  Religious</w:t>
      </w:r>
    </w:p>
    <w:p w14:paraId="22E969B5" w14:textId="77777777" w:rsidR="00596D4B" w:rsidRDefault="00000000">
      <w:pPr>
        <w:keepNext/>
        <w:spacing w:after="40"/>
        <w:ind w:left="720" w:hanging="360"/>
      </w:pPr>
      <w:r>
        <w:rPr>
          <w:color w:val="29343D"/>
          <w:sz w:val="20"/>
        </w:rPr>
        <w:t>▪  Technology &amp; Communications</w:t>
      </w:r>
    </w:p>
    <w:p w14:paraId="6F891AEB" w14:textId="77777777" w:rsidR="00596D4B" w:rsidRDefault="00000000">
      <w:pPr>
        <w:keepNext/>
        <w:spacing w:after="40"/>
        <w:ind w:left="720" w:hanging="360"/>
      </w:pPr>
      <w:r>
        <w:rPr>
          <w:color w:val="29343D"/>
          <w:sz w:val="20"/>
        </w:rPr>
        <w:t>▪  Workforce Development</w:t>
      </w:r>
    </w:p>
    <w:p w14:paraId="79DAA539" w14:textId="77777777" w:rsidR="00596D4B" w:rsidRDefault="00000000">
      <w:pPr>
        <w:spacing w:after="40"/>
        <w:ind w:left="720" w:hanging="360"/>
      </w:pPr>
      <w:r>
        <w:rPr>
          <w:color w:val="29343D"/>
          <w:sz w:val="20"/>
        </w:rPr>
        <w:t>▪  Other</w:t>
      </w:r>
    </w:p>
    <w:p w14:paraId="540185A6" w14:textId="77777777" w:rsidR="00596D4B" w:rsidRDefault="00000000">
      <w:pPr>
        <w:pStyle w:val="ApplicationQuestion"/>
        <w:numPr>
          <w:ilvl w:val="0"/>
          <w:numId w:val="1"/>
        </w:numPr>
      </w:pPr>
      <w:r>
        <w:t>IRS Tax-Exempt Certification (if applicable)</w:t>
      </w:r>
    </w:p>
    <w:p w14:paraId="59711A94" w14:textId="77777777" w:rsidR="00596D4B" w:rsidRDefault="00000000">
      <w:pPr>
        <w:pStyle w:val="FieldMetadata"/>
      </w:pPr>
      <w:r>
        <w:t>File upload  |  Optional</w:t>
      </w:r>
    </w:p>
    <w:p w14:paraId="63158178" w14:textId="77777777" w:rsidR="00596D4B" w:rsidRDefault="00000000">
      <w:pPr>
        <w:pStyle w:val="ApplicationQuestion"/>
        <w:numPr>
          <w:ilvl w:val="0"/>
          <w:numId w:val="1"/>
        </w:numPr>
      </w:pPr>
      <w:r>
        <w:t>Most Recent Financial Statements (audit preferred; unaudited statements or Form 990 are acceptable)</w:t>
      </w:r>
    </w:p>
    <w:p w14:paraId="4B14D367" w14:textId="77777777" w:rsidR="00596D4B" w:rsidRDefault="00000000">
      <w:pPr>
        <w:pStyle w:val="FieldMetadata"/>
      </w:pPr>
      <w:r>
        <w:t>File upload  |  Optional</w:t>
      </w:r>
    </w:p>
    <w:p w14:paraId="78FEE517" w14:textId="77777777" w:rsidR="00596D4B" w:rsidRDefault="00000000">
      <w:pPr>
        <w:pStyle w:val="ApplicationQuestion"/>
        <w:numPr>
          <w:ilvl w:val="0"/>
          <w:numId w:val="1"/>
        </w:numPr>
      </w:pPr>
      <w:r>
        <w:lastRenderedPageBreak/>
        <w:t>Current &amp; Prior Fiscal Year Operating Budgets</w:t>
      </w:r>
    </w:p>
    <w:p w14:paraId="65A798EA" w14:textId="77777777" w:rsidR="00596D4B" w:rsidRDefault="00000000">
      <w:pPr>
        <w:pStyle w:val="FieldMetadata"/>
      </w:pPr>
      <w:r>
        <w:t>File upload  |  Optional</w:t>
      </w:r>
    </w:p>
    <w:p w14:paraId="69A2490F" w14:textId="77777777" w:rsidR="00596D4B" w:rsidRDefault="00000000">
      <w:pPr>
        <w:pStyle w:val="ApplicationQuestion"/>
        <w:numPr>
          <w:ilvl w:val="0"/>
          <w:numId w:val="1"/>
        </w:numPr>
      </w:pPr>
      <w:r>
        <w:t>Current Board Member List</w:t>
      </w:r>
    </w:p>
    <w:p w14:paraId="11D9AE8D" w14:textId="77777777" w:rsidR="00596D4B" w:rsidRDefault="00000000">
      <w:pPr>
        <w:pStyle w:val="FieldMetadata"/>
      </w:pPr>
      <w:r>
        <w:t>File upload  |  Optional</w:t>
      </w:r>
    </w:p>
    <w:p w14:paraId="670A127D" w14:textId="77777777" w:rsidR="00596D4B" w:rsidRDefault="00000000">
      <w:pPr>
        <w:pStyle w:val="ApplicationQuestion"/>
        <w:numPr>
          <w:ilvl w:val="0"/>
          <w:numId w:val="1"/>
        </w:numPr>
      </w:pPr>
      <w:r>
        <w:t>Do you have additional documentation that you would like us to review?</w:t>
      </w:r>
    </w:p>
    <w:p w14:paraId="08743941" w14:textId="77777777" w:rsidR="00596D4B" w:rsidRDefault="00000000">
      <w:pPr>
        <w:pStyle w:val="FieldMetadata"/>
        <w:keepNext/>
      </w:pPr>
      <w:r>
        <w:t>Dropdown  |  Optional</w:t>
      </w:r>
    </w:p>
    <w:p w14:paraId="6DC51F0B" w14:textId="77777777" w:rsidR="00596D4B" w:rsidRDefault="00000000">
      <w:pPr>
        <w:keepNext/>
        <w:spacing w:after="40"/>
        <w:ind w:left="720" w:hanging="360"/>
      </w:pPr>
      <w:r>
        <w:rPr>
          <w:color w:val="29343D"/>
          <w:sz w:val="20"/>
        </w:rPr>
        <w:t>▪  Yes</w:t>
      </w:r>
    </w:p>
    <w:p w14:paraId="3E44DE2F" w14:textId="77777777" w:rsidR="00596D4B" w:rsidRDefault="00000000">
      <w:pPr>
        <w:spacing w:after="40"/>
        <w:ind w:left="720" w:hanging="360"/>
      </w:pPr>
      <w:r>
        <w:rPr>
          <w:color w:val="29343D"/>
          <w:sz w:val="20"/>
        </w:rPr>
        <w:t>▪  No</w:t>
      </w:r>
    </w:p>
    <w:p w14:paraId="730C8E35" w14:textId="77777777" w:rsidR="00596D4B" w:rsidRDefault="00000000">
      <w:pPr>
        <w:pStyle w:val="ApplicationQuestion"/>
        <w:numPr>
          <w:ilvl w:val="0"/>
          <w:numId w:val="1"/>
        </w:numPr>
      </w:pPr>
      <w:r>
        <w:t>Other Document (#1) - Upload File</w:t>
      </w:r>
    </w:p>
    <w:p w14:paraId="43B87EFD" w14:textId="77777777" w:rsidR="00596D4B" w:rsidRDefault="00000000">
      <w:pPr>
        <w:pStyle w:val="FieldMetadata"/>
        <w:keepNext/>
      </w:pPr>
      <w:r>
        <w:t>File upload  |  Optional</w:t>
      </w:r>
      <w:r>
        <w:br/>
      </w:r>
      <w:r>
        <w:rPr>
          <w:color w:val="6B4B00"/>
        </w:rPr>
        <w:t>Conditional: Shown when Yes is selected for additional documentation.</w:t>
      </w:r>
    </w:p>
    <w:p w14:paraId="17EC93F1" w14:textId="77777777" w:rsidR="00596D4B" w:rsidRDefault="00000000">
      <w:pPr>
        <w:pStyle w:val="ApplicationQuestion"/>
        <w:numPr>
          <w:ilvl w:val="0"/>
          <w:numId w:val="1"/>
        </w:numPr>
      </w:pPr>
      <w:r>
        <w:t>Please describe Other Document (#1).</w:t>
      </w:r>
    </w:p>
    <w:p w14:paraId="69F44AD5" w14:textId="77777777" w:rsidR="00596D4B" w:rsidRDefault="00000000">
      <w:pPr>
        <w:pStyle w:val="FieldMetadata"/>
        <w:keepNext/>
      </w:pPr>
      <w:r>
        <w:t>Short answer  |  Optional</w:t>
      </w:r>
      <w:r>
        <w:br/>
      </w:r>
      <w:r>
        <w:rPr>
          <w:color w:val="6B4B00"/>
        </w:rPr>
        <w:t>Conditional: Shown when Yes is selected for additional documentation.</w:t>
      </w:r>
    </w:p>
    <w:p w14:paraId="5BE7B5C1" w14:textId="77777777" w:rsidR="00596D4B" w:rsidRDefault="00000000">
      <w:pPr>
        <w:pStyle w:val="ApplicationQuestion"/>
        <w:numPr>
          <w:ilvl w:val="0"/>
          <w:numId w:val="1"/>
        </w:numPr>
      </w:pPr>
      <w:r>
        <w:t>Other Document (#2) - Upload File</w:t>
      </w:r>
    </w:p>
    <w:p w14:paraId="633487ED" w14:textId="77777777" w:rsidR="00596D4B" w:rsidRDefault="00000000">
      <w:pPr>
        <w:pStyle w:val="FieldMetadata"/>
        <w:keepNext/>
      </w:pPr>
      <w:r>
        <w:t>File upload  |  Optional</w:t>
      </w:r>
      <w:r>
        <w:br/>
      </w:r>
      <w:r>
        <w:rPr>
          <w:color w:val="6B4B00"/>
        </w:rPr>
        <w:t>Conditional: Shown when Yes is selected for additional documentation.</w:t>
      </w:r>
    </w:p>
    <w:p w14:paraId="714F6EA1" w14:textId="77777777" w:rsidR="00596D4B" w:rsidRDefault="00000000">
      <w:pPr>
        <w:pStyle w:val="ApplicationQuestion"/>
        <w:numPr>
          <w:ilvl w:val="0"/>
          <w:numId w:val="1"/>
        </w:numPr>
      </w:pPr>
      <w:r>
        <w:t>Please describe Other Document (#2).</w:t>
      </w:r>
    </w:p>
    <w:p w14:paraId="0F540709" w14:textId="77777777" w:rsidR="00596D4B" w:rsidRDefault="00000000">
      <w:pPr>
        <w:pStyle w:val="FieldMetadata"/>
        <w:keepNext/>
      </w:pPr>
      <w:r>
        <w:t>Short answer  |  Optional</w:t>
      </w:r>
      <w:r>
        <w:br/>
      </w:r>
      <w:r>
        <w:rPr>
          <w:color w:val="6B4B00"/>
        </w:rPr>
        <w:t>Conditional: Shown when Yes is selected for additional documentation.</w:t>
      </w:r>
    </w:p>
    <w:p w14:paraId="259E9127" w14:textId="77777777" w:rsidR="00596D4B" w:rsidRDefault="00000000">
      <w:pPr>
        <w:pStyle w:val="ApplicationQuestion"/>
        <w:numPr>
          <w:ilvl w:val="0"/>
          <w:numId w:val="1"/>
        </w:numPr>
      </w:pPr>
      <w:r>
        <w:t>Other Document (#3) - Upload File</w:t>
      </w:r>
    </w:p>
    <w:p w14:paraId="4F335770" w14:textId="77777777" w:rsidR="00596D4B" w:rsidRDefault="00000000">
      <w:pPr>
        <w:pStyle w:val="FieldMetadata"/>
        <w:keepNext/>
      </w:pPr>
      <w:r>
        <w:t>File upload  |  Optional</w:t>
      </w:r>
      <w:r>
        <w:br/>
      </w:r>
      <w:r>
        <w:rPr>
          <w:color w:val="6B4B00"/>
        </w:rPr>
        <w:t>Conditional: Shown when Yes is selected for additional documentation.</w:t>
      </w:r>
    </w:p>
    <w:p w14:paraId="7FAE4E75" w14:textId="77777777" w:rsidR="00596D4B" w:rsidRDefault="00000000">
      <w:pPr>
        <w:pStyle w:val="ApplicationQuestion"/>
        <w:numPr>
          <w:ilvl w:val="0"/>
          <w:numId w:val="1"/>
        </w:numPr>
      </w:pPr>
      <w:r>
        <w:t>Please describe Other Document (#3).</w:t>
      </w:r>
    </w:p>
    <w:p w14:paraId="5D04D87C" w14:textId="77777777" w:rsidR="00596D4B" w:rsidRDefault="00000000">
      <w:pPr>
        <w:pStyle w:val="FieldMetadata"/>
        <w:keepNext/>
      </w:pPr>
      <w:r>
        <w:t>Short answer  |  Optional</w:t>
      </w:r>
      <w:r>
        <w:br/>
      </w:r>
      <w:r>
        <w:rPr>
          <w:color w:val="6B4B00"/>
        </w:rPr>
        <w:t>Conditional: Shown when Yes is selected for additional documentation.</w:t>
      </w:r>
    </w:p>
    <w:p w14:paraId="1DF2022A" w14:textId="77777777" w:rsidR="00596D4B" w:rsidRDefault="00000000">
      <w:pPr>
        <w:pStyle w:val="Heading1"/>
      </w:pPr>
      <w:r>
        <w:t>Organization 2 - Contact and Organization Information</w:t>
      </w:r>
    </w:p>
    <w:tbl>
      <w:tblPr>
        <w:tblStyle w:val="TableGrid"/>
        <w:tblW w:w="9360" w:type="dxa"/>
        <w:tblInd w:w="120" w:type="dxa"/>
        <w:tblLayout w:type="fixed"/>
        <w:tblLook w:val="04A0" w:firstRow="1" w:lastRow="0" w:firstColumn="1" w:lastColumn="0" w:noHBand="0" w:noVBand="1"/>
      </w:tblPr>
      <w:tblGrid>
        <w:gridCol w:w="9360"/>
      </w:tblGrid>
      <w:tr w:rsidR="00596D4B" w14:paraId="6EB3FC4E" w14:textId="77777777">
        <w:tc>
          <w:tcPr>
            <w:tcW w:w="9360" w:type="dxa"/>
            <w:shd w:val="clear" w:color="auto" w:fill="FFF4D6"/>
            <w:tcMar>
              <w:top w:w="90" w:type="dxa"/>
              <w:left w:w="140" w:type="dxa"/>
              <w:bottom w:w="90" w:type="dxa"/>
              <w:right w:w="140" w:type="dxa"/>
            </w:tcMar>
          </w:tcPr>
          <w:p w14:paraId="6849B50F" w14:textId="77777777" w:rsidR="00596D4B" w:rsidRDefault="00000000">
            <w:r>
              <w:rPr>
                <w:b/>
                <w:color w:val="6B4B00"/>
                <w:sz w:val="19"/>
              </w:rPr>
              <w:t>Shown when 2, 3, or 4 or more organizations are selected.</w:t>
            </w:r>
          </w:p>
        </w:tc>
      </w:tr>
    </w:tbl>
    <w:p w14:paraId="09E31FD8" w14:textId="77777777" w:rsidR="00596D4B" w:rsidRDefault="00000000">
      <w:pPr>
        <w:pStyle w:val="ApplicationQuestion"/>
        <w:numPr>
          <w:ilvl w:val="0"/>
          <w:numId w:val="1"/>
        </w:numPr>
      </w:pPr>
      <w:r>
        <w:t>Primary Contact - Last Name</w:t>
      </w:r>
    </w:p>
    <w:p w14:paraId="69495D56" w14:textId="77777777" w:rsidR="00596D4B" w:rsidRDefault="00000000">
      <w:pPr>
        <w:pStyle w:val="FieldMetadata"/>
      </w:pPr>
      <w:r>
        <w:rPr>
          <w:b/>
          <w:color w:val="A12A2A"/>
        </w:rPr>
        <w:t>Short answer  |  REQUIRED</w:t>
      </w:r>
    </w:p>
    <w:p w14:paraId="3E8E8B1A" w14:textId="77777777" w:rsidR="00596D4B" w:rsidRDefault="00000000">
      <w:pPr>
        <w:pStyle w:val="ApplicationQuestion"/>
        <w:numPr>
          <w:ilvl w:val="0"/>
          <w:numId w:val="1"/>
        </w:numPr>
      </w:pPr>
      <w:r>
        <w:t>Primary Contact - First Name</w:t>
      </w:r>
    </w:p>
    <w:p w14:paraId="7D7B3CA2" w14:textId="77777777" w:rsidR="00596D4B" w:rsidRDefault="00000000">
      <w:pPr>
        <w:pStyle w:val="FieldMetadata"/>
      </w:pPr>
      <w:r>
        <w:rPr>
          <w:b/>
          <w:color w:val="A12A2A"/>
        </w:rPr>
        <w:t>Short answer  |  REQUIRED</w:t>
      </w:r>
    </w:p>
    <w:p w14:paraId="7BD20B09" w14:textId="77777777" w:rsidR="00596D4B" w:rsidRDefault="00000000">
      <w:pPr>
        <w:pStyle w:val="ApplicationQuestion"/>
        <w:numPr>
          <w:ilvl w:val="0"/>
          <w:numId w:val="1"/>
        </w:numPr>
      </w:pPr>
      <w:r>
        <w:t>Primary Contact - Email</w:t>
      </w:r>
    </w:p>
    <w:p w14:paraId="43FE3F99" w14:textId="77777777" w:rsidR="00596D4B" w:rsidRDefault="00000000">
      <w:pPr>
        <w:pStyle w:val="FieldMetadata"/>
      </w:pPr>
      <w:r>
        <w:rPr>
          <w:b/>
          <w:color w:val="A12A2A"/>
        </w:rPr>
        <w:t>Short answer  |  REQUIRED</w:t>
      </w:r>
    </w:p>
    <w:p w14:paraId="0BDA96A5" w14:textId="77777777" w:rsidR="00596D4B" w:rsidRDefault="00000000">
      <w:pPr>
        <w:pStyle w:val="ApplicationQuestion"/>
        <w:numPr>
          <w:ilvl w:val="0"/>
          <w:numId w:val="1"/>
        </w:numPr>
      </w:pPr>
      <w:r>
        <w:t>Primary Contact - Title</w:t>
      </w:r>
    </w:p>
    <w:p w14:paraId="5BD1E50C" w14:textId="77777777" w:rsidR="00596D4B" w:rsidRDefault="00000000">
      <w:pPr>
        <w:pStyle w:val="FieldMetadata"/>
      </w:pPr>
      <w:r>
        <w:rPr>
          <w:b/>
          <w:color w:val="A12A2A"/>
        </w:rPr>
        <w:t>Short answer  |  REQUIRED</w:t>
      </w:r>
    </w:p>
    <w:p w14:paraId="1E4CE48A" w14:textId="77777777" w:rsidR="00596D4B" w:rsidRDefault="00000000">
      <w:pPr>
        <w:pStyle w:val="ApplicationQuestion"/>
        <w:numPr>
          <w:ilvl w:val="0"/>
          <w:numId w:val="1"/>
        </w:numPr>
      </w:pPr>
      <w:r>
        <w:t>Primary Contact - Phone Number</w:t>
      </w:r>
    </w:p>
    <w:p w14:paraId="06E83A2F" w14:textId="77777777" w:rsidR="00596D4B" w:rsidRDefault="00000000">
      <w:pPr>
        <w:pStyle w:val="FieldMetadata"/>
      </w:pPr>
      <w:r>
        <w:rPr>
          <w:b/>
          <w:color w:val="A12A2A"/>
        </w:rPr>
        <w:t>Short answer; format ###-###-####  |  REQUIRED</w:t>
      </w:r>
    </w:p>
    <w:p w14:paraId="160CCB75" w14:textId="77777777" w:rsidR="00596D4B" w:rsidRDefault="00000000">
      <w:pPr>
        <w:pStyle w:val="ApplicationQuestion"/>
        <w:numPr>
          <w:ilvl w:val="0"/>
          <w:numId w:val="1"/>
        </w:numPr>
      </w:pPr>
      <w:r>
        <w:lastRenderedPageBreak/>
        <w:t>Is the primary contact also the Executive Director / CEO of Organization 2?</w:t>
      </w:r>
    </w:p>
    <w:p w14:paraId="03E60BB1" w14:textId="77777777" w:rsidR="00596D4B" w:rsidRDefault="00000000">
      <w:pPr>
        <w:pStyle w:val="FieldMetadata"/>
        <w:keepNext/>
      </w:pPr>
      <w:r>
        <w:rPr>
          <w:b/>
          <w:color w:val="A12A2A"/>
        </w:rPr>
        <w:t>Dropdown  |  REQUIRED</w:t>
      </w:r>
    </w:p>
    <w:p w14:paraId="2B5B4404" w14:textId="77777777" w:rsidR="00596D4B" w:rsidRDefault="00000000">
      <w:pPr>
        <w:keepNext/>
        <w:spacing w:after="40"/>
        <w:ind w:left="720" w:hanging="360"/>
      </w:pPr>
      <w:r>
        <w:rPr>
          <w:color w:val="29343D"/>
          <w:sz w:val="20"/>
        </w:rPr>
        <w:t>▪  Yes</w:t>
      </w:r>
    </w:p>
    <w:p w14:paraId="674D2890" w14:textId="77777777" w:rsidR="00596D4B" w:rsidRDefault="00000000">
      <w:pPr>
        <w:spacing w:after="40"/>
        <w:ind w:left="720" w:hanging="360"/>
      </w:pPr>
      <w:r>
        <w:rPr>
          <w:color w:val="29343D"/>
          <w:sz w:val="20"/>
        </w:rPr>
        <w:t>▪  No</w:t>
      </w:r>
    </w:p>
    <w:p w14:paraId="161A17B9" w14:textId="77777777" w:rsidR="00596D4B" w:rsidRDefault="00000000">
      <w:pPr>
        <w:pStyle w:val="ApplicationQuestion"/>
        <w:numPr>
          <w:ilvl w:val="0"/>
          <w:numId w:val="1"/>
        </w:numPr>
      </w:pPr>
      <w:r>
        <w:t>Executive Director - Last Name</w:t>
      </w:r>
    </w:p>
    <w:p w14:paraId="020CCDE8" w14:textId="77777777" w:rsidR="00596D4B" w:rsidRDefault="00000000">
      <w:pPr>
        <w:pStyle w:val="FieldMetadata"/>
        <w:keepNext/>
      </w:pPr>
      <w:r>
        <w:rPr>
          <w:b/>
          <w:color w:val="A12A2A"/>
        </w:rPr>
        <w:t>Short answer  |  REQUIRED</w:t>
      </w:r>
      <w:r>
        <w:rPr>
          <w:b/>
          <w:color w:val="A12A2A"/>
        </w:rPr>
        <w:br/>
      </w:r>
      <w:r>
        <w:rPr>
          <w:color w:val="6B4B00"/>
        </w:rPr>
        <w:t>Conditional: Shown when No is selected above.</w:t>
      </w:r>
    </w:p>
    <w:p w14:paraId="4043EB83" w14:textId="77777777" w:rsidR="00596D4B" w:rsidRDefault="00000000">
      <w:pPr>
        <w:pStyle w:val="ApplicationQuestion"/>
        <w:numPr>
          <w:ilvl w:val="0"/>
          <w:numId w:val="1"/>
        </w:numPr>
      </w:pPr>
      <w:r>
        <w:t>Executive Director - First Name</w:t>
      </w:r>
    </w:p>
    <w:p w14:paraId="08AEDD35" w14:textId="77777777" w:rsidR="00596D4B" w:rsidRDefault="00000000">
      <w:pPr>
        <w:pStyle w:val="FieldMetadata"/>
        <w:keepNext/>
      </w:pPr>
      <w:r>
        <w:rPr>
          <w:b/>
          <w:color w:val="A12A2A"/>
        </w:rPr>
        <w:t>Short answer  |  REQUIRED</w:t>
      </w:r>
      <w:r>
        <w:rPr>
          <w:b/>
          <w:color w:val="A12A2A"/>
        </w:rPr>
        <w:br/>
      </w:r>
      <w:r>
        <w:rPr>
          <w:color w:val="6B4B00"/>
        </w:rPr>
        <w:t>Conditional: Shown when No is selected above.</w:t>
      </w:r>
    </w:p>
    <w:p w14:paraId="3768F1DA" w14:textId="77777777" w:rsidR="00596D4B" w:rsidRDefault="00000000">
      <w:pPr>
        <w:pStyle w:val="ApplicationQuestion"/>
        <w:numPr>
          <w:ilvl w:val="0"/>
          <w:numId w:val="1"/>
        </w:numPr>
      </w:pPr>
      <w:r>
        <w:t>Executive Director - Phone</w:t>
      </w:r>
    </w:p>
    <w:p w14:paraId="5013097E" w14:textId="77777777" w:rsidR="00596D4B" w:rsidRDefault="00000000">
      <w:pPr>
        <w:pStyle w:val="FieldMetadata"/>
        <w:keepNext/>
      </w:pPr>
      <w:r>
        <w:rPr>
          <w:b/>
          <w:color w:val="A12A2A"/>
        </w:rPr>
        <w:t>Short answer; format ###-###-####  |  REQUIRED</w:t>
      </w:r>
      <w:r>
        <w:rPr>
          <w:b/>
          <w:color w:val="A12A2A"/>
        </w:rPr>
        <w:br/>
      </w:r>
      <w:r>
        <w:rPr>
          <w:color w:val="6B4B00"/>
        </w:rPr>
        <w:t>Conditional: Shown when No is selected above.</w:t>
      </w:r>
    </w:p>
    <w:p w14:paraId="056003B0" w14:textId="77777777" w:rsidR="00596D4B" w:rsidRDefault="00000000">
      <w:pPr>
        <w:pStyle w:val="ApplicationQuestion"/>
        <w:numPr>
          <w:ilvl w:val="0"/>
          <w:numId w:val="1"/>
        </w:numPr>
      </w:pPr>
      <w:r>
        <w:t>Executive Director - Email</w:t>
      </w:r>
    </w:p>
    <w:p w14:paraId="4F7A3367" w14:textId="77777777" w:rsidR="00596D4B" w:rsidRDefault="00000000">
      <w:pPr>
        <w:pStyle w:val="FieldMetadata"/>
        <w:keepNext/>
      </w:pPr>
      <w:r>
        <w:rPr>
          <w:b/>
          <w:color w:val="A12A2A"/>
        </w:rPr>
        <w:t>Short answer  |  REQUIRED</w:t>
      </w:r>
      <w:r>
        <w:rPr>
          <w:b/>
          <w:color w:val="A12A2A"/>
        </w:rPr>
        <w:br/>
      </w:r>
      <w:r>
        <w:rPr>
          <w:color w:val="6B4B00"/>
        </w:rPr>
        <w:t>Conditional: Shown when No is selected above.</w:t>
      </w:r>
    </w:p>
    <w:p w14:paraId="1E12E6AA" w14:textId="77777777" w:rsidR="00596D4B" w:rsidRDefault="00000000">
      <w:pPr>
        <w:pStyle w:val="ApplicationQuestion"/>
        <w:numPr>
          <w:ilvl w:val="0"/>
          <w:numId w:val="1"/>
        </w:numPr>
      </w:pPr>
      <w:r>
        <w:t>Executive Director - Title</w:t>
      </w:r>
    </w:p>
    <w:p w14:paraId="5627BEFB" w14:textId="77777777" w:rsidR="00596D4B" w:rsidRDefault="00000000">
      <w:pPr>
        <w:pStyle w:val="FieldMetadata"/>
        <w:keepNext/>
      </w:pPr>
      <w:r>
        <w:rPr>
          <w:b/>
          <w:color w:val="A12A2A"/>
        </w:rPr>
        <w:t>Short answer  |  REQUIRED</w:t>
      </w:r>
      <w:r>
        <w:rPr>
          <w:b/>
          <w:color w:val="A12A2A"/>
        </w:rPr>
        <w:br/>
      </w:r>
      <w:r>
        <w:rPr>
          <w:color w:val="6B4B00"/>
        </w:rPr>
        <w:t>Conditional: Shown when No is selected above.</w:t>
      </w:r>
    </w:p>
    <w:p w14:paraId="4DD67800" w14:textId="77777777" w:rsidR="00596D4B" w:rsidRDefault="00000000">
      <w:pPr>
        <w:pStyle w:val="ApplicationQuestion"/>
        <w:numPr>
          <w:ilvl w:val="0"/>
          <w:numId w:val="1"/>
        </w:numPr>
      </w:pPr>
      <w:r>
        <w:t>Executive Director's Professional Bio</w:t>
      </w:r>
    </w:p>
    <w:p w14:paraId="37C68984" w14:textId="77777777" w:rsidR="00596D4B" w:rsidRDefault="00000000">
      <w:pPr>
        <w:pStyle w:val="FieldMetadata"/>
        <w:keepNext/>
      </w:pPr>
      <w:r>
        <w:t>Long answer  |  Optional</w:t>
      </w:r>
      <w:r>
        <w:br/>
      </w:r>
      <w:r>
        <w:rPr>
          <w:color w:val="6B4B00"/>
        </w:rPr>
        <w:t>Conditional: Shown when No is selected above.</w:t>
      </w:r>
    </w:p>
    <w:p w14:paraId="56966DE9" w14:textId="77777777" w:rsidR="00596D4B" w:rsidRDefault="00000000">
      <w:pPr>
        <w:pStyle w:val="ApplicationQuestion"/>
        <w:numPr>
          <w:ilvl w:val="0"/>
          <w:numId w:val="1"/>
        </w:numPr>
      </w:pPr>
      <w:r>
        <w:t>Organization</w:t>
      </w:r>
    </w:p>
    <w:p w14:paraId="64035F21" w14:textId="77777777" w:rsidR="00596D4B" w:rsidRDefault="00000000">
      <w:pPr>
        <w:pStyle w:val="FieldMetadata"/>
      </w:pPr>
      <w:r>
        <w:rPr>
          <w:b/>
          <w:color w:val="A12A2A"/>
        </w:rPr>
        <w:t>Short answer; 34-character limit  |  REQUIRED</w:t>
      </w:r>
    </w:p>
    <w:p w14:paraId="70656CDF" w14:textId="77777777" w:rsidR="00596D4B" w:rsidRDefault="00000000">
      <w:pPr>
        <w:pStyle w:val="ApplicationQuestion"/>
        <w:numPr>
          <w:ilvl w:val="0"/>
          <w:numId w:val="1"/>
        </w:numPr>
      </w:pPr>
      <w:r>
        <w:t>Website</w:t>
      </w:r>
    </w:p>
    <w:p w14:paraId="7E0E98D3" w14:textId="77777777" w:rsidR="00596D4B" w:rsidRDefault="00000000">
      <w:pPr>
        <w:pStyle w:val="FieldMetadata"/>
      </w:pPr>
      <w:r>
        <w:rPr>
          <w:b/>
          <w:color w:val="A12A2A"/>
        </w:rPr>
        <w:t>Short answer  |  REQUIRED</w:t>
      </w:r>
    </w:p>
    <w:p w14:paraId="1109D390" w14:textId="77777777" w:rsidR="00596D4B" w:rsidRDefault="00000000">
      <w:pPr>
        <w:pStyle w:val="ApplicationQuestion"/>
        <w:numPr>
          <w:ilvl w:val="0"/>
          <w:numId w:val="1"/>
        </w:numPr>
      </w:pPr>
      <w:r>
        <w:t>Street Address</w:t>
      </w:r>
    </w:p>
    <w:p w14:paraId="4105E6FF" w14:textId="77777777" w:rsidR="00596D4B" w:rsidRDefault="00000000">
      <w:pPr>
        <w:pStyle w:val="FieldMetadata"/>
      </w:pPr>
      <w:r>
        <w:rPr>
          <w:b/>
          <w:color w:val="A12A2A"/>
        </w:rPr>
        <w:t>Short answer  |  REQUIRED</w:t>
      </w:r>
    </w:p>
    <w:p w14:paraId="1A7B9A82" w14:textId="77777777" w:rsidR="00596D4B" w:rsidRDefault="00000000">
      <w:pPr>
        <w:pStyle w:val="ApplicationQuestion"/>
        <w:numPr>
          <w:ilvl w:val="0"/>
          <w:numId w:val="1"/>
        </w:numPr>
      </w:pPr>
      <w:r>
        <w:t>Town/City</w:t>
      </w:r>
    </w:p>
    <w:p w14:paraId="12E326D9" w14:textId="77777777" w:rsidR="00596D4B" w:rsidRDefault="00000000">
      <w:pPr>
        <w:pStyle w:val="FieldMetadata"/>
      </w:pPr>
      <w:r>
        <w:rPr>
          <w:b/>
          <w:color w:val="A12A2A"/>
        </w:rPr>
        <w:t>Short answer  |  REQUIRED</w:t>
      </w:r>
    </w:p>
    <w:p w14:paraId="2F562076" w14:textId="77777777" w:rsidR="00596D4B" w:rsidRDefault="00000000">
      <w:pPr>
        <w:pStyle w:val="ApplicationQuestion"/>
        <w:pageBreakBefore/>
        <w:numPr>
          <w:ilvl w:val="0"/>
          <w:numId w:val="1"/>
        </w:numPr>
      </w:pPr>
      <w:r>
        <w:lastRenderedPageBreak/>
        <w:t>State</w:t>
      </w:r>
    </w:p>
    <w:p w14:paraId="1628093D" w14:textId="77777777" w:rsidR="00596D4B" w:rsidRDefault="00000000">
      <w:pPr>
        <w:pStyle w:val="FieldMetadata"/>
        <w:keepNext/>
      </w:pPr>
      <w:r>
        <w:rPr>
          <w:b/>
          <w:color w:val="A12A2A"/>
        </w:rPr>
        <w:t>Dropdown  |  REQUIRED</w:t>
      </w:r>
    </w:p>
    <w:p w14:paraId="18F72FBF" w14:textId="77777777" w:rsidR="00596D4B" w:rsidRDefault="00000000">
      <w:pPr>
        <w:keepNext/>
        <w:spacing w:after="40"/>
        <w:ind w:left="720" w:hanging="360"/>
      </w:pPr>
      <w:r>
        <w:rPr>
          <w:color w:val="29343D"/>
          <w:sz w:val="20"/>
        </w:rPr>
        <w:t>▪  Alabama</w:t>
      </w:r>
    </w:p>
    <w:p w14:paraId="5DEF69E8" w14:textId="77777777" w:rsidR="00596D4B" w:rsidRDefault="00000000">
      <w:pPr>
        <w:keepNext/>
        <w:spacing w:after="40"/>
        <w:ind w:left="720" w:hanging="360"/>
      </w:pPr>
      <w:r>
        <w:rPr>
          <w:color w:val="29343D"/>
          <w:sz w:val="20"/>
        </w:rPr>
        <w:t>▪  Alaska</w:t>
      </w:r>
    </w:p>
    <w:p w14:paraId="44BED9F9" w14:textId="77777777" w:rsidR="00596D4B" w:rsidRDefault="00000000">
      <w:pPr>
        <w:keepNext/>
        <w:spacing w:after="40"/>
        <w:ind w:left="720" w:hanging="360"/>
      </w:pPr>
      <w:r>
        <w:rPr>
          <w:color w:val="29343D"/>
          <w:sz w:val="20"/>
        </w:rPr>
        <w:t>▪  Arizona</w:t>
      </w:r>
    </w:p>
    <w:p w14:paraId="68BD067D" w14:textId="77777777" w:rsidR="00596D4B" w:rsidRDefault="00000000">
      <w:pPr>
        <w:keepNext/>
        <w:spacing w:after="40"/>
        <w:ind w:left="720" w:hanging="360"/>
      </w:pPr>
      <w:r>
        <w:rPr>
          <w:color w:val="29343D"/>
          <w:sz w:val="20"/>
        </w:rPr>
        <w:t>▪  Arkansas</w:t>
      </w:r>
    </w:p>
    <w:p w14:paraId="36AECBDE" w14:textId="77777777" w:rsidR="00596D4B" w:rsidRDefault="00000000">
      <w:pPr>
        <w:keepNext/>
        <w:spacing w:after="40"/>
        <w:ind w:left="720" w:hanging="360"/>
      </w:pPr>
      <w:r>
        <w:rPr>
          <w:color w:val="29343D"/>
          <w:sz w:val="20"/>
        </w:rPr>
        <w:t>▪  California</w:t>
      </w:r>
    </w:p>
    <w:p w14:paraId="6ACFD10C" w14:textId="77777777" w:rsidR="00596D4B" w:rsidRDefault="00000000">
      <w:pPr>
        <w:keepNext/>
        <w:spacing w:after="40"/>
        <w:ind w:left="720" w:hanging="360"/>
      </w:pPr>
      <w:r>
        <w:rPr>
          <w:color w:val="29343D"/>
          <w:sz w:val="20"/>
        </w:rPr>
        <w:t>▪  Colorado</w:t>
      </w:r>
    </w:p>
    <w:p w14:paraId="4193AB8D" w14:textId="77777777" w:rsidR="00596D4B" w:rsidRDefault="00000000">
      <w:pPr>
        <w:keepNext/>
        <w:spacing w:after="40"/>
        <w:ind w:left="720" w:hanging="360"/>
      </w:pPr>
      <w:r>
        <w:rPr>
          <w:color w:val="29343D"/>
          <w:sz w:val="20"/>
        </w:rPr>
        <w:t>▪  Connecticut</w:t>
      </w:r>
    </w:p>
    <w:p w14:paraId="5929132B" w14:textId="77777777" w:rsidR="00596D4B" w:rsidRDefault="00000000">
      <w:pPr>
        <w:keepNext/>
        <w:spacing w:after="40"/>
        <w:ind w:left="720" w:hanging="360"/>
      </w:pPr>
      <w:r>
        <w:rPr>
          <w:color w:val="29343D"/>
          <w:sz w:val="20"/>
        </w:rPr>
        <w:t>▪  Delaware</w:t>
      </w:r>
    </w:p>
    <w:p w14:paraId="17D13563" w14:textId="77777777" w:rsidR="00596D4B" w:rsidRDefault="00000000">
      <w:pPr>
        <w:keepNext/>
        <w:spacing w:after="40"/>
        <w:ind w:left="720" w:hanging="360"/>
      </w:pPr>
      <w:r>
        <w:rPr>
          <w:color w:val="29343D"/>
          <w:sz w:val="20"/>
        </w:rPr>
        <w:t>▪  District Of Columbia</w:t>
      </w:r>
    </w:p>
    <w:p w14:paraId="4FF9C57F" w14:textId="77777777" w:rsidR="00596D4B" w:rsidRDefault="00000000">
      <w:pPr>
        <w:keepNext/>
        <w:spacing w:after="40"/>
        <w:ind w:left="720" w:hanging="360"/>
      </w:pPr>
      <w:r>
        <w:rPr>
          <w:color w:val="29343D"/>
          <w:sz w:val="20"/>
        </w:rPr>
        <w:t>▪  Florida</w:t>
      </w:r>
    </w:p>
    <w:p w14:paraId="3C1A6B42" w14:textId="77777777" w:rsidR="00596D4B" w:rsidRDefault="00000000">
      <w:pPr>
        <w:keepNext/>
        <w:spacing w:after="40"/>
        <w:ind w:left="720" w:hanging="360"/>
      </w:pPr>
      <w:r>
        <w:rPr>
          <w:color w:val="29343D"/>
          <w:sz w:val="20"/>
        </w:rPr>
        <w:t>▪  Georgia</w:t>
      </w:r>
    </w:p>
    <w:p w14:paraId="5C919FD0" w14:textId="77777777" w:rsidR="00596D4B" w:rsidRDefault="00000000">
      <w:pPr>
        <w:keepNext/>
        <w:spacing w:after="40"/>
        <w:ind w:left="720" w:hanging="360"/>
      </w:pPr>
      <w:r>
        <w:rPr>
          <w:color w:val="29343D"/>
          <w:sz w:val="20"/>
        </w:rPr>
        <w:t>▪  Hawaii</w:t>
      </w:r>
    </w:p>
    <w:p w14:paraId="59ACCA6C" w14:textId="77777777" w:rsidR="00596D4B" w:rsidRDefault="00000000">
      <w:pPr>
        <w:keepNext/>
        <w:spacing w:after="40"/>
        <w:ind w:left="720" w:hanging="360"/>
      </w:pPr>
      <w:r>
        <w:rPr>
          <w:color w:val="29343D"/>
          <w:sz w:val="20"/>
        </w:rPr>
        <w:t>▪  Idaho</w:t>
      </w:r>
    </w:p>
    <w:p w14:paraId="54DE8599" w14:textId="77777777" w:rsidR="00596D4B" w:rsidRDefault="00000000">
      <w:pPr>
        <w:keepNext/>
        <w:spacing w:after="40"/>
        <w:ind w:left="720" w:hanging="360"/>
      </w:pPr>
      <w:r>
        <w:rPr>
          <w:color w:val="29343D"/>
          <w:sz w:val="20"/>
        </w:rPr>
        <w:t>▪  Illinois</w:t>
      </w:r>
    </w:p>
    <w:p w14:paraId="77B81BCA" w14:textId="77777777" w:rsidR="00596D4B" w:rsidRDefault="00000000">
      <w:pPr>
        <w:keepNext/>
        <w:spacing w:after="40"/>
        <w:ind w:left="720" w:hanging="360"/>
      </w:pPr>
      <w:r>
        <w:rPr>
          <w:color w:val="29343D"/>
          <w:sz w:val="20"/>
        </w:rPr>
        <w:t>▪  Indiana</w:t>
      </w:r>
    </w:p>
    <w:p w14:paraId="6D0F1316" w14:textId="77777777" w:rsidR="00596D4B" w:rsidRDefault="00000000">
      <w:pPr>
        <w:keepNext/>
        <w:spacing w:after="40"/>
        <w:ind w:left="720" w:hanging="360"/>
      </w:pPr>
      <w:r>
        <w:rPr>
          <w:color w:val="29343D"/>
          <w:sz w:val="20"/>
        </w:rPr>
        <w:t>▪  Iowa</w:t>
      </w:r>
    </w:p>
    <w:p w14:paraId="765C12D3" w14:textId="77777777" w:rsidR="00596D4B" w:rsidRDefault="00000000">
      <w:pPr>
        <w:keepNext/>
        <w:spacing w:after="40"/>
        <w:ind w:left="720" w:hanging="360"/>
      </w:pPr>
      <w:r>
        <w:rPr>
          <w:color w:val="29343D"/>
          <w:sz w:val="20"/>
        </w:rPr>
        <w:t>▪  Kansas</w:t>
      </w:r>
    </w:p>
    <w:p w14:paraId="454B0EC8" w14:textId="77777777" w:rsidR="00596D4B" w:rsidRDefault="00000000">
      <w:pPr>
        <w:keepNext/>
        <w:spacing w:after="40"/>
        <w:ind w:left="720" w:hanging="360"/>
      </w:pPr>
      <w:r>
        <w:rPr>
          <w:color w:val="29343D"/>
          <w:sz w:val="20"/>
        </w:rPr>
        <w:t>▪  Kentucky</w:t>
      </w:r>
    </w:p>
    <w:p w14:paraId="6B82D84F" w14:textId="77777777" w:rsidR="00596D4B" w:rsidRDefault="00000000">
      <w:pPr>
        <w:keepNext/>
        <w:spacing w:after="40"/>
        <w:ind w:left="720" w:hanging="360"/>
      </w:pPr>
      <w:r>
        <w:rPr>
          <w:color w:val="29343D"/>
          <w:sz w:val="20"/>
        </w:rPr>
        <w:t>▪  Louisiana</w:t>
      </w:r>
    </w:p>
    <w:p w14:paraId="15B13DBF" w14:textId="77777777" w:rsidR="00596D4B" w:rsidRDefault="00000000">
      <w:pPr>
        <w:keepNext/>
        <w:spacing w:after="40"/>
        <w:ind w:left="720" w:hanging="360"/>
      </w:pPr>
      <w:r>
        <w:rPr>
          <w:color w:val="29343D"/>
          <w:sz w:val="20"/>
        </w:rPr>
        <w:t>▪  Maine</w:t>
      </w:r>
    </w:p>
    <w:p w14:paraId="4B9A835B" w14:textId="77777777" w:rsidR="00596D4B" w:rsidRDefault="00000000">
      <w:pPr>
        <w:keepNext/>
        <w:spacing w:after="40"/>
        <w:ind w:left="720" w:hanging="360"/>
      </w:pPr>
      <w:r>
        <w:rPr>
          <w:color w:val="29343D"/>
          <w:sz w:val="20"/>
        </w:rPr>
        <w:t>▪  Maryland</w:t>
      </w:r>
    </w:p>
    <w:p w14:paraId="01AE1207" w14:textId="77777777" w:rsidR="00596D4B" w:rsidRDefault="00000000">
      <w:pPr>
        <w:keepNext/>
        <w:spacing w:after="40"/>
        <w:ind w:left="720" w:hanging="360"/>
      </w:pPr>
      <w:r>
        <w:rPr>
          <w:color w:val="29343D"/>
          <w:sz w:val="20"/>
        </w:rPr>
        <w:t>▪  Massachusetts</w:t>
      </w:r>
    </w:p>
    <w:p w14:paraId="0DF65377" w14:textId="77777777" w:rsidR="00596D4B" w:rsidRDefault="00000000">
      <w:pPr>
        <w:keepNext/>
        <w:spacing w:after="40"/>
        <w:ind w:left="720" w:hanging="360"/>
      </w:pPr>
      <w:r>
        <w:rPr>
          <w:color w:val="29343D"/>
          <w:sz w:val="20"/>
        </w:rPr>
        <w:t>▪  Michigan</w:t>
      </w:r>
    </w:p>
    <w:p w14:paraId="3DECA332" w14:textId="77777777" w:rsidR="00596D4B" w:rsidRDefault="00000000">
      <w:pPr>
        <w:keepNext/>
        <w:spacing w:after="40"/>
        <w:ind w:left="720" w:hanging="360"/>
      </w:pPr>
      <w:r>
        <w:rPr>
          <w:color w:val="29343D"/>
          <w:sz w:val="20"/>
        </w:rPr>
        <w:t>▪  Minnesota</w:t>
      </w:r>
    </w:p>
    <w:p w14:paraId="3A3D9107" w14:textId="77777777" w:rsidR="00596D4B" w:rsidRDefault="00000000">
      <w:pPr>
        <w:keepNext/>
        <w:spacing w:after="40"/>
        <w:ind w:left="720" w:hanging="360"/>
      </w:pPr>
      <w:r>
        <w:rPr>
          <w:color w:val="29343D"/>
          <w:sz w:val="20"/>
        </w:rPr>
        <w:t>▪  Mississippi</w:t>
      </w:r>
    </w:p>
    <w:p w14:paraId="66F1878B" w14:textId="77777777" w:rsidR="00596D4B" w:rsidRDefault="00000000">
      <w:pPr>
        <w:keepNext/>
        <w:spacing w:after="40"/>
        <w:ind w:left="720" w:hanging="360"/>
      </w:pPr>
      <w:r>
        <w:rPr>
          <w:color w:val="29343D"/>
          <w:sz w:val="20"/>
        </w:rPr>
        <w:t>▪  Missouri</w:t>
      </w:r>
    </w:p>
    <w:p w14:paraId="5AE9BCB5" w14:textId="77777777" w:rsidR="00596D4B" w:rsidRDefault="00000000">
      <w:pPr>
        <w:keepNext/>
        <w:spacing w:after="40"/>
        <w:ind w:left="720" w:hanging="360"/>
      </w:pPr>
      <w:r>
        <w:rPr>
          <w:color w:val="29343D"/>
          <w:sz w:val="20"/>
        </w:rPr>
        <w:t>▪  Montana</w:t>
      </w:r>
    </w:p>
    <w:p w14:paraId="53F94418" w14:textId="77777777" w:rsidR="00596D4B" w:rsidRDefault="00000000">
      <w:pPr>
        <w:keepNext/>
        <w:spacing w:after="40"/>
        <w:ind w:left="720" w:hanging="360"/>
      </w:pPr>
      <w:r>
        <w:rPr>
          <w:color w:val="29343D"/>
          <w:sz w:val="20"/>
        </w:rPr>
        <w:t>▪  Nebraska</w:t>
      </w:r>
    </w:p>
    <w:p w14:paraId="1CB62C7B" w14:textId="77777777" w:rsidR="00596D4B" w:rsidRDefault="00000000">
      <w:pPr>
        <w:keepNext/>
        <w:spacing w:after="40"/>
        <w:ind w:left="720" w:hanging="360"/>
      </w:pPr>
      <w:r>
        <w:rPr>
          <w:color w:val="29343D"/>
          <w:sz w:val="20"/>
        </w:rPr>
        <w:t>▪  Nevada</w:t>
      </w:r>
    </w:p>
    <w:p w14:paraId="13D52368" w14:textId="77777777" w:rsidR="00596D4B" w:rsidRDefault="00000000">
      <w:pPr>
        <w:keepNext/>
        <w:spacing w:after="40"/>
        <w:ind w:left="720" w:hanging="360"/>
      </w:pPr>
      <w:r>
        <w:rPr>
          <w:color w:val="29343D"/>
          <w:sz w:val="20"/>
        </w:rPr>
        <w:t>▪  New Hampshire</w:t>
      </w:r>
    </w:p>
    <w:p w14:paraId="72BC1383" w14:textId="77777777" w:rsidR="00596D4B" w:rsidRDefault="00000000">
      <w:pPr>
        <w:keepNext/>
        <w:spacing w:after="40"/>
        <w:ind w:left="720" w:hanging="360"/>
      </w:pPr>
      <w:r>
        <w:rPr>
          <w:color w:val="29343D"/>
          <w:sz w:val="20"/>
        </w:rPr>
        <w:t>▪  New Jersey</w:t>
      </w:r>
    </w:p>
    <w:p w14:paraId="3445746A" w14:textId="77777777" w:rsidR="00596D4B" w:rsidRDefault="00000000">
      <w:pPr>
        <w:spacing w:after="40"/>
        <w:ind w:left="720" w:hanging="360"/>
      </w:pPr>
      <w:r>
        <w:rPr>
          <w:color w:val="29343D"/>
          <w:sz w:val="20"/>
        </w:rPr>
        <w:t>▪  New Mexico</w:t>
      </w:r>
    </w:p>
    <w:p w14:paraId="678FC8AB" w14:textId="77777777" w:rsidR="00596D4B" w:rsidRDefault="00000000">
      <w:pPr>
        <w:keepNext/>
        <w:pageBreakBefore/>
        <w:spacing w:after="80"/>
      </w:pPr>
      <w:r>
        <w:rPr>
          <w:b/>
          <w:i/>
          <w:color w:val="66727D"/>
          <w:sz w:val="20"/>
        </w:rPr>
        <w:lastRenderedPageBreak/>
        <w:t>State options (continued)</w:t>
      </w:r>
    </w:p>
    <w:p w14:paraId="121230E0" w14:textId="77777777" w:rsidR="00596D4B" w:rsidRDefault="00000000">
      <w:pPr>
        <w:keepNext/>
        <w:spacing w:after="40"/>
        <w:ind w:left="720" w:hanging="360"/>
      </w:pPr>
      <w:r>
        <w:rPr>
          <w:color w:val="29343D"/>
          <w:sz w:val="20"/>
        </w:rPr>
        <w:t>▪  New York</w:t>
      </w:r>
    </w:p>
    <w:p w14:paraId="5EE9B24D" w14:textId="77777777" w:rsidR="00596D4B" w:rsidRDefault="00000000">
      <w:pPr>
        <w:keepNext/>
        <w:spacing w:after="40"/>
        <w:ind w:left="720" w:hanging="360"/>
      </w:pPr>
      <w:r>
        <w:rPr>
          <w:color w:val="29343D"/>
          <w:sz w:val="20"/>
        </w:rPr>
        <w:t>▪  North Carolina</w:t>
      </w:r>
    </w:p>
    <w:p w14:paraId="466A2544" w14:textId="77777777" w:rsidR="00596D4B" w:rsidRDefault="00000000">
      <w:pPr>
        <w:keepNext/>
        <w:spacing w:after="40"/>
        <w:ind w:left="720" w:hanging="360"/>
      </w:pPr>
      <w:r>
        <w:rPr>
          <w:color w:val="29343D"/>
          <w:sz w:val="20"/>
        </w:rPr>
        <w:t>▪  North Dakota</w:t>
      </w:r>
    </w:p>
    <w:p w14:paraId="71246DC1" w14:textId="77777777" w:rsidR="00596D4B" w:rsidRDefault="00000000">
      <w:pPr>
        <w:keepNext/>
        <w:spacing w:after="40"/>
        <w:ind w:left="720" w:hanging="360"/>
      </w:pPr>
      <w:r>
        <w:rPr>
          <w:color w:val="29343D"/>
          <w:sz w:val="20"/>
        </w:rPr>
        <w:t>▪  Ohio</w:t>
      </w:r>
    </w:p>
    <w:p w14:paraId="1D936CF7" w14:textId="77777777" w:rsidR="00596D4B" w:rsidRDefault="00000000">
      <w:pPr>
        <w:keepNext/>
        <w:spacing w:after="40"/>
        <w:ind w:left="720" w:hanging="360"/>
      </w:pPr>
      <w:r>
        <w:rPr>
          <w:color w:val="29343D"/>
          <w:sz w:val="20"/>
        </w:rPr>
        <w:t>▪  Oklahoma</w:t>
      </w:r>
    </w:p>
    <w:p w14:paraId="3BC81047" w14:textId="77777777" w:rsidR="00596D4B" w:rsidRDefault="00000000">
      <w:pPr>
        <w:keepNext/>
        <w:spacing w:after="40"/>
        <w:ind w:left="720" w:hanging="360"/>
      </w:pPr>
      <w:r>
        <w:rPr>
          <w:color w:val="29343D"/>
          <w:sz w:val="20"/>
        </w:rPr>
        <w:t>▪  Oregon</w:t>
      </w:r>
    </w:p>
    <w:p w14:paraId="052557C0" w14:textId="77777777" w:rsidR="00596D4B" w:rsidRDefault="00000000">
      <w:pPr>
        <w:keepNext/>
        <w:spacing w:after="40"/>
        <w:ind w:left="720" w:hanging="360"/>
      </w:pPr>
      <w:r>
        <w:rPr>
          <w:color w:val="29343D"/>
          <w:sz w:val="20"/>
        </w:rPr>
        <w:t>▪  Pennsylvania</w:t>
      </w:r>
    </w:p>
    <w:p w14:paraId="04A42011" w14:textId="77777777" w:rsidR="00596D4B" w:rsidRDefault="00000000">
      <w:pPr>
        <w:keepNext/>
        <w:spacing w:after="40"/>
        <w:ind w:left="720" w:hanging="360"/>
      </w:pPr>
      <w:r>
        <w:rPr>
          <w:color w:val="29343D"/>
          <w:sz w:val="20"/>
        </w:rPr>
        <w:t>▪  Rhode Island</w:t>
      </w:r>
    </w:p>
    <w:p w14:paraId="276EF24F" w14:textId="77777777" w:rsidR="00596D4B" w:rsidRDefault="00000000">
      <w:pPr>
        <w:keepNext/>
        <w:spacing w:after="40"/>
        <w:ind w:left="720" w:hanging="360"/>
      </w:pPr>
      <w:r>
        <w:rPr>
          <w:color w:val="29343D"/>
          <w:sz w:val="20"/>
        </w:rPr>
        <w:t>▪  South Carolina</w:t>
      </w:r>
    </w:p>
    <w:p w14:paraId="66529B23" w14:textId="77777777" w:rsidR="00596D4B" w:rsidRDefault="00000000">
      <w:pPr>
        <w:keepNext/>
        <w:spacing w:after="40"/>
        <w:ind w:left="720" w:hanging="360"/>
      </w:pPr>
      <w:r>
        <w:rPr>
          <w:color w:val="29343D"/>
          <w:sz w:val="20"/>
        </w:rPr>
        <w:t>▪  South Dakota</w:t>
      </w:r>
    </w:p>
    <w:p w14:paraId="0A1670C6" w14:textId="77777777" w:rsidR="00596D4B" w:rsidRDefault="00000000">
      <w:pPr>
        <w:keepNext/>
        <w:spacing w:after="40"/>
        <w:ind w:left="720" w:hanging="360"/>
      </w:pPr>
      <w:r>
        <w:rPr>
          <w:color w:val="29343D"/>
          <w:sz w:val="20"/>
        </w:rPr>
        <w:t>▪  Tennessee</w:t>
      </w:r>
    </w:p>
    <w:p w14:paraId="19F1145A" w14:textId="77777777" w:rsidR="00596D4B" w:rsidRDefault="00000000">
      <w:pPr>
        <w:keepNext/>
        <w:spacing w:after="40"/>
        <w:ind w:left="720" w:hanging="360"/>
      </w:pPr>
      <w:r>
        <w:rPr>
          <w:color w:val="29343D"/>
          <w:sz w:val="20"/>
        </w:rPr>
        <w:t>▪  Texas</w:t>
      </w:r>
    </w:p>
    <w:p w14:paraId="50A691EB" w14:textId="77777777" w:rsidR="00596D4B" w:rsidRDefault="00000000">
      <w:pPr>
        <w:keepNext/>
        <w:spacing w:after="40"/>
        <w:ind w:left="720" w:hanging="360"/>
      </w:pPr>
      <w:r>
        <w:rPr>
          <w:color w:val="29343D"/>
          <w:sz w:val="20"/>
        </w:rPr>
        <w:t>▪  Utah</w:t>
      </w:r>
    </w:p>
    <w:p w14:paraId="2138BA51" w14:textId="77777777" w:rsidR="00596D4B" w:rsidRDefault="00000000">
      <w:pPr>
        <w:keepNext/>
        <w:spacing w:after="40"/>
        <w:ind w:left="720" w:hanging="360"/>
      </w:pPr>
      <w:r>
        <w:rPr>
          <w:color w:val="29343D"/>
          <w:sz w:val="20"/>
        </w:rPr>
        <w:t>▪  Vermont</w:t>
      </w:r>
    </w:p>
    <w:p w14:paraId="18507604" w14:textId="77777777" w:rsidR="00596D4B" w:rsidRDefault="00000000">
      <w:pPr>
        <w:keepNext/>
        <w:spacing w:after="40"/>
        <w:ind w:left="720" w:hanging="360"/>
      </w:pPr>
      <w:r>
        <w:rPr>
          <w:color w:val="29343D"/>
          <w:sz w:val="20"/>
        </w:rPr>
        <w:t>▪  Virginia</w:t>
      </w:r>
    </w:p>
    <w:p w14:paraId="61CC40F5" w14:textId="77777777" w:rsidR="00596D4B" w:rsidRDefault="00000000">
      <w:pPr>
        <w:keepNext/>
        <w:spacing w:after="40"/>
        <w:ind w:left="720" w:hanging="360"/>
      </w:pPr>
      <w:r>
        <w:rPr>
          <w:color w:val="29343D"/>
          <w:sz w:val="20"/>
        </w:rPr>
        <w:t>▪  Washington</w:t>
      </w:r>
    </w:p>
    <w:p w14:paraId="73E4D81C" w14:textId="77777777" w:rsidR="00596D4B" w:rsidRDefault="00000000">
      <w:pPr>
        <w:keepNext/>
        <w:spacing w:after="40"/>
        <w:ind w:left="720" w:hanging="360"/>
      </w:pPr>
      <w:r>
        <w:rPr>
          <w:color w:val="29343D"/>
          <w:sz w:val="20"/>
        </w:rPr>
        <w:t>▪  West Virginia</w:t>
      </w:r>
    </w:p>
    <w:p w14:paraId="2D439399" w14:textId="77777777" w:rsidR="00596D4B" w:rsidRDefault="00000000">
      <w:pPr>
        <w:keepNext/>
        <w:spacing w:after="40"/>
        <w:ind w:left="720" w:hanging="360"/>
      </w:pPr>
      <w:r>
        <w:rPr>
          <w:color w:val="29343D"/>
          <w:sz w:val="20"/>
        </w:rPr>
        <w:t>▪  Wisconsin</w:t>
      </w:r>
    </w:p>
    <w:p w14:paraId="14821DF1" w14:textId="77777777" w:rsidR="00596D4B" w:rsidRDefault="00000000">
      <w:pPr>
        <w:keepNext/>
        <w:spacing w:after="40"/>
        <w:ind w:left="720" w:hanging="360"/>
      </w:pPr>
      <w:r>
        <w:rPr>
          <w:color w:val="29343D"/>
          <w:sz w:val="20"/>
        </w:rPr>
        <w:t>▪  Wyoming</w:t>
      </w:r>
    </w:p>
    <w:p w14:paraId="5EC3535B" w14:textId="77777777" w:rsidR="00596D4B" w:rsidRDefault="00000000">
      <w:pPr>
        <w:keepNext/>
        <w:spacing w:after="40"/>
        <w:ind w:left="720" w:hanging="360"/>
      </w:pPr>
      <w:r>
        <w:rPr>
          <w:color w:val="29343D"/>
          <w:sz w:val="20"/>
        </w:rPr>
        <w:t>▪  Puerto Rico</w:t>
      </w:r>
    </w:p>
    <w:p w14:paraId="0661BBBB" w14:textId="77777777" w:rsidR="00596D4B" w:rsidRDefault="00000000">
      <w:pPr>
        <w:keepNext/>
        <w:spacing w:after="40"/>
        <w:ind w:left="720" w:hanging="360"/>
      </w:pPr>
      <w:r>
        <w:rPr>
          <w:color w:val="29343D"/>
          <w:sz w:val="20"/>
        </w:rPr>
        <w:t>▪  Virgin Island</w:t>
      </w:r>
    </w:p>
    <w:p w14:paraId="6E6B9719" w14:textId="77777777" w:rsidR="00596D4B" w:rsidRDefault="00000000">
      <w:pPr>
        <w:keepNext/>
        <w:spacing w:after="40"/>
        <w:ind w:left="720" w:hanging="360"/>
      </w:pPr>
      <w:r>
        <w:rPr>
          <w:color w:val="29343D"/>
          <w:sz w:val="20"/>
        </w:rPr>
        <w:t>▪  Northern Mariana Islands</w:t>
      </w:r>
    </w:p>
    <w:p w14:paraId="309093B1" w14:textId="77777777" w:rsidR="00596D4B" w:rsidRDefault="00000000">
      <w:pPr>
        <w:keepNext/>
        <w:spacing w:after="40"/>
        <w:ind w:left="720" w:hanging="360"/>
      </w:pPr>
      <w:r>
        <w:rPr>
          <w:color w:val="29343D"/>
          <w:sz w:val="20"/>
        </w:rPr>
        <w:t>▪  Guam</w:t>
      </w:r>
    </w:p>
    <w:p w14:paraId="357EBFA6" w14:textId="77777777" w:rsidR="00596D4B" w:rsidRDefault="00000000">
      <w:pPr>
        <w:keepNext/>
        <w:spacing w:after="40"/>
        <w:ind w:left="720" w:hanging="360"/>
      </w:pPr>
      <w:r>
        <w:rPr>
          <w:color w:val="29343D"/>
          <w:sz w:val="20"/>
        </w:rPr>
        <w:t>▪  American Samoa</w:t>
      </w:r>
    </w:p>
    <w:p w14:paraId="5A8B0EAE" w14:textId="77777777" w:rsidR="00596D4B" w:rsidRDefault="00000000">
      <w:pPr>
        <w:spacing w:after="40"/>
        <w:ind w:left="720" w:hanging="360"/>
      </w:pPr>
      <w:r>
        <w:rPr>
          <w:color w:val="29343D"/>
          <w:sz w:val="20"/>
        </w:rPr>
        <w:t>▪  Palau</w:t>
      </w:r>
    </w:p>
    <w:p w14:paraId="23BF1F13" w14:textId="77777777" w:rsidR="00596D4B" w:rsidRDefault="00000000">
      <w:pPr>
        <w:pStyle w:val="ApplicationQuestion"/>
        <w:numPr>
          <w:ilvl w:val="0"/>
          <w:numId w:val="1"/>
        </w:numPr>
      </w:pPr>
      <w:r>
        <w:t>Zipcode</w:t>
      </w:r>
    </w:p>
    <w:p w14:paraId="7617EB06" w14:textId="77777777" w:rsidR="00596D4B" w:rsidRDefault="00000000">
      <w:pPr>
        <w:pStyle w:val="FieldMetadata"/>
      </w:pPr>
      <w:r>
        <w:rPr>
          <w:b/>
          <w:color w:val="A12A2A"/>
        </w:rPr>
        <w:t>Short answer  |  REQUIRED</w:t>
      </w:r>
    </w:p>
    <w:p w14:paraId="0EA03E31" w14:textId="77777777" w:rsidR="00596D4B" w:rsidRDefault="00000000">
      <w:pPr>
        <w:pStyle w:val="ApplicationQuestion"/>
        <w:numPr>
          <w:ilvl w:val="0"/>
          <w:numId w:val="1"/>
        </w:numPr>
      </w:pPr>
      <w:r>
        <w:t>EIN</w:t>
      </w:r>
    </w:p>
    <w:p w14:paraId="347E9EC4" w14:textId="77777777" w:rsidR="00596D4B" w:rsidRDefault="00000000">
      <w:pPr>
        <w:pStyle w:val="FieldMetadata"/>
      </w:pPr>
      <w:r>
        <w:rPr>
          <w:b/>
          <w:color w:val="A12A2A"/>
        </w:rPr>
        <w:t>Short answer; no hyphens  |  REQUIRED</w:t>
      </w:r>
    </w:p>
    <w:p w14:paraId="789D8B2F" w14:textId="77777777" w:rsidR="00596D4B" w:rsidRDefault="00000000">
      <w:pPr>
        <w:pStyle w:val="ApplicationQuestion"/>
        <w:numPr>
          <w:ilvl w:val="0"/>
          <w:numId w:val="1"/>
        </w:numPr>
      </w:pPr>
      <w:r>
        <w:t>Please briefly describe the organization's mission and core programs/services.</w:t>
      </w:r>
    </w:p>
    <w:p w14:paraId="4EF17CF0" w14:textId="77777777" w:rsidR="00596D4B" w:rsidRDefault="00000000">
      <w:pPr>
        <w:pStyle w:val="FieldMetadata"/>
      </w:pPr>
      <w:r>
        <w:rPr>
          <w:b/>
          <w:color w:val="A12A2A"/>
        </w:rPr>
        <w:t>Long answer  |  REQUIRED</w:t>
      </w:r>
    </w:p>
    <w:p w14:paraId="2152EE90" w14:textId="77777777" w:rsidR="00596D4B" w:rsidRDefault="00000000">
      <w:pPr>
        <w:pStyle w:val="Heading1"/>
      </w:pPr>
      <w:r>
        <w:t>Organization 2 - Financial Information</w:t>
      </w:r>
    </w:p>
    <w:tbl>
      <w:tblPr>
        <w:tblStyle w:val="TableGrid"/>
        <w:tblW w:w="9360" w:type="dxa"/>
        <w:tblInd w:w="120" w:type="dxa"/>
        <w:tblLayout w:type="fixed"/>
        <w:tblLook w:val="04A0" w:firstRow="1" w:lastRow="0" w:firstColumn="1" w:lastColumn="0" w:noHBand="0" w:noVBand="1"/>
      </w:tblPr>
      <w:tblGrid>
        <w:gridCol w:w="9360"/>
      </w:tblGrid>
      <w:tr w:rsidR="00596D4B" w14:paraId="04A80CCA" w14:textId="77777777">
        <w:tc>
          <w:tcPr>
            <w:tcW w:w="9360" w:type="dxa"/>
            <w:shd w:val="clear" w:color="auto" w:fill="FFF4D6"/>
            <w:tcMar>
              <w:top w:w="90" w:type="dxa"/>
              <w:left w:w="140" w:type="dxa"/>
              <w:bottom w:w="90" w:type="dxa"/>
              <w:right w:w="140" w:type="dxa"/>
            </w:tcMar>
          </w:tcPr>
          <w:p w14:paraId="0596C8F5" w14:textId="77777777" w:rsidR="00596D4B" w:rsidRDefault="00000000">
            <w:r>
              <w:rPr>
                <w:b/>
                <w:color w:val="6B4B00"/>
                <w:sz w:val="19"/>
              </w:rPr>
              <w:t>Shown when 2, 3, or 4 or more organizations are selected.</w:t>
            </w:r>
          </w:p>
        </w:tc>
      </w:tr>
    </w:tbl>
    <w:p w14:paraId="3DFF542F" w14:textId="77777777" w:rsidR="00596D4B" w:rsidRDefault="00000000">
      <w:pPr>
        <w:pStyle w:val="ApplicationQuestion"/>
        <w:numPr>
          <w:ilvl w:val="0"/>
          <w:numId w:val="1"/>
        </w:numPr>
      </w:pPr>
      <w:r>
        <w:lastRenderedPageBreak/>
        <w:t>What type of organization is it?</w:t>
      </w:r>
    </w:p>
    <w:p w14:paraId="074D6EC3" w14:textId="77777777" w:rsidR="00596D4B" w:rsidRDefault="00000000">
      <w:pPr>
        <w:pStyle w:val="FieldMetadata"/>
        <w:keepNext/>
      </w:pPr>
      <w:r>
        <w:rPr>
          <w:b/>
          <w:color w:val="A12A2A"/>
        </w:rPr>
        <w:t>Checkboxes  |  REQUIRED</w:t>
      </w:r>
    </w:p>
    <w:p w14:paraId="409EE098" w14:textId="77777777" w:rsidR="00596D4B" w:rsidRDefault="00000000">
      <w:pPr>
        <w:keepNext/>
        <w:spacing w:after="40"/>
        <w:ind w:left="720" w:hanging="360"/>
      </w:pPr>
      <w:r>
        <w:rPr>
          <w:color w:val="29343D"/>
          <w:sz w:val="20"/>
        </w:rPr>
        <w:t>▪  501(c)(3) - Registered</w:t>
      </w:r>
    </w:p>
    <w:p w14:paraId="2A1AF213" w14:textId="77777777" w:rsidR="00596D4B" w:rsidRDefault="00000000">
      <w:pPr>
        <w:keepNext/>
        <w:spacing w:after="40"/>
        <w:ind w:left="720" w:hanging="360"/>
      </w:pPr>
      <w:r>
        <w:rPr>
          <w:color w:val="29343D"/>
          <w:sz w:val="20"/>
        </w:rPr>
        <w:t>▪  501(c)(3) - Pending</w:t>
      </w:r>
    </w:p>
    <w:p w14:paraId="66C587FC" w14:textId="77777777" w:rsidR="00596D4B" w:rsidRDefault="00000000">
      <w:pPr>
        <w:keepNext/>
        <w:spacing w:after="40"/>
        <w:ind w:left="720" w:hanging="360"/>
      </w:pPr>
      <w:r>
        <w:rPr>
          <w:color w:val="29343D"/>
          <w:sz w:val="20"/>
        </w:rPr>
        <w:t>▪  501(c)(4)</w:t>
      </w:r>
    </w:p>
    <w:p w14:paraId="42FEBA85" w14:textId="77777777" w:rsidR="00596D4B" w:rsidRDefault="00000000">
      <w:pPr>
        <w:keepNext/>
        <w:spacing w:after="40"/>
        <w:ind w:left="720" w:hanging="360"/>
      </w:pPr>
      <w:r>
        <w:rPr>
          <w:color w:val="29343D"/>
          <w:sz w:val="20"/>
        </w:rPr>
        <w:t>▪  B-Corp</w:t>
      </w:r>
    </w:p>
    <w:p w14:paraId="41465057" w14:textId="77777777" w:rsidR="00596D4B" w:rsidRDefault="00000000">
      <w:pPr>
        <w:keepNext/>
        <w:spacing w:after="40"/>
        <w:ind w:left="720" w:hanging="360"/>
      </w:pPr>
      <w:r>
        <w:rPr>
          <w:color w:val="29343D"/>
          <w:sz w:val="20"/>
        </w:rPr>
        <w:t>▪  Fiscally-sponsored entity</w:t>
      </w:r>
    </w:p>
    <w:p w14:paraId="4184F325" w14:textId="77777777" w:rsidR="00596D4B" w:rsidRDefault="00000000">
      <w:pPr>
        <w:keepNext/>
        <w:spacing w:after="40"/>
        <w:ind w:left="720" w:hanging="360"/>
      </w:pPr>
      <w:r>
        <w:rPr>
          <w:color w:val="29343D"/>
          <w:sz w:val="20"/>
        </w:rPr>
        <w:t>▪  Foundation</w:t>
      </w:r>
    </w:p>
    <w:p w14:paraId="2470AE9B" w14:textId="77777777" w:rsidR="00596D4B" w:rsidRDefault="00000000">
      <w:pPr>
        <w:keepNext/>
        <w:spacing w:after="40"/>
        <w:ind w:left="720" w:hanging="360"/>
      </w:pPr>
      <w:r>
        <w:rPr>
          <w:color w:val="29343D"/>
          <w:sz w:val="20"/>
        </w:rPr>
        <w:t>▪  Collaborative/Association</w:t>
      </w:r>
    </w:p>
    <w:p w14:paraId="11E733D2" w14:textId="77777777" w:rsidR="00596D4B" w:rsidRDefault="00000000">
      <w:pPr>
        <w:spacing w:after="40"/>
        <w:ind w:left="720" w:hanging="360"/>
      </w:pPr>
      <w:r>
        <w:rPr>
          <w:color w:val="29343D"/>
          <w:sz w:val="20"/>
        </w:rPr>
        <w:t>▪  Other</w:t>
      </w:r>
    </w:p>
    <w:p w14:paraId="6DBBCC03" w14:textId="77777777" w:rsidR="00596D4B" w:rsidRDefault="00000000">
      <w:pPr>
        <w:pStyle w:val="ApplicationQuestion"/>
        <w:numPr>
          <w:ilvl w:val="0"/>
          <w:numId w:val="1"/>
        </w:numPr>
      </w:pPr>
      <w:r>
        <w:t>If 'Other', please explain.</w:t>
      </w:r>
    </w:p>
    <w:p w14:paraId="588E8F4A" w14:textId="77777777" w:rsidR="00596D4B" w:rsidRDefault="00000000">
      <w:pPr>
        <w:pStyle w:val="FieldMetadata"/>
        <w:keepNext/>
      </w:pPr>
      <w:r>
        <w:t>Long answer  |  Optional</w:t>
      </w:r>
      <w:r>
        <w:br/>
      </w:r>
      <w:r>
        <w:rPr>
          <w:color w:val="6B4B00"/>
        </w:rPr>
        <w:t>Conditional: Shown when Other is selected above.</w:t>
      </w:r>
    </w:p>
    <w:p w14:paraId="701C01FE" w14:textId="77777777" w:rsidR="00596D4B" w:rsidRDefault="00000000">
      <w:pPr>
        <w:pStyle w:val="ApplicationQuestion"/>
        <w:numPr>
          <w:ilvl w:val="0"/>
          <w:numId w:val="1"/>
        </w:numPr>
      </w:pPr>
      <w:r>
        <w:t>If 'Fiscally-sponsored entity', please explain the relationship.</w:t>
      </w:r>
    </w:p>
    <w:p w14:paraId="7D854DA1" w14:textId="77777777" w:rsidR="00596D4B" w:rsidRDefault="00000000">
      <w:pPr>
        <w:pStyle w:val="FieldMetadata"/>
        <w:keepNext/>
      </w:pPr>
      <w:r>
        <w:t>Long answer  |  Optional</w:t>
      </w:r>
      <w:r>
        <w:br/>
      </w:r>
      <w:r>
        <w:rPr>
          <w:color w:val="6B4B00"/>
        </w:rPr>
        <w:t>Conditional: Shown when Fiscally-sponsored entity is selected above.</w:t>
      </w:r>
    </w:p>
    <w:p w14:paraId="7E000A1A" w14:textId="77777777" w:rsidR="00596D4B" w:rsidRDefault="00000000">
      <w:pPr>
        <w:pStyle w:val="ApplicationQuestion"/>
        <w:numPr>
          <w:ilvl w:val="0"/>
          <w:numId w:val="1"/>
        </w:numPr>
      </w:pPr>
      <w:r>
        <w:t>How would you describe the organization's financial health?</w:t>
      </w:r>
    </w:p>
    <w:p w14:paraId="629087F2" w14:textId="77777777" w:rsidR="00596D4B" w:rsidRDefault="00000000">
      <w:pPr>
        <w:pStyle w:val="FieldMetadata"/>
        <w:keepNext/>
      </w:pPr>
      <w:r>
        <w:rPr>
          <w:b/>
          <w:color w:val="A12A2A"/>
        </w:rPr>
        <w:t>Dropdown  |  REQUIRED</w:t>
      </w:r>
    </w:p>
    <w:p w14:paraId="5DBC3C88" w14:textId="77777777" w:rsidR="00596D4B" w:rsidRDefault="00000000">
      <w:pPr>
        <w:keepNext/>
        <w:spacing w:after="40"/>
        <w:ind w:left="720" w:hanging="360"/>
      </w:pPr>
      <w:r>
        <w:rPr>
          <w:color w:val="29343D"/>
          <w:sz w:val="20"/>
        </w:rPr>
        <w:t>▪  Strong</w:t>
      </w:r>
    </w:p>
    <w:p w14:paraId="196B23A5" w14:textId="77777777" w:rsidR="00596D4B" w:rsidRDefault="00000000">
      <w:pPr>
        <w:keepNext/>
        <w:spacing w:after="40"/>
        <w:ind w:left="720" w:hanging="360"/>
      </w:pPr>
      <w:r>
        <w:rPr>
          <w:color w:val="29343D"/>
          <w:sz w:val="20"/>
        </w:rPr>
        <w:t>▪  Stable</w:t>
      </w:r>
    </w:p>
    <w:p w14:paraId="3E433C8B" w14:textId="77777777" w:rsidR="00596D4B" w:rsidRDefault="00000000">
      <w:pPr>
        <w:keepNext/>
        <w:spacing w:after="40"/>
        <w:ind w:left="720" w:hanging="360"/>
      </w:pPr>
      <w:r>
        <w:rPr>
          <w:color w:val="29343D"/>
          <w:sz w:val="20"/>
        </w:rPr>
        <w:t>▪  Weak</w:t>
      </w:r>
    </w:p>
    <w:p w14:paraId="347684E7" w14:textId="77777777" w:rsidR="00596D4B" w:rsidRDefault="00000000">
      <w:pPr>
        <w:spacing w:after="40"/>
        <w:ind w:left="720" w:hanging="360"/>
      </w:pPr>
      <w:r>
        <w:rPr>
          <w:color w:val="29343D"/>
          <w:sz w:val="20"/>
        </w:rPr>
        <w:t>▪  Crisis</w:t>
      </w:r>
    </w:p>
    <w:p w14:paraId="41D554AE" w14:textId="77777777" w:rsidR="00596D4B" w:rsidRDefault="00000000">
      <w:pPr>
        <w:pStyle w:val="ApplicationQuestion"/>
        <w:numPr>
          <w:ilvl w:val="0"/>
          <w:numId w:val="1"/>
        </w:numPr>
      </w:pPr>
      <w:r>
        <w:t>In the most recent fiscal year, did the organization show a surplus, a deficit, or breakeven?</w:t>
      </w:r>
    </w:p>
    <w:p w14:paraId="301E6AFB" w14:textId="77777777" w:rsidR="00596D4B" w:rsidRDefault="00000000">
      <w:pPr>
        <w:pStyle w:val="FieldMetadata"/>
        <w:keepNext/>
      </w:pPr>
      <w:r>
        <w:rPr>
          <w:b/>
          <w:color w:val="A12A2A"/>
        </w:rPr>
        <w:t>Dropdown  |  REQUIRED</w:t>
      </w:r>
    </w:p>
    <w:p w14:paraId="19FAFBDF" w14:textId="77777777" w:rsidR="00596D4B" w:rsidRDefault="00000000">
      <w:pPr>
        <w:keepNext/>
        <w:spacing w:after="40"/>
        <w:ind w:left="720" w:hanging="360"/>
      </w:pPr>
      <w:r>
        <w:rPr>
          <w:color w:val="29343D"/>
          <w:sz w:val="20"/>
        </w:rPr>
        <w:t>▪  Surplus</w:t>
      </w:r>
    </w:p>
    <w:p w14:paraId="4C9D67F0" w14:textId="77777777" w:rsidR="00596D4B" w:rsidRDefault="00000000">
      <w:pPr>
        <w:keepNext/>
        <w:spacing w:after="40"/>
        <w:ind w:left="720" w:hanging="360"/>
      </w:pPr>
      <w:r>
        <w:rPr>
          <w:color w:val="29343D"/>
          <w:sz w:val="20"/>
        </w:rPr>
        <w:t>▪  Breakeven</w:t>
      </w:r>
    </w:p>
    <w:p w14:paraId="4DA9386E" w14:textId="77777777" w:rsidR="00596D4B" w:rsidRDefault="00000000">
      <w:pPr>
        <w:spacing w:after="40"/>
        <w:ind w:left="720" w:hanging="360"/>
      </w:pPr>
      <w:r>
        <w:rPr>
          <w:color w:val="29343D"/>
          <w:sz w:val="20"/>
        </w:rPr>
        <w:t>▪  Deficit</w:t>
      </w:r>
    </w:p>
    <w:p w14:paraId="6FE6B06B" w14:textId="77777777" w:rsidR="00596D4B" w:rsidRDefault="00000000">
      <w:pPr>
        <w:pStyle w:val="ApplicationQuestion"/>
        <w:numPr>
          <w:ilvl w:val="0"/>
          <w:numId w:val="1"/>
        </w:numPr>
      </w:pPr>
      <w:r>
        <w:t>In the current fiscal year, do you expect a surplus, a deficit, or breakeven?</w:t>
      </w:r>
    </w:p>
    <w:p w14:paraId="000AFE9F" w14:textId="77777777" w:rsidR="00596D4B" w:rsidRDefault="00000000">
      <w:pPr>
        <w:pStyle w:val="FieldMetadata"/>
        <w:keepNext/>
      </w:pPr>
      <w:r>
        <w:rPr>
          <w:b/>
          <w:color w:val="A12A2A"/>
        </w:rPr>
        <w:t>Dropdown  |  REQUIRED</w:t>
      </w:r>
    </w:p>
    <w:p w14:paraId="40D6D614" w14:textId="77777777" w:rsidR="00596D4B" w:rsidRDefault="00000000">
      <w:pPr>
        <w:keepNext/>
        <w:spacing w:after="40"/>
        <w:ind w:left="720" w:hanging="360"/>
      </w:pPr>
      <w:r>
        <w:rPr>
          <w:color w:val="29343D"/>
          <w:sz w:val="20"/>
        </w:rPr>
        <w:t>▪  Surplus</w:t>
      </w:r>
    </w:p>
    <w:p w14:paraId="0CDF9F94" w14:textId="77777777" w:rsidR="00596D4B" w:rsidRDefault="00000000">
      <w:pPr>
        <w:keepNext/>
        <w:spacing w:after="40"/>
        <w:ind w:left="720" w:hanging="360"/>
      </w:pPr>
      <w:r>
        <w:rPr>
          <w:color w:val="29343D"/>
          <w:sz w:val="20"/>
        </w:rPr>
        <w:t>▪  Breakeven</w:t>
      </w:r>
    </w:p>
    <w:p w14:paraId="79F99780" w14:textId="77777777" w:rsidR="00596D4B" w:rsidRDefault="00000000">
      <w:pPr>
        <w:spacing w:after="40"/>
        <w:ind w:left="720" w:hanging="360"/>
      </w:pPr>
      <w:r>
        <w:rPr>
          <w:color w:val="29343D"/>
          <w:sz w:val="20"/>
        </w:rPr>
        <w:t>▪  Deficit</w:t>
      </w:r>
    </w:p>
    <w:p w14:paraId="7736062D" w14:textId="77777777" w:rsidR="00596D4B" w:rsidRDefault="00000000">
      <w:pPr>
        <w:pStyle w:val="ApplicationQuestion"/>
        <w:numPr>
          <w:ilvl w:val="0"/>
          <w:numId w:val="1"/>
        </w:numPr>
      </w:pPr>
      <w:r>
        <w:lastRenderedPageBreak/>
        <w:t>Primary reasons for considering this collaboration (select all that apply)</w:t>
      </w:r>
    </w:p>
    <w:p w14:paraId="6E97F623" w14:textId="77777777" w:rsidR="00596D4B" w:rsidRDefault="00000000">
      <w:pPr>
        <w:pStyle w:val="FieldMetadata"/>
        <w:keepNext/>
      </w:pPr>
      <w:r>
        <w:rPr>
          <w:b/>
          <w:color w:val="A12A2A"/>
        </w:rPr>
        <w:t>Checkboxes  |  REQUIRED</w:t>
      </w:r>
    </w:p>
    <w:p w14:paraId="56CA9E6A" w14:textId="77777777" w:rsidR="00596D4B" w:rsidRDefault="00000000">
      <w:pPr>
        <w:keepNext/>
        <w:spacing w:after="40"/>
        <w:ind w:left="720" w:hanging="360"/>
      </w:pPr>
      <w:r>
        <w:rPr>
          <w:color w:val="29343D"/>
          <w:sz w:val="20"/>
        </w:rPr>
        <w:t>▪  (Potential) departure of one or more Executive Director</w:t>
      </w:r>
    </w:p>
    <w:p w14:paraId="362C3288" w14:textId="77777777" w:rsidR="00596D4B" w:rsidRDefault="00000000">
      <w:pPr>
        <w:keepNext/>
        <w:spacing w:after="40"/>
        <w:ind w:left="720" w:hanging="360"/>
      </w:pPr>
      <w:r>
        <w:rPr>
          <w:color w:val="29343D"/>
          <w:sz w:val="20"/>
        </w:rPr>
        <w:t>▪  Advancement of a shared goal</w:t>
      </w:r>
    </w:p>
    <w:p w14:paraId="589B6611" w14:textId="77777777" w:rsidR="00596D4B" w:rsidRDefault="00000000">
      <w:pPr>
        <w:keepNext/>
        <w:spacing w:after="40"/>
        <w:ind w:left="720" w:hanging="360"/>
      </w:pPr>
      <w:r>
        <w:rPr>
          <w:color w:val="29343D"/>
          <w:sz w:val="20"/>
        </w:rPr>
        <w:t>▪  Competition for funding sources and/or clientele</w:t>
      </w:r>
    </w:p>
    <w:p w14:paraId="5CA79222" w14:textId="77777777" w:rsidR="00596D4B" w:rsidRDefault="00000000">
      <w:pPr>
        <w:keepNext/>
        <w:spacing w:after="40"/>
        <w:ind w:left="720" w:hanging="360"/>
      </w:pPr>
      <w:r>
        <w:rPr>
          <w:color w:val="29343D"/>
          <w:sz w:val="20"/>
        </w:rPr>
        <w:t>▪  Difficulty funding necessary technological initiatives</w:t>
      </w:r>
    </w:p>
    <w:p w14:paraId="239E1B23" w14:textId="77777777" w:rsidR="00596D4B" w:rsidRDefault="00000000">
      <w:pPr>
        <w:keepNext/>
        <w:spacing w:after="40"/>
        <w:ind w:left="720" w:hanging="360"/>
      </w:pPr>
      <w:r>
        <w:rPr>
          <w:color w:val="29343D"/>
          <w:sz w:val="20"/>
        </w:rPr>
        <w:t>▪  Difficulty in meeting external standards/requirements imposed on our organizations</w:t>
      </w:r>
    </w:p>
    <w:p w14:paraId="0383E011" w14:textId="77777777" w:rsidR="00596D4B" w:rsidRDefault="00000000">
      <w:pPr>
        <w:keepNext/>
        <w:spacing w:after="40"/>
        <w:ind w:left="720" w:hanging="360"/>
      </w:pPr>
      <w:r>
        <w:rPr>
          <w:color w:val="29343D"/>
          <w:sz w:val="20"/>
        </w:rPr>
        <w:t>▪  Financial problems/pressures within one or more of the partnering organizations</w:t>
      </w:r>
    </w:p>
    <w:p w14:paraId="75379130" w14:textId="77777777" w:rsidR="00596D4B" w:rsidRDefault="00000000">
      <w:pPr>
        <w:keepNext/>
        <w:spacing w:after="40"/>
        <w:ind w:left="720" w:hanging="360"/>
      </w:pPr>
      <w:r>
        <w:rPr>
          <w:color w:val="29343D"/>
          <w:sz w:val="20"/>
        </w:rPr>
        <w:t>▪  Funder initiated/mandated the collaboration</w:t>
      </w:r>
    </w:p>
    <w:p w14:paraId="6FC9D44C" w14:textId="77777777" w:rsidR="00596D4B" w:rsidRDefault="00000000">
      <w:pPr>
        <w:keepNext/>
        <w:spacing w:after="40"/>
        <w:ind w:left="720" w:hanging="360"/>
      </w:pPr>
      <w:r>
        <w:rPr>
          <w:color w:val="29343D"/>
          <w:sz w:val="20"/>
        </w:rPr>
        <w:t>▪  High/increasing costs</w:t>
      </w:r>
    </w:p>
    <w:p w14:paraId="2CE25D2C" w14:textId="77777777" w:rsidR="00596D4B" w:rsidRDefault="00000000">
      <w:pPr>
        <w:keepNext/>
        <w:spacing w:after="40"/>
        <w:ind w:left="720" w:hanging="360"/>
      </w:pPr>
      <w:r>
        <w:rPr>
          <w:color w:val="29343D"/>
          <w:sz w:val="20"/>
        </w:rPr>
        <w:t>▪  Request by parent organization</w:t>
      </w:r>
    </w:p>
    <w:p w14:paraId="031D3AAD" w14:textId="77777777" w:rsidR="00596D4B" w:rsidRDefault="00000000">
      <w:pPr>
        <w:keepNext/>
        <w:spacing w:after="40"/>
        <w:ind w:left="720" w:hanging="360"/>
      </w:pPr>
      <w:r>
        <w:rPr>
          <w:color w:val="29343D"/>
          <w:sz w:val="20"/>
        </w:rPr>
        <w:t>▪  Response to a community need</w:t>
      </w:r>
    </w:p>
    <w:p w14:paraId="1360C296" w14:textId="77777777" w:rsidR="00596D4B" w:rsidRDefault="00000000">
      <w:pPr>
        <w:keepNext/>
        <w:spacing w:after="40"/>
        <w:ind w:left="720" w:hanging="360"/>
      </w:pPr>
      <w:r>
        <w:rPr>
          <w:color w:val="29343D"/>
          <w:sz w:val="20"/>
        </w:rPr>
        <w:t>▪  Response to a funding opportunity</w:t>
      </w:r>
    </w:p>
    <w:p w14:paraId="0215AFC4" w14:textId="77777777" w:rsidR="00596D4B" w:rsidRDefault="00000000">
      <w:pPr>
        <w:spacing w:after="40"/>
        <w:ind w:left="720" w:hanging="360"/>
      </w:pPr>
      <w:r>
        <w:rPr>
          <w:color w:val="29343D"/>
          <w:sz w:val="20"/>
        </w:rPr>
        <w:t>▪  Recent changes to local/state/federal funding policies</w:t>
      </w:r>
    </w:p>
    <w:p w14:paraId="1504B052" w14:textId="77777777" w:rsidR="00596D4B" w:rsidRDefault="00000000">
      <w:pPr>
        <w:pStyle w:val="ApplicationQuestion"/>
        <w:numPr>
          <w:ilvl w:val="0"/>
          <w:numId w:val="1"/>
        </w:numPr>
      </w:pPr>
      <w:r>
        <w:t>If at all, how has this organization been impacted by shifts in the funding landscape/operating environment?</w:t>
      </w:r>
    </w:p>
    <w:p w14:paraId="6FED0385" w14:textId="77777777" w:rsidR="00596D4B" w:rsidRDefault="00000000">
      <w:pPr>
        <w:pStyle w:val="FieldMetadata"/>
      </w:pPr>
      <w:r>
        <w:rPr>
          <w:b/>
          <w:color w:val="A12A2A"/>
        </w:rPr>
        <w:t>Long answer  |  REQUIRED</w:t>
      </w:r>
    </w:p>
    <w:p w14:paraId="72ACEBF7" w14:textId="77777777" w:rsidR="00596D4B" w:rsidRDefault="00000000">
      <w:pPr>
        <w:pStyle w:val="ApplicationQuestion"/>
        <w:numPr>
          <w:ilvl w:val="0"/>
          <w:numId w:val="1"/>
        </w:numPr>
      </w:pPr>
      <w:r>
        <w:t>Do you receive, or have you received in the last three years, support from:</w:t>
      </w:r>
    </w:p>
    <w:p w14:paraId="6EE55D3C" w14:textId="77777777" w:rsidR="00596D4B" w:rsidRDefault="00000000">
      <w:pPr>
        <w:pStyle w:val="FieldMetadata"/>
        <w:keepNext/>
      </w:pPr>
      <w:r>
        <w:rPr>
          <w:b/>
          <w:color w:val="A12A2A"/>
        </w:rPr>
        <w:t>Checkboxes  |  REQUIRED</w:t>
      </w:r>
    </w:p>
    <w:p w14:paraId="7036C666" w14:textId="77777777" w:rsidR="00596D4B" w:rsidRDefault="00000000">
      <w:pPr>
        <w:keepNext/>
        <w:spacing w:after="40"/>
        <w:ind w:left="720" w:hanging="360"/>
      </w:pPr>
      <w:r>
        <w:rPr>
          <w:color w:val="29343D"/>
          <w:sz w:val="20"/>
        </w:rPr>
        <w:t>▪  Barra Foundation</w:t>
      </w:r>
    </w:p>
    <w:p w14:paraId="00661DC9" w14:textId="77777777" w:rsidR="00596D4B" w:rsidRDefault="00000000">
      <w:pPr>
        <w:keepNext/>
        <w:spacing w:after="40"/>
        <w:ind w:left="720" w:hanging="360"/>
      </w:pPr>
      <w:r>
        <w:rPr>
          <w:color w:val="29343D"/>
          <w:sz w:val="20"/>
        </w:rPr>
        <w:t>▪  BLBB Charitable</w:t>
      </w:r>
    </w:p>
    <w:p w14:paraId="68915CB1" w14:textId="77777777" w:rsidR="00596D4B" w:rsidRDefault="00000000">
      <w:pPr>
        <w:keepNext/>
        <w:spacing w:after="40"/>
        <w:ind w:left="720" w:hanging="360"/>
      </w:pPr>
      <w:r>
        <w:rPr>
          <w:color w:val="29343D"/>
          <w:sz w:val="20"/>
        </w:rPr>
        <w:t>▪  Comcast/NBCUniversal</w:t>
      </w:r>
    </w:p>
    <w:p w14:paraId="2B9DE6BE" w14:textId="77777777" w:rsidR="00596D4B" w:rsidRDefault="00000000">
      <w:pPr>
        <w:keepNext/>
        <w:spacing w:after="40"/>
        <w:ind w:left="720" w:hanging="360"/>
      </w:pPr>
      <w:r>
        <w:rPr>
          <w:color w:val="29343D"/>
          <w:sz w:val="20"/>
        </w:rPr>
        <w:t>▪  The Connelly Foundation</w:t>
      </w:r>
    </w:p>
    <w:p w14:paraId="63A9D339" w14:textId="77777777" w:rsidR="00596D4B" w:rsidRDefault="00000000">
      <w:pPr>
        <w:keepNext/>
        <w:spacing w:after="40"/>
        <w:ind w:left="720" w:hanging="360"/>
      </w:pPr>
      <w:r>
        <w:rPr>
          <w:color w:val="29343D"/>
          <w:sz w:val="20"/>
        </w:rPr>
        <w:t>▪  Foundations Community Partnership</w:t>
      </w:r>
    </w:p>
    <w:p w14:paraId="05192780" w14:textId="77777777" w:rsidR="00596D4B" w:rsidRDefault="00000000">
      <w:pPr>
        <w:keepNext/>
        <w:spacing w:after="40"/>
        <w:ind w:left="720" w:hanging="360"/>
      </w:pPr>
      <w:r>
        <w:rPr>
          <w:color w:val="29343D"/>
          <w:sz w:val="20"/>
        </w:rPr>
        <w:t>▪  HealthSpark Foundation</w:t>
      </w:r>
    </w:p>
    <w:p w14:paraId="310CFB4B" w14:textId="77777777" w:rsidR="00596D4B" w:rsidRDefault="00000000">
      <w:pPr>
        <w:keepNext/>
        <w:spacing w:after="40"/>
        <w:ind w:left="720" w:hanging="360"/>
      </w:pPr>
      <w:r>
        <w:rPr>
          <w:color w:val="29343D"/>
          <w:sz w:val="20"/>
        </w:rPr>
        <w:t>▪  Independence Foundation</w:t>
      </w:r>
    </w:p>
    <w:p w14:paraId="5A114303" w14:textId="77777777" w:rsidR="00596D4B" w:rsidRDefault="00000000">
      <w:pPr>
        <w:keepNext/>
        <w:spacing w:after="40"/>
        <w:ind w:left="720" w:hanging="360"/>
      </w:pPr>
      <w:r>
        <w:rPr>
          <w:color w:val="29343D"/>
          <w:sz w:val="20"/>
        </w:rPr>
        <w:t>▪  The Lodestar Foundation</w:t>
      </w:r>
    </w:p>
    <w:p w14:paraId="6344B0F7" w14:textId="77777777" w:rsidR="00596D4B" w:rsidRDefault="00000000">
      <w:pPr>
        <w:keepNext/>
        <w:spacing w:after="40"/>
        <w:ind w:left="720" w:hanging="360"/>
      </w:pPr>
      <w:r>
        <w:rPr>
          <w:color w:val="29343D"/>
          <w:sz w:val="20"/>
        </w:rPr>
        <w:t>▪  The Nelson Foundation</w:t>
      </w:r>
    </w:p>
    <w:p w14:paraId="5D45DCA1" w14:textId="77777777" w:rsidR="00596D4B" w:rsidRDefault="00000000">
      <w:pPr>
        <w:keepNext/>
        <w:spacing w:after="40"/>
        <w:ind w:left="720" w:hanging="360"/>
      </w:pPr>
      <w:r>
        <w:rPr>
          <w:color w:val="29343D"/>
          <w:sz w:val="20"/>
        </w:rPr>
        <w:t>▪  Patricia Kind Family Foundation</w:t>
      </w:r>
    </w:p>
    <w:p w14:paraId="5C2DF1B7" w14:textId="77777777" w:rsidR="00596D4B" w:rsidRDefault="00000000">
      <w:pPr>
        <w:keepNext/>
        <w:spacing w:after="40"/>
        <w:ind w:left="720" w:hanging="360"/>
      </w:pPr>
      <w:r>
        <w:rPr>
          <w:color w:val="29343D"/>
          <w:sz w:val="20"/>
        </w:rPr>
        <w:t>▪  Pew Charitable Trusts</w:t>
      </w:r>
    </w:p>
    <w:p w14:paraId="699EE287" w14:textId="77777777" w:rsidR="00596D4B" w:rsidRDefault="00000000">
      <w:pPr>
        <w:keepNext/>
        <w:spacing w:after="40"/>
        <w:ind w:left="720" w:hanging="360"/>
      </w:pPr>
      <w:r>
        <w:rPr>
          <w:color w:val="29343D"/>
          <w:sz w:val="20"/>
        </w:rPr>
        <w:t>▪  The Philadelphia Foundation</w:t>
      </w:r>
    </w:p>
    <w:p w14:paraId="0F654836" w14:textId="77777777" w:rsidR="00596D4B" w:rsidRDefault="00000000">
      <w:pPr>
        <w:keepNext/>
        <w:spacing w:after="40"/>
        <w:ind w:left="720" w:hanging="360"/>
      </w:pPr>
      <w:r>
        <w:rPr>
          <w:color w:val="29343D"/>
          <w:sz w:val="20"/>
        </w:rPr>
        <w:t>▪  Regional Foundation</w:t>
      </w:r>
    </w:p>
    <w:p w14:paraId="3B8FFA10" w14:textId="77777777" w:rsidR="00596D4B" w:rsidRDefault="00000000">
      <w:pPr>
        <w:keepNext/>
        <w:spacing w:after="40"/>
        <w:ind w:left="720" w:hanging="360"/>
      </w:pPr>
      <w:r>
        <w:rPr>
          <w:color w:val="29343D"/>
          <w:sz w:val="20"/>
        </w:rPr>
        <w:t>▪  Scattergood Foundation</w:t>
      </w:r>
    </w:p>
    <w:p w14:paraId="1D79055E" w14:textId="77777777" w:rsidR="00596D4B" w:rsidRDefault="00000000">
      <w:pPr>
        <w:keepNext/>
        <w:spacing w:after="40"/>
        <w:ind w:left="720" w:hanging="360"/>
      </w:pPr>
      <w:r>
        <w:rPr>
          <w:color w:val="29343D"/>
          <w:sz w:val="20"/>
        </w:rPr>
        <w:t>▪  William Penn Foundation</w:t>
      </w:r>
    </w:p>
    <w:p w14:paraId="46CF9A8D" w14:textId="77777777" w:rsidR="00596D4B" w:rsidRDefault="00000000">
      <w:pPr>
        <w:spacing w:after="40"/>
        <w:ind w:left="720" w:hanging="360"/>
      </w:pPr>
      <w:r>
        <w:rPr>
          <w:color w:val="29343D"/>
          <w:sz w:val="20"/>
        </w:rPr>
        <w:t>▪  None of the above</w:t>
      </w:r>
    </w:p>
    <w:p w14:paraId="2568DDEE" w14:textId="77777777" w:rsidR="00596D4B" w:rsidRDefault="00000000">
      <w:pPr>
        <w:pStyle w:val="ApplicationQuestion"/>
        <w:numPr>
          <w:ilvl w:val="0"/>
          <w:numId w:val="1"/>
        </w:numPr>
      </w:pPr>
      <w:r>
        <w:t>Details of open grants with NRF participating funders (please list funder, type of funding, and amount for all open grants with funders listed above)</w:t>
      </w:r>
    </w:p>
    <w:p w14:paraId="4316AA9C" w14:textId="77777777" w:rsidR="00596D4B" w:rsidRDefault="00000000">
      <w:pPr>
        <w:pStyle w:val="FieldMetadata"/>
        <w:keepNext/>
      </w:pPr>
      <w:r>
        <w:rPr>
          <w:b/>
          <w:color w:val="A12A2A"/>
        </w:rPr>
        <w:t>Long answer  |  REQUIRED</w:t>
      </w:r>
      <w:r>
        <w:rPr>
          <w:b/>
          <w:color w:val="A12A2A"/>
        </w:rPr>
        <w:br/>
      </w:r>
      <w:r>
        <w:rPr>
          <w:color w:val="6B4B00"/>
        </w:rPr>
        <w:t>Conditional: Shown unless None of the above is selected.</w:t>
      </w:r>
    </w:p>
    <w:p w14:paraId="579BF085" w14:textId="77777777" w:rsidR="00596D4B" w:rsidRDefault="00000000">
      <w:pPr>
        <w:pStyle w:val="ApplicationQuestion"/>
        <w:numPr>
          <w:ilvl w:val="0"/>
          <w:numId w:val="1"/>
        </w:numPr>
      </w:pPr>
      <w:r>
        <w:t>Current FY Operating Budget</w:t>
      </w:r>
    </w:p>
    <w:p w14:paraId="146713F5" w14:textId="77777777" w:rsidR="00596D4B" w:rsidRDefault="00000000">
      <w:pPr>
        <w:pStyle w:val="FieldMetadata"/>
      </w:pPr>
      <w:r>
        <w:rPr>
          <w:b/>
          <w:color w:val="A12A2A"/>
        </w:rPr>
        <w:t>Short answer  |  REQUIRED</w:t>
      </w:r>
    </w:p>
    <w:p w14:paraId="51755839" w14:textId="77777777" w:rsidR="00596D4B" w:rsidRDefault="00000000">
      <w:pPr>
        <w:pStyle w:val="ApplicationQuestion"/>
        <w:numPr>
          <w:ilvl w:val="0"/>
          <w:numId w:val="1"/>
        </w:numPr>
      </w:pPr>
      <w:r>
        <w:lastRenderedPageBreak/>
        <w:t>Number of FTEs</w:t>
      </w:r>
    </w:p>
    <w:p w14:paraId="1DC661B8" w14:textId="77777777" w:rsidR="00596D4B" w:rsidRDefault="00000000">
      <w:pPr>
        <w:pStyle w:val="FieldMetadata"/>
      </w:pPr>
      <w:r>
        <w:rPr>
          <w:b/>
          <w:color w:val="A12A2A"/>
        </w:rPr>
        <w:t>Short answer  |  REQUIRED</w:t>
      </w:r>
    </w:p>
    <w:p w14:paraId="5E9F8F9B" w14:textId="77777777" w:rsidR="00596D4B" w:rsidRDefault="00000000">
      <w:pPr>
        <w:pStyle w:val="ApplicationQuestion"/>
        <w:numPr>
          <w:ilvl w:val="0"/>
          <w:numId w:val="1"/>
        </w:numPr>
      </w:pPr>
      <w:r>
        <w:t>Number of PTEs</w:t>
      </w:r>
    </w:p>
    <w:p w14:paraId="2A551D41" w14:textId="77777777" w:rsidR="00596D4B" w:rsidRDefault="00000000">
      <w:pPr>
        <w:pStyle w:val="FieldMetadata"/>
      </w:pPr>
      <w:r>
        <w:rPr>
          <w:b/>
          <w:color w:val="A12A2A"/>
        </w:rPr>
        <w:t>Short answer  |  REQUIRED</w:t>
      </w:r>
    </w:p>
    <w:p w14:paraId="1E500854" w14:textId="77777777" w:rsidR="00596D4B" w:rsidRDefault="00000000">
      <w:pPr>
        <w:pStyle w:val="ApplicationQuestion"/>
        <w:numPr>
          <w:ilvl w:val="0"/>
          <w:numId w:val="1"/>
        </w:numPr>
      </w:pPr>
      <w:r>
        <w:t>Primary Regions Served (select all that apply)</w:t>
      </w:r>
    </w:p>
    <w:p w14:paraId="7F5C3D74" w14:textId="77777777" w:rsidR="00596D4B" w:rsidRDefault="00000000">
      <w:pPr>
        <w:pStyle w:val="FieldMetadata"/>
        <w:keepNext/>
      </w:pPr>
      <w:r>
        <w:rPr>
          <w:b/>
          <w:color w:val="A12A2A"/>
        </w:rPr>
        <w:t>Checkboxes  |  REQUIRED</w:t>
      </w:r>
    </w:p>
    <w:p w14:paraId="10AE7B29" w14:textId="77777777" w:rsidR="00596D4B" w:rsidRDefault="00000000">
      <w:pPr>
        <w:keepNext/>
        <w:spacing w:after="40"/>
        <w:ind w:left="720" w:hanging="360"/>
      </w:pPr>
      <w:r>
        <w:rPr>
          <w:color w:val="29343D"/>
          <w:sz w:val="20"/>
        </w:rPr>
        <w:t>▪  Bucks County</w:t>
      </w:r>
    </w:p>
    <w:p w14:paraId="10B79CA7" w14:textId="77777777" w:rsidR="00596D4B" w:rsidRDefault="00000000">
      <w:pPr>
        <w:keepNext/>
        <w:spacing w:after="40"/>
        <w:ind w:left="720" w:hanging="360"/>
      </w:pPr>
      <w:r>
        <w:rPr>
          <w:color w:val="29343D"/>
          <w:sz w:val="20"/>
        </w:rPr>
        <w:t>▪  Chester County</w:t>
      </w:r>
    </w:p>
    <w:p w14:paraId="6F017474" w14:textId="77777777" w:rsidR="00596D4B" w:rsidRDefault="00000000">
      <w:pPr>
        <w:keepNext/>
        <w:spacing w:after="40"/>
        <w:ind w:left="720" w:hanging="360"/>
      </w:pPr>
      <w:r>
        <w:rPr>
          <w:color w:val="29343D"/>
          <w:sz w:val="20"/>
        </w:rPr>
        <w:t>▪  Delaware County</w:t>
      </w:r>
    </w:p>
    <w:p w14:paraId="25DD726A" w14:textId="77777777" w:rsidR="00596D4B" w:rsidRDefault="00000000">
      <w:pPr>
        <w:keepNext/>
        <w:spacing w:after="40"/>
        <w:ind w:left="720" w:hanging="360"/>
      </w:pPr>
      <w:r>
        <w:rPr>
          <w:color w:val="29343D"/>
          <w:sz w:val="20"/>
        </w:rPr>
        <w:t>▪  Montgomery County</w:t>
      </w:r>
    </w:p>
    <w:p w14:paraId="3B7B121E" w14:textId="77777777" w:rsidR="00596D4B" w:rsidRDefault="00000000">
      <w:pPr>
        <w:keepNext/>
        <w:spacing w:after="40"/>
        <w:ind w:left="720" w:hanging="360"/>
      </w:pPr>
      <w:r>
        <w:rPr>
          <w:color w:val="29343D"/>
          <w:sz w:val="20"/>
        </w:rPr>
        <w:t>▪  Philadelphia County</w:t>
      </w:r>
    </w:p>
    <w:p w14:paraId="7B72D8EB" w14:textId="77777777" w:rsidR="00596D4B" w:rsidRDefault="00000000">
      <w:pPr>
        <w:keepNext/>
        <w:spacing w:after="40"/>
        <w:ind w:left="720" w:hanging="360"/>
      </w:pPr>
      <w:r>
        <w:rPr>
          <w:color w:val="29343D"/>
          <w:sz w:val="20"/>
        </w:rPr>
        <w:t>▪  Southern New Jersey</w:t>
      </w:r>
    </w:p>
    <w:p w14:paraId="7FF8AF45" w14:textId="77777777" w:rsidR="00596D4B" w:rsidRDefault="00000000">
      <w:pPr>
        <w:spacing w:after="40"/>
        <w:ind w:left="720" w:hanging="360"/>
      </w:pPr>
      <w:r>
        <w:rPr>
          <w:color w:val="29343D"/>
          <w:sz w:val="20"/>
        </w:rPr>
        <w:t>▪  Other</w:t>
      </w:r>
    </w:p>
    <w:p w14:paraId="0268ECAC" w14:textId="77777777" w:rsidR="00596D4B" w:rsidRDefault="00000000">
      <w:pPr>
        <w:pStyle w:val="ApplicationQuestion"/>
        <w:numPr>
          <w:ilvl w:val="0"/>
          <w:numId w:val="1"/>
        </w:numPr>
      </w:pPr>
      <w:r>
        <w:t>If 'Other', please list additional regions served.</w:t>
      </w:r>
    </w:p>
    <w:p w14:paraId="0E4C26AE" w14:textId="77777777" w:rsidR="00596D4B" w:rsidRDefault="00000000">
      <w:pPr>
        <w:pStyle w:val="FieldMetadata"/>
        <w:keepNext/>
      </w:pPr>
      <w:r>
        <w:t>Short answer  |  Optional</w:t>
      </w:r>
      <w:r>
        <w:br/>
      </w:r>
      <w:r>
        <w:rPr>
          <w:color w:val="6B4B00"/>
        </w:rPr>
        <w:t>Conditional: Shown when Other is selected above.</w:t>
      </w:r>
    </w:p>
    <w:p w14:paraId="1A748A6D" w14:textId="77777777" w:rsidR="00596D4B" w:rsidRDefault="00000000">
      <w:pPr>
        <w:pStyle w:val="ApplicationQuestion"/>
        <w:numPr>
          <w:ilvl w:val="0"/>
          <w:numId w:val="1"/>
        </w:numPr>
      </w:pPr>
      <w:r>
        <w:t>Primary Field of Work</w:t>
      </w:r>
    </w:p>
    <w:p w14:paraId="03EF3E55" w14:textId="77777777" w:rsidR="00596D4B" w:rsidRDefault="00000000">
      <w:pPr>
        <w:pStyle w:val="FieldMetadata"/>
        <w:keepNext/>
      </w:pPr>
      <w:r>
        <w:rPr>
          <w:b/>
          <w:color w:val="A12A2A"/>
        </w:rPr>
        <w:t>Dropdown  |  REQUIRED</w:t>
      </w:r>
    </w:p>
    <w:p w14:paraId="0C370857" w14:textId="77777777" w:rsidR="00596D4B" w:rsidRDefault="00000000">
      <w:pPr>
        <w:keepNext/>
        <w:spacing w:after="40"/>
        <w:ind w:left="720" w:hanging="360"/>
      </w:pPr>
      <w:r>
        <w:rPr>
          <w:color w:val="29343D"/>
          <w:sz w:val="20"/>
        </w:rPr>
        <w:t>▪  Advocacy</w:t>
      </w:r>
    </w:p>
    <w:p w14:paraId="3647B3B1" w14:textId="77777777" w:rsidR="00596D4B" w:rsidRDefault="00000000">
      <w:pPr>
        <w:keepNext/>
        <w:spacing w:after="40"/>
        <w:ind w:left="720" w:hanging="360"/>
      </w:pPr>
      <w:r>
        <w:rPr>
          <w:color w:val="29343D"/>
          <w:sz w:val="20"/>
        </w:rPr>
        <w:t>▪  Anti-poverty &amp; Social Welfare</w:t>
      </w:r>
    </w:p>
    <w:p w14:paraId="77C56F14" w14:textId="77777777" w:rsidR="00596D4B" w:rsidRDefault="00000000">
      <w:pPr>
        <w:keepNext/>
        <w:spacing w:after="40"/>
        <w:ind w:left="720" w:hanging="360"/>
      </w:pPr>
      <w:r>
        <w:rPr>
          <w:color w:val="29343D"/>
          <w:sz w:val="20"/>
        </w:rPr>
        <w:t>▪  Arts &amp; Culture</w:t>
      </w:r>
    </w:p>
    <w:p w14:paraId="6C43540A" w14:textId="77777777" w:rsidR="00596D4B" w:rsidRDefault="00000000">
      <w:pPr>
        <w:keepNext/>
        <w:spacing w:after="40"/>
        <w:ind w:left="720" w:hanging="360"/>
      </w:pPr>
      <w:r>
        <w:rPr>
          <w:color w:val="29343D"/>
          <w:sz w:val="20"/>
        </w:rPr>
        <w:t>▪  Children &amp; Youth</w:t>
      </w:r>
    </w:p>
    <w:p w14:paraId="6DFBF48C" w14:textId="77777777" w:rsidR="00596D4B" w:rsidRDefault="00000000">
      <w:pPr>
        <w:keepNext/>
        <w:spacing w:after="40"/>
        <w:ind w:left="720" w:hanging="360"/>
      </w:pPr>
      <w:r>
        <w:rPr>
          <w:color w:val="29343D"/>
          <w:sz w:val="20"/>
        </w:rPr>
        <w:t>▪  Animal Protection &amp; Welfare</w:t>
      </w:r>
    </w:p>
    <w:p w14:paraId="75E194DE" w14:textId="77777777" w:rsidR="00596D4B" w:rsidRDefault="00000000">
      <w:pPr>
        <w:keepNext/>
        <w:spacing w:after="40"/>
        <w:ind w:left="720" w:hanging="360"/>
      </w:pPr>
      <w:r>
        <w:rPr>
          <w:color w:val="29343D"/>
          <w:sz w:val="20"/>
        </w:rPr>
        <w:t>▪  Civil Rights &amp; Social Justice</w:t>
      </w:r>
    </w:p>
    <w:p w14:paraId="6A190C25" w14:textId="77777777" w:rsidR="00596D4B" w:rsidRDefault="00000000">
      <w:pPr>
        <w:keepNext/>
        <w:spacing w:after="40"/>
        <w:ind w:left="720" w:hanging="360"/>
      </w:pPr>
      <w:r>
        <w:rPr>
          <w:color w:val="29343D"/>
          <w:sz w:val="20"/>
        </w:rPr>
        <w:t>▪  Community Development &amp; Housing</w:t>
      </w:r>
    </w:p>
    <w:p w14:paraId="5DF3DF40" w14:textId="77777777" w:rsidR="00596D4B" w:rsidRDefault="00000000">
      <w:pPr>
        <w:keepNext/>
        <w:spacing w:after="40"/>
        <w:ind w:left="720" w:hanging="360"/>
      </w:pPr>
      <w:r>
        <w:rPr>
          <w:color w:val="29343D"/>
          <w:sz w:val="20"/>
        </w:rPr>
        <w:t>▪  Diversity &amp; Human Rights</w:t>
      </w:r>
    </w:p>
    <w:p w14:paraId="6FC88518" w14:textId="77777777" w:rsidR="00596D4B" w:rsidRDefault="00000000">
      <w:pPr>
        <w:keepNext/>
        <w:spacing w:after="40"/>
        <w:ind w:left="720" w:hanging="360"/>
      </w:pPr>
      <w:r>
        <w:rPr>
          <w:color w:val="29343D"/>
          <w:sz w:val="20"/>
        </w:rPr>
        <w:t>▪  Education (K-12)</w:t>
      </w:r>
    </w:p>
    <w:p w14:paraId="7AA6EAAB" w14:textId="77777777" w:rsidR="00596D4B" w:rsidRDefault="00000000">
      <w:pPr>
        <w:keepNext/>
        <w:spacing w:after="40"/>
        <w:ind w:left="720" w:hanging="360"/>
      </w:pPr>
      <w:r>
        <w:rPr>
          <w:color w:val="29343D"/>
          <w:sz w:val="20"/>
        </w:rPr>
        <w:t>▪  Environment</w:t>
      </w:r>
    </w:p>
    <w:p w14:paraId="7085932F" w14:textId="77777777" w:rsidR="00596D4B" w:rsidRDefault="00000000">
      <w:pPr>
        <w:keepNext/>
        <w:spacing w:after="40"/>
        <w:ind w:left="720" w:hanging="360"/>
      </w:pPr>
      <w:r>
        <w:rPr>
          <w:color w:val="29343D"/>
          <w:sz w:val="20"/>
        </w:rPr>
        <w:t>▪  Families &amp; Elders</w:t>
      </w:r>
    </w:p>
    <w:p w14:paraId="4F6C7606" w14:textId="77777777" w:rsidR="00596D4B" w:rsidRDefault="00000000">
      <w:pPr>
        <w:keepNext/>
        <w:spacing w:after="40"/>
        <w:ind w:left="720" w:hanging="360"/>
      </w:pPr>
      <w:r>
        <w:rPr>
          <w:color w:val="29343D"/>
          <w:sz w:val="20"/>
        </w:rPr>
        <w:t>▪  Food &amp; Agriculture</w:t>
      </w:r>
    </w:p>
    <w:p w14:paraId="0EF89914" w14:textId="77777777" w:rsidR="00596D4B" w:rsidRDefault="00000000">
      <w:pPr>
        <w:keepNext/>
        <w:spacing w:after="40"/>
        <w:ind w:left="720" w:hanging="360"/>
      </w:pPr>
      <w:r>
        <w:rPr>
          <w:color w:val="29343D"/>
          <w:sz w:val="20"/>
        </w:rPr>
        <w:t>▪  Health &amp; Mental Health</w:t>
      </w:r>
    </w:p>
    <w:p w14:paraId="72154005" w14:textId="77777777" w:rsidR="00596D4B" w:rsidRDefault="00000000">
      <w:pPr>
        <w:keepNext/>
        <w:spacing w:after="40"/>
        <w:ind w:left="720" w:hanging="360"/>
      </w:pPr>
      <w:r>
        <w:rPr>
          <w:color w:val="29343D"/>
          <w:sz w:val="20"/>
        </w:rPr>
        <w:t>▪  Higher Education</w:t>
      </w:r>
    </w:p>
    <w:p w14:paraId="34460304" w14:textId="77777777" w:rsidR="00596D4B" w:rsidRDefault="00000000">
      <w:pPr>
        <w:keepNext/>
        <w:spacing w:after="40"/>
        <w:ind w:left="720" w:hanging="360"/>
      </w:pPr>
      <w:r>
        <w:rPr>
          <w:color w:val="29343D"/>
          <w:sz w:val="20"/>
        </w:rPr>
        <w:t>▪  Philanthropy &amp; Civic Engagement</w:t>
      </w:r>
    </w:p>
    <w:p w14:paraId="7CEE8C63" w14:textId="77777777" w:rsidR="00596D4B" w:rsidRDefault="00000000">
      <w:pPr>
        <w:keepNext/>
        <w:spacing w:after="40"/>
        <w:ind w:left="720" w:hanging="360"/>
      </w:pPr>
      <w:r>
        <w:rPr>
          <w:color w:val="29343D"/>
          <w:sz w:val="20"/>
        </w:rPr>
        <w:t>▪  Religious</w:t>
      </w:r>
    </w:p>
    <w:p w14:paraId="668CAD4B" w14:textId="77777777" w:rsidR="00596D4B" w:rsidRDefault="00000000">
      <w:pPr>
        <w:keepNext/>
        <w:spacing w:after="40"/>
        <w:ind w:left="720" w:hanging="360"/>
      </w:pPr>
      <w:r>
        <w:rPr>
          <w:color w:val="29343D"/>
          <w:sz w:val="20"/>
        </w:rPr>
        <w:t>▪  Technology &amp; Communications</w:t>
      </w:r>
    </w:p>
    <w:p w14:paraId="3DE115D9" w14:textId="77777777" w:rsidR="00596D4B" w:rsidRDefault="00000000">
      <w:pPr>
        <w:keepNext/>
        <w:spacing w:after="40"/>
        <w:ind w:left="720" w:hanging="360"/>
      </w:pPr>
      <w:r>
        <w:rPr>
          <w:color w:val="29343D"/>
          <w:sz w:val="20"/>
        </w:rPr>
        <w:t>▪  Workforce Development</w:t>
      </w:r>
    </w:p>
    <w:p w14:paraId="7F100C7B" w14:textId="77777777" w:rsidR="00596D4B" w:rsidRDefault="00000000">
      <w:pPr>
        <w:spacing w:after="40"/>
        <w:ind w:left="720" w:hanging="360"/>
      </w:pPr>
      <w:r>
        <w:rPr>
          <w:color w:val="29343D"/>
          <w:sz w:val="20"/>
        </w:rPr>
        <w:t>▪  Other</w:t>
      </w:r>
    </w:p>
    <w:p w14:paraId="25BBC50B" w14:textId="77777777" w:rsidR="00596D4B" w:rsidRDefault="00000000">
      <w:pPr>
        <w:pStyle w:val="ApplicationQuestion"/>
        <w:numPr>
          <w:ilvl w:val="0"/>
          <w:numId w:val="1"/>
        </w:numPr>
      </w:pPr>
      <w:r>
        <w:t>IRS Tax-Exempt Certification (if applicable)</w:t>
      </w:r>
    </w:p>
    <w:p w14:paraId="2F83024D" w14:textId="77777777" w:rsidR="00596D4B" w:rsidRDefault="00000000">
      <w:pPr>
        <w:pStyle w:val="FieldMetadata"/>
      </w:pPr>
      <w:r>
        <w:t>File upload  |  Optional</w:t>
      </w:r>
    </w:p>
    <w:p w14:paraId="4FFC0C81" w14:textId="77777777" w:rsidR="00596D4B" w:rsidRDefault="00000000">
      <w:pPr>
        <w:pStyle w:val="ApplicationQuestion"/>
        <w:numPr>
          <w:ilvl w:val="0"/>
          <w:numId w:val="1"/>
        </w:numPr>
      </w:pPr>
      <w:r>
        <w:t>Most Recent Financial Statements (audit preferred; unaudited statements or Form 990 are acceptable)</w:t>
      </w:r>
    </w:p>
    <w:p w14:paraId="1378841D" w14:textId="77777777" w:rsidR="00596D4B" w:rsidRDefault="00000000">
      <w:pPr>
        <w:pStyle w:val="FieldMetadata"/>
      </w:pPr>
      <w:r>
        <w:t>File upload  |  Optional</w:t>
      </w:r>
    </w:p>
    <w:p w14:paraId="1170F872" w14:textId="77777777" w:rsidR="00596D4B" w:rsidRDefault="00000000">
      <w:pPr>
        <w:pStyle w:val="ApplicationQuestion"/>
        <w:numPr>
          <w:ilvl w:val="0"/>
          <w:numId w:val="1"/>
        </w:numPr>
      </w:pPr>
      <w:r>
        <w:lastRenderedPageBreak/>
        <w:t>Current &amp; Prior Fiscal Year Operating Budgets</w:t>
      </w:r>
    </w:p>
    <w:p w14:paraId="35F7F1D3" w14:textId="77777777" w:rsidR="00596D4B" w:rsidRDefault="00000000">
      <w:pPr>
        <w:pStyle w:val="FieldMetadata"/>
      </w:pPr>
      <w:r>
        <w:t>File upload  |  Optional</w:t>
      </w:r>
    </w:p>
    <w:p w14:paraId="0404FF47" w14:textId="77777777" w:rsidR="00596D4B" w:rsidRDefault="00000000">
      <w:pPr>
        <w:pStyle w:val="ApplicationQuestion"/>
        <w:numPr>
          <w:ilvl w:val="0"/>
          <w:numId w:val="1"/>
        </w:numPr>
      </w:pPr>
      <w:r>
        <w:t>Current Board Member List</w:t>
      </w:r>
    </w:p>
    <w:p w14:paraId="4EC1EF2E" w14:textId="77777777" w:rsidR="00596D4B" w:rsidRDefault="00000000">
      <w:pPr>
        <w:pStyle w:val="FieldMetadata"/>
      </w:pPr>
      <w:r>
        <w:t>File upload  |  Optional</w:t>
      </w:r>
    </w:p>
    <w:p w14:paraId="01018DE2" w14:textId="77777777" w:rsidR="00596D4B" w:rsidRDefault="00000000">
      <w:pPr>
        <w:pStyle w:val="ApplicationQuestion"/>
        <w:numPr>
          <w:ilvl w:val="0"/>
          <w:numId w:val="1"/>
        </w:numPr>
      </w:pPr>
      <w:r>
        <w:t>Do you have additional documentation that you would like us to review?</w:t>
      </w:r>
    </w:p>
    <w:p w14:paraId="33ACC63C" w14:textId="77777777" w:rsidR="00596D4B" w:rsidRDefault="00000000">
      <w:pPr>
        <w:pStyle w:val="FieldMetadata"/>
        <w:keepNext/>
      </w:pPr>
      <w:r>
        <w:t>Dropdown  |  Optional</w:t>
      </w:r>
    </w:p>
    <w:p w14:paraId="063DA8F2" w14:textId="77777777" w:rsidR="00596D4B" w:rsidRDefault="00000000">
      <w:pPr>
        <w:keepNext/>
        <w:spacing w:after="40"/>
        <w:ind w:left="720" w:hanging="360"/>
      </w:pPr>
      <w:r>
        <w:rPr>
          <w:color w:val="29343D"/>
          <w:sz w:val="20"/>
        </w:rPr>
        <w:t>▪  Yes</w:t>
      </w:r>
    </w:p>
    <w:p w14:paraId="0686ECEC" w14:textId="77777777" w:rsidR="00596D4B" w:rsidRDefault="00000000">
      <w:pPr>
        <w:spacing w:after="40"/>
        <w:ind w:left="720" w:hanging="360"/>
      </w:pPr>
      <w:r>
        <w:rPr>
          <w:color w:val="29343D"/>
          <w:sz w:val="20"/>
        </w:rPr>
        <w:t>▪  No</w:t>
      </w:r>
    </w:p>
    <w:p w14:paraId="013BE0E2" w14:textId="77777777" w:rsidR="00596D4B" w:rsidRDefault="00000000">
      <w:pPr>
        <w:pStyle w:val="ApplicationQuestion"/>
        <w:numPr>
          <w:ilvl w:val="0"/>
          <w:numId w:val="1"/>
        </w:numPr>
      </w:pPr>
      <w:r>
        <w:t>Other Document (#1) - Upload File</w:t>
      </w:r>
    </w:p>
    <w:p w14:paraId="712EF057" w14:textId="77777777" w:rsidR="00596D4B" w:rsidRDefault="00000000">
      <w:pPr>
        <w:pStyle w:val="FieldMetadata"/>
        <w:keepNext/>
      </w:pPr>
      <w:r>
        <w:t>File upload  |  Optional</w:t>
      </w:r>
      <w:r>
        <w:br/>
      </w:r>
      <w:r>
        <w:rPr>
          <w:color w:val="6B4B00"/>
        </w:rPr>
        <w:t>Conditional: Shown when Yes is selected for additional documentation.</w:t>
      </w:r>
    </w:p>
    <w:p w14:paraId="30C71E93" w14:textId="77777777" w:rsidR="00596D4B" w:rsidRDefault="00000000">
      <w:pPr>
        <w:pStyle w:val="ApplicationQuestion"/>
        <w:numPr>
          <w:ilvl w:val="0"/>
          <w:numId w:val="1"/>
        </w:numPr>
      </w:pPr>
      <w:r>
        <w:t>Please describe Other Document (#1).</w:t>
      </w:r>
    </w:p>
    <w:p w14:paraId="61ECB675" w14:textId="77777777" w:rsidR="00596D4B" w:rsidRDefault="00000000">
      <w:pPr>
        <w:pStyle w:val="FieldMetadata"/>
        <w:keepNext/>
      </w:pPr>
      <w:r>
        <w:t>Short answer  |  Optional</w:t>
      </w:r>
      <w:r>
        <w:br/>
      </w:r>
      <w:r>
        <w:rPr>
          <w:color w:val="6B4B00"/>
        </w:rPr>
        <w:t>Conditional: Shown when Yes is selected for additional documentation.</w:t>
      </w:r>
    </w:p>
    <w:p w14:paraId="5120842A" w14:textId="77777777" w:rsidR="00596D4B" w:rsidRDefault="00000000">
      <w:pPr>
        <w:pStyle w:val="ApplicationQuestion"/>
        <w:numPr>
          <w:ilvl w:val="0"/>
          <w:numId w:val="1"/>
        </w:numPr>
      </w:pPr>
      <w:r>
        <w:t>Other Document (#2) - Upload File</w:t>
      </w:r>
    </w:p>
    <w:p w14:paraId="677B1B0B" w14:textId="77777777" w:rsidR="00596D4B" w:rsidRDefault="00000000">
      <w:pPr>
        <w:pStyle w:val="FieldMetadata"/>
        <w:keepNext/>
      </w:pPr>
      <w:r>
        <w:t>File upload  |  Optional</w:t>
      </w:r>
      <w:r>
        <w:br/>
      </w:r>
      <w:r>
        <w:rPr>
          <w:color w:val="6B4B00"/>
        </w:rPr>
        <w:t>Conditional: Shown when Yes is selected for additional documentation.</w:t>
      </w:r>
    </w:p>
    <w:p w14:paraId="78C96263" w14:textId="77777777" w:rsidR="00596D4B" w:rsidRDefault="00000000">
      <w:pPr>
        <w:pStyle w:val="ApplicationQuestion"/>
        <w:numPr>
          <w:ilvl w:val="0"/>
          <w:numId w:val="1"/>
        </w:numPr>
      </w:pPr>
      <w:r>
        <w:t>Please describe Other Document (#2).</w:t>
      </w:r>
    </w:p>
    <w:p w14:paraId="60D077A9" w14:textId="77777777" w:rsidR="00596D4B" w:rsidRDefault="00000000">
      <w:pPr>
        <w:pStyle w:val="FieldMetadata"/>
        <w:keepNext/>
      </w:pPr>
      <w:r>
        <w:t>Short answer  |  Optional</w:t>
      </w:r>
      <w:r>
        <w:br/>
      </w:r>
      <w:r>
        <w:rPr>
          <w:color w:val="6B4B00"/>
        </w:rPr>
        <w:t>Conditional: Shown when Yes is selected for additional documentation.</w:t>
      </w:r>
    </w:p>
    <w:p w14:paraId="388B6670" w14:textId="77777777" w:rsidR="00596D4B" w:rsidRDefault="00000000">
      <w:pPr>
        <w:pStyle w:val="ApplicationQuestion"/>
        <w:numPr>
          <w:ilvl w:val="0"/>
          <w:numId w:val="1"/>
        </w:numPr>
      </w:pPr>
      <w:r>
        <w:t>Other Document (#3) - Upload File</w:t>
      </w:r>
    </w:p>
    <w:p w14:paraId="56E59A92" w14:textId="77777777" w:rsidR="00596D4B" w:rsidRDefault="00000000">
      <w:pPr>
        <w:pStyle w:val="FieldMetadata"/>
        <w:keepNext/>
      </w:pPr>
      <w:r>
        <w:t>File upload  |  Optional</w:t>
      </w:r>
      <w:r>
        <w:br/>
      </w:r>
      <w:r>
        <w:rPr>
          <w:color w:val="6B4B00"/>
        </w:rPr>
        <w:t>Conditional: Shown when Yes is selected for additional documentation.</w:t>
      </w:r>
    </w:p>
    <w:p w14:paraId="4167C29C" w14:textId="77777777" w:rsidR="00596D4B" w:rsidRDefault="00000000">
      <w:pPr>
        <w:pStyle w:val="ApplicationQuestion"/>
        <w:numPr>
          <w:ilvl w:val="0"/>
          <w:numId w:val="1"/>
        </w:numPr>
      </w:pPr>
      <w:r>
        <w:t>Please describe Other Document (#3).</w:t>
      </w:r>
    </w:p>
    <w:p w14:paraId="44A19FE8" w14:textId="77777777" w:rsidR="00596D4B" w:rsidRDefault="00000000">
      <w:pPr>
        <w:pStyle w:val="FieldMetadata"/>
        <w:keepNext/>
      </w:pPr>
      <w:r>
        <w:t>Short answer  |  Optional</w:t>
      </w:r>
      <w:r>
        <w:br/>
      </w:r>
      <w:r>
        <w:rPr>
          <w:color w:val="6B4B00"/>
        </w:rPr>
        <w:t>Conditional: Shown when Yes is selected for additional documentation.</w:t>
      </w:r>
    </w:p>
    <w:p w14:paraId="07805AD4" w14:textId="77777777" w:rsidR="00596D4B" w:rsidRDefault="00000000">
      <w:pPr>
        <w:pStyle w:val="Heading1"/>
      </w:pPr>
      <w:r>
        <w:t>Organization 3 - Contact and Organization Information</w:t>
      </w:r>
    </w:p>
    <w:tbl>
      <w:tblPr>
        <w:tblStyle w:val="TableGrid"/>
        <w:tblW w:w="9360" w:type="dxa"/>
        <w:tblInd w:w="120" w:type="dxa"/>
        <w:tblLayout w:type="fixed"/>
        <w:tblLook w:val="04A0" w:firstRow="1" w:lastRow="0" w:firstColumn="1" w:lastColumn="0" w:noHBand="0" w:noVBand="1"/>
      </w:tblPr>
      <w:tblGrid>
        <w:gridCol w:w="9360"/>
      </w:tblGrid>
      <w:tr w:rsidR="00596D4B" w14:paraId="635AF265" w14:textId="77777777">
        <w:tc>
          <w:tcPr>
            <w:tcW w:w="9360" w:type="dxa"/>
            <w:shd w:val="clear" w:color="auto" w:fill="FFF4D6"/>
            <w:tcMar>
              <w:top w:w="90" w:type="dxa"/>
              <w:left w:w="140" w:type="dxa"/>
              <w:bottom w:w="90" w:type="dxa"/>
              <w:right w:w="140" w:type="dxa"/>
            </w:tcMar>
          </w:tcPr>
          <w:p w14:paraId="62293ECC" w14:textId="77777777" w:rsidR="00596D4B" w:rsidRDefault="00000000">
            <w:r>
              <w:rPr>
                <w:b/>
                <w:color w:val="6B4B00"/>
                <w:sz w:val="19"/>
              </w:rPr>
              <w:t>Shown when 3 or 4 or more organizations are selected.</w:t>
            </w:r>
          </w:p>
        </w:tc>
      </w:tr>
    </w:tbl>
    <w:p w14:paraId="3312082D" w14:textId="77777777" w:rsidR="00596D4B" w:rsidRDefault="00000000">
      <w:pPr>
        <w:pStyle w:val="ApplicationQuestion"/>
        <w:numPr>
          <w:ilvl w:val="0"/>
          <w:numId w:val="1"/>
        </w:numPr>
      </w:pPr>
      <w:r>
        <w:t>Primary Contact - Last Name</w:t>
      </w:r>
    </w:p>
    <w:p w14:paraId="55D06703" w14:textId="77777777" w:rsidR="00596D4B" w:rsidRDefault="00000000">
      <w:pPr>
        <w:pStyle w:val="FieldMetadata"/>
      </w:pPr>
      <w:r>
        <w:rPr>
          <w:b/>
          <w:color w:val="A12A2A"/>
        </w:rPr>
        <w:t>Short answer  |  REQUIRED</w:t>
      </w:r>
    </w:p>
    <w:p w14:paraId="370CAE90" w14:textId="77777777" w:rsidR="00596D4B" w:rsidRDefault="00000000">
      <w:pPr>
        <w:pStyle w:val="ApplicationQuestion"/>
        <w:numPr>
          <w:ilvl w:val="0"/>
          <w:numId w:val="1"/>
        </w:numPr>
      </w:pPr>
      <w:r>
        <w:t>Primary Contact - First Name</w:t>
      </w:r>
    </w:p>
    <w:p w14:paraId="7C91A74C" w14:textId="77777777" w:rsidR="00596D4B" w:rsidRDefault="00000000">
      <w:pPr>
        <w:pStyle w:val="FieldMetadata"/>
      </w:pPr>
      <w:r>
        <w:rPr>
          <w:b/>
          <w:color w:val="A12A2A"/>
        </w:rPr>
        <w:t>Short answer  |  REQUIRED</w:t>
      </w:r>
    </w:p>
    <w:p w14:paraId="7ACBF868" w14:textId="77777777" w:rsidR="00596D4B" w:rsidRDefault="00000000">
      <w:pPr>
        <w:pStyle w:val="ApplicationQuestion"/>
        <w:numPr>
          <w:ilvl w:val="0"/>
          <w:numId w:val="1"/>
        </w:numPr>
      </w:pPr>
      <w:r>
        <w:t>Primary Contact - Email</w:t>
      </w:r>
    </w:p>
    <w:p w14:paraId="7E0599E6" w14:textId="77777777" w:rsidR="00596D4B" w:rsidRDefault="00000000">
      <w:pPr>
        <w:pStyle w:val="FieldMetadata"/>
      </w:pPr>
      <w:r>
        <w:rPr>
          <w:b/>
          <w:color w:val="A12A2A"/>
        </w:rPr>
        <w:t>Short answer  |  REQUIRED</w:t>
      </w:r>
    </w:p>
    <w:p w14:paraId="37EE10F4" w14:textId="77777777" w:rsidR="00596D4B" w:rsidRDefault="00000000">
      <w:pPr>
        <w:pStyle w:val="ApplicationQuestion"/>
        <w:numPr>
          <w:ilvl w:val="0"/>
          <w:numId w:val="1"/>
        </w:numPr>
      </w:pPr>
      <w:r>
        <w:t>Primary Contact - Title</w:t>
      </w:r>
    </w:p>
    <w:p w14:paraId="430D38FB" w14:textId="77777777" w:rsidR="00596D4B" w:rsidRDefault="00000000">
      <w:pPr>
        <w:pStyle w:val="FieldMetadata"/>
      </w:pPr>
      <w:r>
        <w:rPr>
          <w:b/>
          <w:color w:val="A12A2A"/>
        </w:rPr>
        <w:t>Short answer  |  REQUIRED</w:t>
      </w:r>
    </w:p>
    <w:p w14:paraId="6D4FD4F1" w14:textId="77777777" w:rsidR="00596D4B" w:rsidRDefault="00000000">
      <w:pPr>
        <w:pStyle w:val="ApplicationQuestion"/>
        <w:numPr>
          <w:ilvl w:val="0"/>
          <w:numId w:val="1"/>
        </w:numPr>
      </w:pPr>
      <w:r>
        <w:t>Primary Contact - Phone Number</w:t>
      </w:r>
    </w:p>
    <w:p w14:paraId="2AA900A3" w14:textId="77777777" w:rsidR="00596D4B" w:rsidRDefault="00000000">
      <w:pPr>
        <w:pStyle w:val="FieldMetadata"/>
      </w:pPr>
      <w:r>
        <w:rPr>
          <w:b/>
          <w:color w:val="A12A2A"/>
        </w:rPr>
        <w:t>Short answer; format ###-###-####  |  REQUIRED</w:t>
      </w:r>
    </w:p>
    <w:p w14:paraId="308A3406" w14:textId="77777777" w:rsidR="00596D4B" w:rsidRDefault="00000000">
      <w:pPr>
        <w:pStyle w:val="ApplicationQuestion"/>
        <w:numPr>
          <w:ilvl w:val="0"/>
          <w:numId w:val="1"/>
        </w:numPr>
      </w:pPr>
      <w:r>
        <w:lastRenderedPageBreak/>
        <w:t>Is the primary contact also the Executive Director / CEO of Organization 3?</w:t>
      </w:r>
    </w:p>
    <w:p w14:paraId="40FA969B" w14:textId="77777777" w:rsidR="00596D4B" w:rsidRDefault="00000000">
      <w:pPr>
        <w:pStyle w:val="FieldMetadata"/>
        <w:keepNext/>
      </w:pPr>
      <w:r>
        <w:rPr>
          <w:b/>
          <w:color w:val="A12A2A"/>
        </w:rPr>
        <w:t>Dropdown  |  REQUIRED</w:t>
      </w:r>
    </w:p>
    <w:p w14:paraId="68709CA3" w14:textId="77777777" w:rsidR="00596D4B" w:rsidRDefault="00000000">
      <w:pPr>
        <w:keepNext/>
        <w:spacing w:after="40"/>
        <w:ind w:left="720" w:hanging="360"/>
      </w:pPr>
      <w:r>
        <w:rPr>
          <w:color w:val="29343D"/>
          <w:sz w:val="20"/>
        </w:rPr>
        <w:t>▪  Yes</w:t>
      </w:r>
    </w:p>
    <w:p w14:paraId="4335FB5F" w14:textId="77777777" w:rsidR="00596D4B" w:rsidRDefault="00000000">
      <w:pPr>
        <w:spacing w:after="40"/>
        <w:ind w:left="720" w:hanging="360"/>
      </w:pPr>
      <w:r>
        <w:rPr>
          <w:color w:val="29343D"/>
          <w:sz w:val="20"/>
        </w:rPr>
        <w:t>▪  No</w:t>
      </w:r>
    </w:p>
    <w:p w14:paraId="08F94368" w14:textId="77777777" w:rsidR="00596D4B" w:rsidRDefault="00000000">
      <w:pPr>
        <w:pStyle w:val="ApplicationQuestion"/>
        <w:numPr>
          <w:ilvl w:val="0"/>
          <w:numId w:val="1"/>
        </w:numPr>
      </w:pPr>
      <w:r>
        <w:t>Executive Director - Last Name</w:t>
      </w:r>
    </w:p>
    <w:p w14:paraId="5D9BA2BA" w14:textId="77777777" w:rsidR="00596D4B" w:rsidRDefault="00000000">
      <w:pPr>
        <w:pStyle w:val="FieldMetadata"/>
        <w:keepNext/>
      </w:pPr>
      <w:r>
        <w:rPr>
          <w:b/>
          <w:color w:val="A12A2A"/>
        </w:rPr>
        <w:t>Short answer  |  REQUIRED</w:t>
      </w:r>
      <w:r>
        <w:rPr>
          <w:b/>
          <w:color w:val="A12A2A"/>
        </w:rPr>
        <w:br/>
      </w:r>
      <w:r>
        <w:rPr>
          <w:color w:val="6B4B00"/>
        </w:rPr>
        <w:t>Conditional: Shown when No is selected above.</w:t>
      </w:r>
    </w:p>
    <w:p w14:paraId="36BEB162" w14:textId="77777777" w:rsidR="00596D4B" w:rsidRDefault="00000000">
      <w:pPr>
        <w:pStyle w:val="ApplicationQuestion"/>
        <w:numPr>
          <w:ilvl w:val="0"/>
          <w:numId w:val="1"/>
        </w:numPr>
      </w:pPr>
      <w:r>
        <w:t>Executive Director - First Name</w:t>
      </w:r>
    </w:p>
    <w:p w14:paraId="4CA7C116" w14:textId="77777777" w:rsidR="00596D4B" w:rsidRDefault="00000000">
      <w:pPr>
        <w:pStyle w:val="FieldMetadata"/>
        <w:keepNext/>
      </w:pPr>
      <w:r>
        <w:rPr>
          <w:b/>
          <w:color w:val="A12A2A"/>
        </w:rPr>
        <w:t>Short answer  |  REQUIRED</w:t>
      </w:r>
      <w:r>
        <w:rPr>
          <w:b/>
          <w:color w:val="A12A2A"/>
        </w:rPr>
        <w:br/>
      </w:r>
      <w:r>
        <w:rPr>
          <w:color w:val="6B4B00"/>
        </w:rPr>
        <w:t>Conditional: Shown when No is selected above.</w:t>
      </w:r>
    </w:p>
    <w:p w14:paraId="5AA74394" w14:textId="77777777" w:rsidR="00596D4B" w:rsidRDefault="00000000">
      <w:pPr>
        <w:pStyle w:val="ApplicationQuestion"/>
        <w:numPr>
          <w:ilvl w:val="0"/>
          <w:numId w:val="1"/>
        </w:numPr>
      </w:pPr>
      <w:r>
        <w:t>Executive Director - Phone</w:t>
      </w:r>
    </w:p>
    <w:p w14:paraId="5DD875C2" w14:textId="77777777" w:rsidR="00596D4B" w:rsidRDefault="00000000">
      <w:pPr>
        <w:pStyle w:val="FieldMetadata"/>
        <w:keepNext/>
      </w:pPr>
      <w:r>
        <w:rPr>
          <w:b/>
          <w:color w:val="A12A2A"/>
        </w:rPr>
        <w:t>Short answer; format ###-###-####  |  REQUIRED</w:t>
      </w:r>
      <w:r>
        <w:rPr>
          <w:b/>
          <w:color w:val="A12A2A"/>
        </w:rPr>
        <w:br/>
      </w:r>
      <w:r>
        <w:rPr>
          <w:color w:val="6B4B00"/>
        </w:rPr>
        <w:t>Conditional: Shown when No is selected above.</w:t>
      </w:r>
    </w:p>
    <w:p w14:paraId="542A6A05" w14:textId="77777777" w:rsidR="00596D4B" w:rsidRDefault="00000000">
      <w:pPr>
        <w:pStyle w:val="ApplicationQuestion"/>
        <w:numPr>
          <w:ilvl w:val="0"/>
          <w:numId w:val="1"/>
        </w:numPr>
      </w:pPr>
      <w:r>
        <w:t>Executive Director - Email</w:t>
      </w:r>
    </w:p>
    <w:p w14:paraId="7A3213C9" w14:textId="77777777" w:rsidR="00596D4B" w:rsidRDefault="00000000">
      <w:pPr>
        <w:pStyle w:val="FieldMetadata"/>
        <w:keepNext/>
      </w:pPr>
      <w:r>
        <w:rPr>
          <w:b/>
          <w:color w:val="A12A2A"/>
        </w:rPr>
        <w:t>Short answer  |  REQUIRED</w:t>
      </w:r>
      <w:r>
        <w:rPr>
          <w:b/>
          <w:color w:val="A12A2A"/>
        </w:rPr>
        <w:br/>
      </w:r>
      <w:r>
        <w:rPr>
          <w:color w:val="6B4B00"/>
        </w:rPr>
        <w:t>Conditional: Shown when No is selected above.</w:t>
      </w:r>
    </w:p>
    <w:p w14:paraId="6E2DFB48" w14:textId="77777777" w:rsidR="00596D4B" w:rsidRDefault="00000000">
      <w:pPr>
        <w:pStyle w:val="ApplicationQuestion"/>
        <w:numPr>
          <w:ilvl w:val="0"/>
          <w:numId w:val="1"/>
        </w:numPr>
      </w:pPr>
      <w:r>
        <w:t>Executive Director - Title</w:t>
      </w:r>
    </w:p>
    <w:p w14:paraId="750DDD55" w14:textId="77777777" w:rsidR="00596D4B" w:rsidRDefault="00000000">
      <w:pPr>
        <w:pStyle w:val="FieldMetadata"/>
        <w:keepNext/>
      </w:pPr>
      <w:r>
        <w:rPr>
          <w:b/>
          <w:color w:val="A12A2A"/>
        </w:rPr>
        <w:t>Short answer  |  REQUIRED</w:t>
      </w:r>
      <w:r>
        <w:rPr>
          <w:b/>
          <w:color w:val="A12A2A"/>
        </w:rPr>
        <w:br/>
      </w:r>
      <w:r>
        <w:rPr>
          <w:color w:val="6B4B00"/>
        </w:rPr>
        <w:t>Conditional: Shown when No is selected above.</w:t>
      </w:r>
    </w:p>
    <w:p w14:paraId="2FF1008A" w14:textId="77777777" w:rsidR="00596D4B" w:rsidRDefault="00000000">
      <w:pPr>
        <w:pStyle w:val="ApplicationQuestion"/>
        <w:numPr>
          <w:ilvl w:val="0"/>
          <w:numId w:val="1"/>
        </w:numPr>
      </w:pPr>
      <w:r>
        <w:t>Executive Director's Professional Bio</w:t>
      </w:r>
    </w:p>
    <w:p w14:paraId="4BAE6EF2" w14:textId="77777777" w:rsidR="00596D4B" w:rsidRDefault="00000000">
      <w:pPr>
        <w:pStyle w:val="FieldMetadata"/>
        <w:keepNext/>
      </w:pPr>
      <w:r>
        <w:t>Long answer  |  Optional</w:t>
      </w:r>
      <w:r>
        <w:br/>
      </w:r>
      <w:r>
        <w:rPr>
          <w:color w:val="6B4B00"/>
        </w:rPr>
        <w:t>Conditional: Shown when No is selected above.</w:t>
      </w:r>
    </w:p>
    <w:p w14:paraId="7DE31852" w14:textId="77777777" w:rsidR="00596D4B" w:rsidRDefault="00000000">
      <w:pPr>
        <w:pStyle w:val="ApplicationQuestion"/>
        <w:numPr>
          <w:ilvl w:val="0"/>
          <w:numId w:val="1"/>
        </w:numPr>
      </w:pPr>
      <w:r>
        <w:t>Organization</w:t>
      </w:r>
    </w:p>
    <w:p w14:paraId="0C28FCE6" w14:textId="77777777" w:rsidR="00596D4B" w:rsidRDefault="00000000">
      <w:pPr>
        <w:pStyle w:val="FieldMetadata"/>
      </w:pPr>
      <w:r>
        <w:rPr>
          <w:b/>
          <w:color w:val="A12A2A"/>
        </w:rPr>
        <w:t>Short answer; 34-character limit  |  REQUIRED</w:t>
      </w:r>
    </w:p>
    <w:p w14:paraId="1B7AC7D1" w14:textId="77777777" w:rsidR="00596D4B" w:rsidRDefault="00000000">
      <w:pPr>
        <w:pStyle w:val="ApplicationQuestion"/>
        <w:numPr>
          <w:ilvl w:val="0"/>
          <w:numId w:val="1"/>
        </w:numPr>
      </w:pPr>
      <w:r>
        <w:t>Website</w:t>
      </w:r>
    </w:p>
    <w:p w14:paraId="5050629C" w14:textId="77777777" w:rsidR="00596D4B" w:rsidRDefault="00000000">
      <w:pPr>
        <w:pStyle w:val="FieldMetadata"/>
      </w:pPr>
      <w:r>
        <w:rPr>
          <w:b/>
          <w:color w:val="A12A2A"/>
        </w:rPr>
        <w:t>Short answer  |  REQUIRED</w:t>
      </w:r>
    </w:p>
    <w:p w14:paraId="36E3D1AA" w14:textId="77777777" w:rsidR="00596D4B" w:rsidRDefault="00000000">
      <w:pPr>
        <w:pStyle w:val="ApplicationQuestion"/>
        <w:numPr>
          <w:ilvl w:val="0"/>
          <w:numId w:val="1"/>
        </w:numPr>
      </w:pPr>
      <w:r>
        <w:t>Street Address</w:t>
      </w:r>
    </w:p>
    <w:p w14:paraId="5CEF3C2D" w14:textId="77777777" w:rsidR="00596D4B" w:rsidRDefault="00000000">
      <w:pPr>
        <w:pStyle w:val="FieldMetadata"/>
      </w:pPr>
      <w:r>
        <w:rPr>
          <w:b/>
          <w:color w:val="A12A2A"/>
        </w:rPr>
        <w:t>Short answer  |  REQUIRED</w:t>
      </w:r>
    </w:p>
    <w:p w14:paraId="60E466E2" w14:textId="77777777" w:rsidR="00596D4B" w:rsidRDefault="00000000">
      <w:pPr>
        <w:pStyle w:val="ApplicationQuestion"/>
        <w:numPr>
          <w:ilvl w:val="0"/>
          <w:numId w:val="1"/>
        </w:numPr>
      </w:pPr>
      <w:r>
        <w:t>Town/City</w:t>
      </w:r>
    </w:p>
    <w:p w14:paraId="354BD274" w14:textId="77777777" w:rsidR="00596D4B" w:rsidRDefault="00000000">
      <w:pPr>
        <w:pStyle w:val="FieldMetadata"/>
      </w:pPr>
      <w:r>
        <w:rPr>
          <w:b/>
          <w:color w:val="A12A2A"/>
        </w:rPr>
        <w:t>Short answer  |  REQUIRED</w:t>
      </w:r>
    </w:p>
    <w:p w14:paraId="38D58AA0" w14:textId="77777777" w:rsidR="00596D4B" w:rsidRDefault="00000000">
      <w:pPr>
        <w:pStyle w:val="ApplicationQuestion"/>
        <w:pageBreakBefore/>
        <w:numPr>
          <w:ilvl w:val="0"/>
          <w:numId w:val="1"/>
        </w:numPr>
      </w:pPr>
      <w:r>
        <w:lastRenderedPageBreak/>
        <w:t>State</w:t>
      </w:r>
    </w:p>
    <w:p w14:paraId="7333F7D6" w14:textId="77777777" w:rsidR="00596D4B" w:rsidRDefault="00000000">
      <w:pPr>
        <w:pStyle w:val="FieldMetadata"/>
        <w:keepNext/>
      </w:pPr>
      <w:r>
        <w:rPr>
          <w:b/>
          <w:color w:val="A12A2A"/>
        </w:rPr>
        <w:t>Dropdown  |  REQUIRED</w:t>
      </w:r>
    </w:p>
    <w:p w14:paraId="2BB7B32C" w14:textId="77777777" w:rsidR="00596D4B" w:rsidRDefault="00000000">
      <w:pPr>
        <w:keepNext/>
        <w:spacing w:after="40"/>
        <w:ind w:left="720" w:hanging="360"/>
      </w:pPr>
      <w:r>
        <w:rPr>
          <w:color w:val="29343D"/>
          <w:sz w:val="20"/>
        </w:rPr>
        <w:t>▪  Alabama</w:t>
      </w:r>
    </w:p>
    <w:p w14:paraId="41615E26" w14:textId="77777777" w:rsidR="00596D4B" w:rsidRDefault="00000000">
      <w:pPr>
        <w:keepNext/>
        <w:spacing w:after="40"/>
        <w:ind w:left="720" w:hanging="360"/>
      </w:pPr>
      <w:r>
        <w:rPr>
          <w:color w:val="29343D"/>
          <w:sz w:val="20"/>
        </w:rPr>
        <w:t>▪  Alaska</w:t>
      </w:r>
    </w:p>
    <w:p w14:paraId="4F65B65D" w14:textId="77777777" w:rsidR="00596D4B" w:rsidRDefault="00000000">
      <w:pPr>
        <w:keepNext/>
        <w:spacing w:after="40"/>
        <w:ind w:left="720" w:hanging="360"/>
      </w:pPr>
      <w:r>
        <w:rPr>
          <w:color w:val="29343D"/>
          <w:sz w:val="20"/>
        </w:rPr>
        <w:t>▪  Arizona</w:t>
      </w:r>
    </w:p>
    <w:p w14:paraId="0C11F078" w14:textId="77777777" w:rsidR="00596D4B" w:rsidRDefault="00000000">
      <w:pPr>
        <w:keepNext/>
        <w:spacing w:after="40"/>
        <w:ind w:left="720" w:hanging="360"/>
      </w:pPr>
      <w:r>
        <w:rPr>
          <w:color w:val="29343D"/>
          <w:sz w:val="20"/>
        </w:rPr>
        <w:t>▪  Arkansas</w:t>
      </w:r>
    </w:p>
    <w:p w14:paraId="2742E78A" w14:textId="77777777" w:rsidR="00596D4B" w:rsidRDefault="00000000">
      <w:pPr>
        <w:keepNext/>
        <w:spacing w:after="40"/>
        <w:ind w:left="720" w:hanging="360"/>
      </w:pPr>
      <w:r>
        <w:rPr>
          <w:color w:val="29343D"/>
          <w:sz w:val="20"/>
        </w:rPr>
        <w:t>▪  California</w:t>
      </w:r>
    </w:p>
    <w:p w14:paraId="4CB95899" w14:textId="77777777" w:rsidR="00596D4B" w:rsidRDefault="00000000">
      <w:pPr>
        <w:keepNext/>
        <w:spacing w:after="40"/>
        <w:ind w:left="720" w:hanging="360"/>
      </w:pPr>
      <w:r>
        <w:rPr>
          <w:color w:val="29343D"/>
          <w:sz w:val="20"/>
        </w:rPr>
        <w:t>▪  Colorado</w:t>
      </w:r>
    </w:p>
    <w:p w14:paraId="7D88B9A6" w14:textId="77777777" w:rsidR="00596D4B" w:rsidRDefault="00000000">
      <w:pPr>
        <w:keepNext/>
        <w:spacing w:after="40"/>
        <w:ind w:left="720" w:hanging="360"/>
      </w:pPr>
      <w:r>
        <w:rPr>
          <w:color w:val="29343D"/>
          <w:sz w:val="20"/>
        </w:rPr>
        <w:t>▪  Connecticut</w:t>
      </w:r>
    </w:p>
    <w:p w14:paraId="01470DDE" w14:textId="77777777" w:rsidR="00596D4B" w:rsidRDefault="00000000">
      <w:pPr>
        <w:keepNext/>
        <w:spacing w:after="40"/>
        <w:ind w:left="720" w:hanging="360"/>
      </w:pPr>
      <w:r>
        <w:rPr>
          <w:color w:val="29343D"/>
          <w:sz w:val="20"/>
        </w:rPr>
        <w:t>▪  Delaware</w:t>
      </w:r>
    </w:p>
    <w:p w14:paraId="1DEBBB2B" w14:textId="77777777" w:rsidR="00596D4B" w:rsidRDefault="00000000">
      <w:pPr>
        <w:keepNext/>
        <w:spacing w:after="40"/>
        <w:ind w:left="720" w:hanging="360"/>
      </w:pPr>
      <w:r>
        <w:rPr>
          <w:color w:val="29343D"/>
          <w:sz w:val="20"/>
        </w:rPr>
        <w:t>▪  District Of Columbia</w:t>
      </w:r>
    </w:p>
    <w:p w14:paraId="777818F7" w14:textId="77777777" w:rsidR="00596D4B" w:rsidRDefault="00000000">
      <w:pPr>
        <w:keepNext/>
        <w:spacing w:after="40"/>
        <w:ind w:left="720" w:hanging="360"/>
      </w:pPr>
      <w:r>
        <w:rPr>
          <w:color w:val="29343D"/>
          <w:sz w:val="20"/>
        </w:rPr>
        <w:t>▪  Florida</w:t>
      </w:r>
    </w:p>
    <w:p w14:paraId="5562B7D9" w14:textId="77777777" w:rsidR="00596D4B" w:rsidRDefault="00000000">
      <w:pPr>
        <w:keepNext/>
        <w:spacing w:after="40"/>
        <w:ind w:left="720" w:hanging="360"/>
      </w:pPr>
      <w:r>
        <w:rPr>
          <w:color w:val="29343D"/>
          <w:sz w:val="20"/>
        </w:rPr>
        <w:t>▪  Georgia</w:t>
      </w:r>
    </w:p>
    <w:p w14:paraId="4733E8A8" w14:textId="77777777" w:rsidR="00596D4B" w:rsidRDefault="00000000">
      <w:pPr>
        <w:keepNext/>
        <w:spacing w:after="40"/>
        <w:ind w:left="720" w:hanging="360"/>
      </w:pPr>
      <w:r>
        <w:rPr>
          <w:color w:val="29343D"/>
          <w:sz w:val="20"/>
        </w:rPr>
        <w:t>▪  Hawaii</w:t>
      </w:r>
    </w:p>
    <w:p w14:paraId="2D71534B" w14:textId="77777777" w:rsidR="00596D4B" w:rsidRDefault="00000000">
      <w:pPr>
        <w:keepNext/>
        <w:spacing w:after="40"/>
        <w:ind w:left="720" w:hanging="360"/>
      </w:pPr>
      <w:r>
        <w:rPr>
          <w:color w:val="29343D"/>
          <w:sz w:val="20"/>
        </w:rPr>
        <w:t>▪  Idaho</w:t>
      </w:r>
    </w:p>
    <w:p w14:paraId="6F952B0D" w14:textId="77777777" w:rsidR="00596D4B" w:rsidRDefault="00000000">
      <w:pPr>
        <w:keepNext/>
        <w:spacing w:after="40"/>
        <w:ind w:left="720" w:hanging="360"/>
      </w:pPr>
      <w:r>
        <w:rPr>
          <w:color w:val="29343D"/>
          <w:sz w:val="20"/>
        </w:rPr>
        <w:t>▪  Illinois</w:t>
      </w:r>
    </w:p>
    <w:p w14:paraId="48A18483" w14:textId="77777777" w:rsidR="00596D4B" w:rsidRDefault="00000000">
      <w:pPr>
        <w:keepNext/>
        <w:spacing w:after="40"/>
        <w:ind w:left="720" w:hanging="360"/>
      </w:pPr>
      <w:r>
        <w:rPr>
          <w:color w:val="29343D"/>
          <w:sz w:val="20"/>
        </w:rPr>
        <w:t>▪  Indiana</w:t>
      </w:r>
    </w:p>
    <w:p w14:paraId="776579EA" w14:textId="77777777" w:rsidR="00596D4B" w:rsidRDefault="00000000">
      <w:pPr>
        <w:keepNext/>
        <w:spacing w:after="40"/>
        <w:ind w:left="720" w:hanging="360"/>
      </w:pPr>
      <w:r>
        <w:rPr>
          <w:color w:val="29343D"/>
          <w:sz w:val="20"/>
        </w:rPr>
        <w:t>▪  Iowa</w:t>
      </w:r>
    </w:p>
    <w:p w14:paraId="0B030E88" w14:textId="77777777" w:rsidR="00596D4B" w:rsidRDefault="00000000">
      <w:pPr>
        <w:keepNext/>
        <w:spacing w:after="40"/>
        <w:ind w:left="720" w:hanging="360"/>
      </w:pPr>
      <w:r>
        <w:rPr>
          <w:color w:val="29343D"/>
          <w:sz w:val="20"/>
        </w:rPr>
        <w:t>▪  Kansas</w:t>
      </w:r>
    </w:p>
    <w:p w14:paraId="0F512916" w14:textId="77777777" w:rsidR="00596D4B" w:rsidRDefault="00000000">
      <w:pPr>
        <w:keepNext/>
        <w:spacing w:after="40"/>
        <w:ind w:left="720" w:hanging="360"/>
      </w:pPr>
      <w:r>
        <w:rPr>
          <w:color w:val="29343D"/>
          <w:sz w:val="20"/>
        </w:rPr>
        <w:t>▪  Kentucky</w:t>
      </w:r>
    </w:p>
    <w:p w14:paraId="37A1F4E1" w14:textId="77777777" w:rsidR="00596D4B" w:rsidRDefault="00000000">
      <w:pPr>
        <w:keepNext/>
        <w:spacing w:after="40"/>
        <w:ind w:left="720" w:hanging="360"/>
      </w:pPr>
      <w:r>
        <w:rPr>
          <w:color w:val="29343D"/>
          <w:sz w:val="20"/>
        </w:rPr>
        <w:t>▪  Louisiana</w:t>
      </w:r>
    </w:p>
    <w:p w14:paraId="5B3C24F1" w14:textId="77777777" w:rsidR="00596D4B" w:rsidRDefault="00000000">
      <w:pPr>
        <w:keepNext/>
        <w:spacing w:after="40"/>
        <w:ind w:left="720" w:hanging="360"/>
      </w:pPr>
      <w:r>
        <w:rPr>
          <w:color w:val="29343D"/>
          <w:sz w:val="20"/>
        </w:rPr>
        <w:t>▪  Maine</w:t>
      </w:r>
    </w:p>
    <w:p w14:paraId="2D621D26" w14:textId="77777777" w:rsidR="00596D4B" w:rsidRDefault="00000000">
      <w:pPr>
        <w:keepNext/>
        <w:spacing w:after="40"/>
        <w:ind w:left="720" w:hanging="360"/>
      </w:pPr>
      <w:r>
        <w:rPr>
          <w:color w:val="29343D"/>
          <w:sz w:val="20"/>
        </w:rPr>
        <w:t>▪  Maryland</w:t>
      </w:r>
    </w:p>
    <w:p w14:paraId="28050E5A" w14:textId="77777777" w:rsidR="00596D4B" w:rsidRDefault="00000000">
      <w:pPr>
        <w:keepNext/>
        <w:spacing w:after="40"/>
        <w:ind w:left="720" w:hanging="360"/>
      </w:pPr>
      <w:r>
        <w:rPr>
          <w:color w:val="29343D"/>
          <w:sz w:val="20"/>
        </w:rPr>
        <w:t>▪  Massachusetts</w:t>
      </w:r>
    </w:p>
    <w:p w14:paraId="65045A7A" w14:textId="77777777" w:rsidR="00596D4B" w:rsidRDefault="00000000">
      <w:pPr>
        <w:keepNext/>
        <w:spacing w:after="40"/>
        <w:ind w:left="720" w:hanging="360"/>
      </w:pPr>
      <w:r>
        <w:rPr>
          <w:color w:val="29343D"/>
          <w:sz w:val="20"/>
        </w:rPr>
        <w:t>▪  Michigan</w:t>
      </w:r>
    </w:p>
    <w:p w14:paraId="730FD49B" w14:textId="77777777" w:rsidR="00596D4B" w:rsidRDefault="00000000">
      <w:pPr>
        <w:keepNext/>
        <w:spacing w:after="40"/>
        <w:ind w:left="720" w:hanging="360"/>
      </w:pPr>
      <w:r>
        <w:rPr>
          <w:color w:val="29343D"/>
          <w:sz w:val="20"/>
        </w:rPr>
        <w:t>▪  Minnesota</w:t>
      </w:r>
    </w:p>
    <w:p w14:paraId="415C39CA" w14:textId="77777777" w:rsidR="00596D4B" w:rsidRDefault="00000000">
      <w:pPr>
        <w:keepNext/>
        <w:spacing w:after="40"/>
        <w:ind w:left="720" w:hanging="360"/>
      </w:pPr>
      <w:r>
        <w:rPr>
          <w:color w:val="29343D"/>
          <w:sz w:val="20"/>
        </w:rPr>
        <w:t>▪  Mississippi</w:t>
      </w:r>
    </w:p>
    <w:p w14:paraId="0A21E16A" w14:textId="77777777" w:rsidR="00596D4B" w:rsidRDefault="00000000">
      <w:pPr>
        <w:keepNext/>
        <w:spacing w:after="40"/>
        <w:ind w:left="720" w:hanging="360"/>
      </w:pPr>
      <w:r>
        <w:rPr>
          <w:color w:val="29343D"/>
          <w:sz w:val="20"/>
        </w:rPr>
        <w:t>▪  Missouri</w:t>
      </w:r>
    </w:p>
    <w:p w14:paraId="50D1499E" w14:textId="77777777" w:rsidR="00596D4B" w:rsidRDefault="00000000">
      <w:pPr>
        <w:keepNext/>
        <w:spacing w:after="40"/>
        <w:ind w:left="720" w:hanging="360"/>
      </w:pPr>
      <w:r>
        <w:rPr>
          <w:color w:val="29343D"/>
          <w:sz w:val="20"/>
        </w:rPr>
        <w:t>▪  Montana</w:t>
      </w:r>
    </w:p>
    <w:p w14:paraId="08020F63" w14:textId="77777777" w:rsidR="00596D4B" w:rsidRDefault="00000000">
      <w:pPr>
        <w:keepNext/>
        <w:spacing w:after="40"/>
        <w:ind w:left="720" w:hanging="360"/>
      </w:pPr>
      <w:r>
        <w:rPr>
          <w:color w:val="29343D"/>
          <w:sz w:val="20"/>
        </w:rPr>
        <w:t>▪  Nebraska</w:t>
      </w:r>
    </w:p>
    <w:p w14:paraId="52150C66" w14:textId="77777777" w:rsidR="00596D4B" w:rsidRDefault="00000000">
      <w:pPr>
        <w:keepNext/>
        <w:spacing w:after="40"/>
        <w:ind w:left="720" w:hanging="360"/>
      </w:pPr>
      <w:r>
        <w:rPr>
          <w:color w:val="29343D"/>
          <w:sz w:val="20"/>
        </w:rPr>
        <w:t>▪  Nevada</w:t>
      </w:r>
    </w:p>
    <w:p w14:paraId="0C89912E" w14:textId="77777777" w:rsidR="00596D4B" w:rsidRDefault="00000000">
      <w:pPr>
        <w:keepNext/>
        <w:spacing w:after="40"/>
        <w:ind w:left="720" w:hanging="360"/>
      </w:pPr>
      <w:r>
        <w:rPr>
          <w:color w:val="29343D"/>
          <w:sz w:val="20"/>
        </w:rPr>
        <w:t>▪  New Hampshire</w:t>
      </w:r>
    </w:p>
    <w:p w14:paraId="14934950" w14:textId="77777777" w:rsidR="00596D4B" w:rsidRDefault="00000000">
      <w:pPr>
        <w:keepNext/>
        <w:spacing w:after="40"/>
        <w:ind w:left="720" w:hanging="360"/>
      </w:pPr>
      <w:r>
        <w:rPr>
          <w:color w:val="29343D"/>
          <w:sz w:val="20"/>
        </w:rPr>
        <w:t>▪  New Jersey</w:t>
      </w:r>
    </w:p>
    <w:p w14:paraId="71702CFE" w14:textId="77777777" w:rsidR="00596D4B" w:rsidRDefault="00000000">
      <w:pPr>
        <w:spacing w:after="40"/>
        <w:ind w:left="720" w:hanging="360"/>
      </w:pPr>
      <w:r>
        <w:rPr>
          <w:color w:val="29343D"/>
          <w:sz w:val="20"/>
        </w:rPr>
        <w:t>▪  New Mexico</w:t>
      </w:r>
    </w:p>
    <w:p w14:paraId="777B0F8B" w14:textId="77777777" w:rsidR="00596D4B" w:rsidRDefault="00000000">
      <w:pPr>
        <w:keepNext/>
        <w:pageBreakBefore/>
        <w:spacing w:after="80"/>
      </w:pPr>
      <w:r>
        <w:rPr>
          <w:b/>
          <w:i/>
          <w:color w:val="66727D"/>
          <w:sz w:val="20"/>
        </w:rPr>
        <w:lastRenderedPageBreak/>
        <w:t>State options (continued)</w:t>
      </w:r>
    </w:p>
    <w:p w14:paraId="471050B1" w14:textId="77777777" w:rsidR="00596D4B" w:rsidRDefault="00000000">
      <w:pPr>
        <w:keepNext/>
        <w:spacing w:after="40"/>
        <w:ind w:left="720" w:hanging="360"/>
      </w:pPr>
      <w:r>
        <w:rPr>
          <w:color w:val="29343D"/>
          <w:sz w:val="20"/>
        </w:rPr>
        <w:t>▪  New York</w:t>
      </w:r>
    </w:p>
    <w:p w14:paraId="57F46041" w14:textId="77777777" w:rsidR="00596D4B" w:rsidRDefault="00000000">
      <w:pPr>
        <w:keepNext/>
        <w:spacing w:after="40"/>
        <w:ind w:left="720" w:hanging="360"/>
      </w:pPr>
      <w:r>
        <w:rPr>
          <w:color w:val="29343D"/>
          <w:sz w:val="20"/>
        </w:rPr>
        <w:t>▪  North Carolina</w:t>
      </w:r>
    </w:p>
    <w:p w14:paraId="551D822B" w14:textId="77777777" w:rsidR="00596D4B" w:rsidRDefault="00000000">
      <w:pPr>
        <w:keepNext/>
        <w:spacing w:after="40"/>
        <w:ind w:left="720" w:hanging="360"/>
      </w:pPr>
      <w:r>
        <w:rPr>
          <w:color w:val="29343D"/>
          <w:sz w:val="20"/>
        </w:rPr>
        <w:t>▪  North Dakota</w:t>
      </w:r>
    </w:p>
    <w:p w14:paraId="68177C51" w14:textId="77777777" w:rsidR="00596D4B" w:rsidRDefault="00000000">
      <w:pPr>
        <w:keepNext/>
        <w:spacing w:after="40"/>
        <w:ind w:left="720" w:hanging="360"/>
      </w:pPr>
      <w:r>
        <w:rPr>
          <w:color w:val="29343D"/>
          <w:sz w:val="20"/>
        </w:rPr>
        <w:t>▪  Ohio</w:t>
      </w:r>
    </w:p>
    <w:p w14:paraId="68092151" w14:textId="77777777" w:rsidR="00596D4B" w:rsidRDefault="00000000">
      <w:pPr>
        <w:keepNext/>
        <w:spacing w:after="40"/>
        <w:ind w:left="720" w:hanging="360"/>
      </w:pPr>
      <w:r>
        <w:rPr>
          <w:color w:val="29343D"/>
          <w:sz w:val="20"/>
        </w:rPr>
        <w:t>▪  Oklahoma</w:t>
      </w:r>
    </w:p>
    <w:p w14:paraId="414FFDDD" w14:textId="77777777" w:rsidR="00596D4B" w:rsidRDefault="00000000">
      <w:pPr>
        <w:keepNext/>
        <w:spacing w:after="40"/>
        <w:ind w:left="720" w:hanging="360"/>
      </w:pPr>
      <w:r>
        <w:rPr>
          <w:color w:val="29343D"/>
          <w:sz w:val="20"/>
        </w:rPr>
        <w:t>▪  Oregon</w:t>
      </w:r>
    </w:p>
    <w:p w14:paraId="34CACE2B" w14:textId="77777777" w:rsidR="00596D4B" w:rsidRDefault="00000000">
      <w:pPr>
        <w:keepNext/>
        <w:spacing w:after="40"/>
        <w:ind w:left="720" w:hanging="360"/>
      </w:pPr>
      <w:r>
        <w:rPr>
          <w:color w:val="29343D"/>
          <w:sz w:val="20"/>
        </w:rPr>
        <w:t>▪  Pennsylvania</w:t>
      </w:r>
    </w:p>
    <w:p w14:paraId="63541B04" w14:textId="77777777" w:rsidR="00596D4B" w:rsidRDefault="00000000">
      <w:pPr>
        <w:keepNext/>
        <w:spacing w:after="40"/>
        <w:ind w:left="720" w:hanging="360"/>
      </w:pPr>
      <w:r>
        <w:rPr>
          <w:color w:val="29343D"/>
          <w:sz w:val="20"/>
        </w:rPr>
        <w:t>▪  Rhode Island</w:t>
      </w:r>
    </w:p>
    <w:p w14:paraId="2C9D48AA" w14:textId="77777777" w:rsidR="00596D4B" w:rsidRDefault="00000000">
      <w:pPr>
        <w:keepNext/>
        <w:spacing w:after="40"/>
        <w:ind w:left="720" w:hanging="360"/>
      </w:pPr>
      <w:r>
        <w:rPr>
          <w:color w:val="29343D"/>
          <w:sz w:val="20"/>
        </w:rPr>
        <w:t>▪  South Carolina</w:t>
      </w:r>
    </w:p>
    <w:p w14:paraId="28F95DED" w14:textId="77777777" w:rsidR="00596D4B" w:rsidRDefault="00000000">
      <w:pPr>
        <w:keepNext/>
        <w:spacing w:after="40"/>
        <w:ind w:left="720" w:hanging="360"/>
      </w:pPr>
      <w:r>
        <w:rPr>
          <w:color w:val="29343D"/>
          <w:sz w:val="20"/>
        </w:rPr>
        <w:t>▪  South Dakota</w:t>
      </w:r>
    </w:p>
    <w:p w14:paraId="01952179" w14:textId="77777777" w:rsidR="00596D4B" w:rsidRDefault="00000000">
      <w:pPr>
        <w:keepNext/>
        <w:spacing w:after="40"/>
        <w:ind w:left="720" w:hanging="360"/>
      </w:pPr>
      <w:r>
        <w:rPr>
          <w:color w:val="29343D"/>
          <w:sz w:val="20"/>
        </w:rPr>
        <w:t>▪  Tennessee</w:t>
      </w:r>
    </w:p>
    <w:p w14:paraId="5131C04D" w14:textId="77777777" w:rsidR="00596D4B" w:rsidRDefault="00000000">
      <w:pPr>
        <w:keepNext/>
        <w:spacing w:after="40"/>
        <w:ind w:left="720" w:hanging="360"/>
      </w:pPr>
      <w:r>
        <w:rPr>
          <w:color w:val="29343D"/>
          <w:sz w:val="20"/>
        </w:rPr>
        <w:t>▪  Texas</w:t>
      </w:r>
    </w:p>
    <w:p w14:paraId="7CAB1D4A" w14:textId="77777777" w:rsidR="00596D4B" w:rsidRDefault="00000000">
      <w:pPr>
        <w:keepNext/>
        <w:spacing w:after="40"/>
        <w:ind w:left="720" w:hanging="360"/>
      </w:pPr>
      <w:r>
        <w:rPr>
          <w:color w:val="29343D"/>
          <w:sz w:val="20"/>
        </w:rPr>
        <w:t>▪  Utah</w:t>
      </w:r>
    </w:p>
    <w:p w14:paraId="4B8FAAF3" w14:textId="77777777" w:rsidR="00596D4B" w:rsidRDefault="00000000">
      <w:pPr>
        <w:keepNext/>
        <w:spacing w:after="40"/>
        <w:ind w:left="720" w:hanging="360"/>
      </w:pPr>
      <w:r>
        <w:rPr>
          <w:color w:val="29343D"/>
          <w:sz w:val="20"/>
        </w:rPr>
        <w:t>▪  Vermont</w:t>
      </w:r>
    </w:p>
    <w:p w14:paraId="619E0AE9" w14:textId="77777777" w:rsidR="00596D4B" w:rsidRDefault="00000000">
      <w:pPr>
        <w:keepNext/>
        <w:spacing w:after="40"/>
        <w:ind w:left="720" w:hanging="360"/>
      </w:pPr>
      <w:r>
        <w:rPr>
          <w:color w:val="29343D"/>
          <w:sz w:val="20"/>
        </w:rPr>
        <w:t>▪  Virginia</w:t>
      </w:r>
    </w:p>
    <w:p w14:paraId="0715764C" w14:textId="77777777" w:rsidR="00596D4B" w:rsidRDefault="00000000">
      <w:pPr>
        <w:keepNext/>
        <w:spacing w:after="40"/>
        <w:ind w:left="720" w:hanging="360"/>
      </w:pPr>
      <w:r>
        <w:rPr>
          <w:color w:val="29343D"/>
          <w:sz w:val="20"/>
        </w:rPr>
        <w:t>▪  Washington</w:t>
      </w:r>
    </w:p>
    <w:p w14:paraId="5D67F96E" w14:textId="77777777" w:rsidR="00596D4B" w:rsidRDefault="00000000">
      <w:pPr>
        <w:keepNext/>
        <w:spacing w:after="40"/>
        <w:ind w:left="720" w:hanging="360"/>
      </w:pPr>
      <w:r>
        <w:rPr>
          <w:color w:val="29343D"/>
          <w:sz w:val="20"/>
        </w:rPr>
        <w:t>▪  West Virginia</w:t>
      </w:r>
    </w:p>
    <w:p w14:paraId="78D8D729" w14:textId="77777777" w:rsidR="00596D4B" w:rsidRDefault="00000000">
      <w:pPr>
        <w:keepNext/>
        <w:spacing w:after="40"/>
        <w:ind w:left="720" w:hanging="360"/>
      </w:pPr>
      <w:r>
        <w:rPr>
          <w:color w:val="29343D"/>
          <w:sz w:val="20"/>
        </w:rPr>
        <w:t>▪  Wisconsin</w:t>
      </w:r>
    </w:p>
    <w:p w14:paraId="31C336CF" w14:textId="77777777" w:rsidR="00596D4B" w:rsidRDefault="00000000">
      <w:pPr>
        <w:keepNext/>
        <w:spacing w:after="40"/>
        <w:ind w:left="720" w:hanging="360"/>
      </w:pPr>
      <w:r>
        <w:rPr>
          <w:color w:val="29343D"/>
          <w:sz w:val="20"/>
        </w:rPr>
        <w:t>▪  Wyoming</w:t>
      </w:r>
    </w:p>
    <w:p w14:paraId="291A60DE" w14:textId="77777777" w:rsidR="00596D4B" w:rsidRDefault="00000000">
      <w:pPr>
        <w:keepNext/>
        <w:spacing w:after="40"/>
        <w:ind w:left="720" w:hanging="360"/>
      </w:pPr>
      <w:r>
        <w:rPr>
          <w:color w:val="29343D"/>
          <w:sz w:val="20"/>
        </w:rPr>
        <w:t>▪  Puerto Rico</w:t>
      </w:r>
    </w:p>
    <w:p w14:paraId="7402EAEE" w14:textId="77777777" w:rsidR="00596D4B" w:rsidRDefault="00000000">
      <w:pPr>
        <w:keepNext/>
        <w:spacing w:after="40"/>
        <w:ind w:left="720" w:hanging="360"/>
      </w:pPr>
      <w:r>
        <w:rPr>
          <w:color w:val="29343D"/>
          <w:sz w:val="20"/>
        </w:rPr>
        <w:t>▪  Virgin Island</w:t>
      </w:r>
    </w:p>
    <w:p w14:paraId="2EFB94D6" w14:textId="77777777" w:rsidR="00596D4B" w:rsidRDefault="00000000">
      <w:pPr>
        <w:keepNext/>
        <w:spacing w:after="40"/>
        <w:ind w:left="720" w:hanging="360"/>
      </w:pPr>
      <w:r>
        <w:rPr>
          <w:color w:val="29343D"/>
          <w:sz w:val="20"/>
        </w:rPr>
        <w:t>▪  Northern Mariana Islands</w:t>
      </w:r>
    </w:p>
    <w:p w14:paraId="0489B0A2" w14:textId="77777777" w:rsidR="00596D4B" w:rsidRDefault="00000000">
      <w:pPr>
        <w:keepNext/>
        <w:spacing w:after="40"/>
        <w:ind w:left="720" w:hanging="360"/>
      </w:pPr>
      <w:r>
        <w:rPr>
          <w:color w:val="29343D"/>
          <w:sz w:val="20"/>
        </w:rPr>
        <w:t>▪  Guam</w:t>
      </w:r>
    </w:p>
    <w:p w14:paraId="3149F6FE" w14:textId="77777777" w:rsidR="00596D4B" w:rsidRDefault="00000000">
      <w:pPr>
        <w:keepNext/>
        <w:spacing w:after="40"/>
        <w:ind w:left="720" w:hanging="360"/>
      </w:pPr>
      <w:r>
        <w:rPr>
          <w:color w:val="29343D"/>
          <w:sz w:val="20"/>
        </w:rPr>
        <w:t>▪  American Samoa</w:t>
      </w:r>
    </w:p>
    <w:p w14:paraId="7D953454" w14:textId="77777777" w:rsidR="00596D4B" w:rsidRDefault="00000000">
      <w:pPr>
        <w:spacing w:after="40"/>
        <w:ind w:left="720" w:hanging="360"/>
      </w:pPr>
      <w:r>
        <w:rPr>
          <w:color w:val="29343D"/>
          <w:sz w:val="20"/>
        </w:rPr>
        <w:t>▪  Palau</w:t>
      </w:r>
    </w:p>
    <w:p w14:paraId="60057459" w14:textId="77777777" w:rsidR="00596D4B" w:rsidRDefault="00000000">
      <w:pPr>
        <w:pStyle w:val="ApplicationQuestion"/>
        <w:numPr>
          <w:ilvl w:val="0"/>
          <w:numId w:val="1"/>
        </w:numPr>
      </w:pPr>
      <w:r>
        <w:t>Zipcode</w:t>
      </w:r>
    </w:p>
    <w:p w14:paraId="4C4D61A8" w14:textId="77777777" w:rsidR="00596D4B" w:rsidRDefault="00000000">
      <w:pPr>
        <w:pStyle w:val="FieldMetadata"/>
      </w:pPr>
      <w:r>
        <w:rPr>
          <w:b/>
          <w:color w:val="A12A2A"/>
        </w:rPr>
        <w:t>Short answer  |  REQUIRED</w:t>
      </w:r>
    </w:p>
    <w:p w14:paraId="4FA85660" w14:textId="77777777" w:rsidR="00596D4B" w:rsidRDefault="00000000">
      <w:pPr>
        <w:pStyle w:val="ApplicationQuestion"/>
        <w:numPr>
          <w:ilvl w:val="0"/>
          <w:numId w:val="1"/>
        </w:numPr>
      </w:pPr>
      <w:r>
        <w:t>EIN</w:t>
      </w:r>
    </w:p>
    <w:p w14:paraId="080693BE" w14:textId="77777777" w:rsidR="00596D4B" w:rsidRDefault="00000000">
      <w:pPr>
        <w:pStyle w:val="FieldMetadata"/>
      </w:pPr>
      <w:r>
        <w:rPr>
          <w:b/>
          <w:color w:val="A12A2A"/>
        </w:rPr>
        <w:t>Short answer; no hyphens  |  REQUIRED</w:t>
      </w:r>
    </w:p>
    <w:p w14:paraId="7F5EA4F4" w14:textId="77777777" w:rsidR="00596D4B" w:rsidRDefault="00000000">
      <w:pPr>
        <w:pStyle w:val="ApplicationQuestion"/>
        <w:numPr>
          <w:ilvl w:val="0"/>
          <w:numId w:val="1"/>
        </w:numPr>
      </w:pPr>
      <w:r>
        <w:t>Please briefly describe the organization's mission and core programs/services.</w:t>
      </w:r>
    </w:p>
    <w:p w14:paraId="6CEB2909" w14:textId="77777777" w:rsidR="00596D4B" w:rsidRDefault="00000000">
      <w:pPr>
        <w:pStyle w:val="FieldMetadata"/>
      </w:pPr>
      <w:r>
        <w:rPr>
          <w:b/>
          <w:color w:val="A12A2A"/>
        </w:rPr>
        <w:t>Long answer  |  REQUIRED</w:t>
      </w:r>
    </w:p>
    <w:p w14:paraId="14923CFA" w14:textId="77777777" w:rsidR="00596D4B" w:rsidRDefault="00000000">
      <w:pPr>
        <w:pStyle w:val="Heading1"/>
      </w:pPr>
      <w:r>
        <w:t>Organization 3 - Financial Information</w:t>
      </w:r>
    </w:p>
    <w:tbl>
      <w:tblPr>
        <w:tblStyle w:val="TableGrid"/>
        <w:tblW w:w="9360" w:type="dxa"/>
        <w:tblInd w:w="120" w:type="dxa"/>
        <w:tblLayout w:type="fixed"/>
        <w:tblLook w:val="04A0" w:firstRow="1" w:lastRow="0" w:firstColumn="1" w:lastColumn="0" w:noHBand="0" w:noVBand="1"/>
      </w:tblPr>
      <w:tblGrid>
        <w:gridCol w:w="9360"/>
      </w:tblGrid>
      <w:tr w:rsidR="00596D4B" w14:paraId="509088EF" w14:textId="77777777">
        <w:tc>
          <w:tcPr>
            <w:tcW w:w="9360" w:type="dxa"/>
            <w:shd w:val="clear" w:color="auto" w:fill="FFF4D6"/>
            <w:tcMar>
              <w:top w:w="90" w:type="dxa"/>
              <w:left w:w="140" w:type="dxa"/>
              <w:bottom w:w="90" w:type="dxa"/>
              <w:right w:w="140" w:type="dxa"/>
            </w:tcMar>
          </w:tcPr>
          <w:p w14:paraId="4939FC4A" w14:textId="77777777" w:rsidR="00596D4B" w:rsidRDefault="00000000">
            <w:r>
              <w:rPr>
                <w:b/>
                <w:color w:val="6B4B00"/>
                <w:sz w:val="19"/>
              </w:rPr>
              <w:t>Shown when 3 or 4 or more organizations are selected.</w:t>
            </w:r>
          </w:p>
        </w:tc>
      </w:tr>
    </w:tbl>
    <w:p w14:paraId="53E221CC" w14:textId="77777777" w:rsidR="00596D4B" w:rsidRDefault="00000000">
      <w:pPr>
        <w:pStyle w:val="ApplicationQuestion"/>
        <w:numPr>
          <w:ilvl w:val="0"/>
          <w:numId w:val="1"/>
        </w:numPr>
      </w:pPr>
      <w:r>
        <w:lastRenderedPageBreak/>
        <w:t>What type of organization is it?</w:t>
      </w:r>
    </w:p>
    <w:p w14:paraId="25377B4F" w14:textId="77777777" w:rsidR="00596D4B" w:rsidRDefault="00000000">
      <w:pPr>
        <w:pStyle w:val="FieldMetadata"/>
        <w:keepNext/>
      </w:pPr>
      <w:r>
        <w:rPr>
          <w:b/>
          <w:color w:val="A12A2A"/>
        </w:rPr>
        <w:t>Checkboxes  |  REQUIRED</w:t>
      </w:r>
    </w:p>
    <w:p w14:paraId="5C824443" w14:textId="77777777" w:rsidR="00596D4B" w:rsidRDefault="00000000">
      <w:pPr>
        <w:keepNext/>
        <w:spacing w:after="40"/>
        <w:ind w:left="720" w:hanging="360"/>
      </w:pPr>
      <w:r>
        <w:rPr>
          <w:color w:val="29343D"/>
          <w:sz w:val="20"/>
        </w:rPr>
        <w:t>▪  501(c)(3) - Registered</w:t>
      </w:r>
    </w:p>
    <w:p w14:paraId="0C81B1E2" w14:textId="77777777" w:rsidR="00596D4B" w:rsidRDefault="00000000">
      <w:pPr>
        <w:keepNext/>
        <w:spacing w:after="40"/>
        <w:ind w:left="720" w:hanging="360"/>
      </w:pPr>
      <w:r>
        <w:rPr>
          <w:color w:val="29343D"/>
          <w:sz w:val="20"/>
        </w:rPr>
        <w:t>▪  501(c)(3) - Pending</w:t>
      </w:r>
    </w:p>
    <w:p w14:paraId="6691E206" w14:textId="77777777" w:rsidR="00596D4B" w:rsidRDefault="00000000">
      <w:pPr>
        <w:keepNext/>
        <w:spacing w:after="40"/>
        <w:ind w:left="720" w:hanging="360"/>
      </w:pPr>
      <w:r>
        <w:rPr>
          <w:color w:val="29343D"/>
          <w:sz w:val="20"/>
        </w:rPr>
        <w:t>▪  501(c)(4)</w:t>
      </w:r>
    </w:p>
    <w:p w14:paraId="0598DF7E" w14:textId="77777777" w:rsidR="00596D4B" w:rsidRDefault="00000000">
      <w:pPr>
        <w:keepNext/>
        <w:spacing w:after="40"/>
        <w:ind w:left="720" w:hanging="360"/>
      </w:pPr>
      <w:r>
        <w:rPr>
          <w:color w:val="29343D"/>
          <w:sz w:val="20"/>
        </w:rPr>
        <w:t>▪  B-Corp</w:t>
      </w:r>
    </w:p>
    <w:p w14:paraId="54C29A0C" w14:textId="77777777" w:rsidR="00596D4B" w:rsidRDefault="00000000">
      <w:pPr>
        <w:keepNext/>
        <w:spacing w:after="40"/>
        <w:ind w:left="720" w:hanging="360"/>
      </w:pPr>
      <w:r>
        <w:rPr>
          <w:color w:val="29343D"/>
          <w:sz w:val="20"/>
        </w:rPr>
        <w:t>▪  Fiscally-sponsored entity</w:t>
      </w:r>
    </w:p>
    <w:p w14:paraId="489C9DD1" w14:textId="77777777" w:rsidR="00596D4B" w:rsidRDefault="00000000">
      <w:pPr>
        <w:keepNext/>
        <w:spacing w:after="40"/>
        <w:ind w:left="720" w:hanging="360"/>
      </w:pPr>
      <w:r>
        <w:rPr>
          <w:color w:val="29343D"/>
          <w:sz w:val="20"/>
        </w:rPr>
        <w:t>▪  Foundation</w:t>
      </w:r>
    </w:p>
    <w:p w14:paraId="3B5F4480" w14:textId="77777777" w:rsidR="00596D4B" w:rsidRDefault="00000000">
      <w:pPr>
        <w:keepNext/>
        <w:spacing w:after="40"/>
        <w:ind w:left="720" w:hanging="360"/>
      </w:pPr>
      <w:r>
        <w:rPr>
          <w:color w:val="29343D"/>
          <w:sz w:val="20"/>
        </w:rPr>
        <w:t>▪  Collaborative/Association</w:t>
      </w:r>
    </w:p>
    <w:p w14:paraId="50D3B9B7" w14:textId="77777777" w:rsidR="00596D4B" w:rsidRDefault="00000000">
      <w:pPr>
        <w:spacing w:after="40"/>
        <w:ind w:left="720" w:hanging="360"/>
      </w:pPr>
      <w:r>
        <w:rPr>
          <w:color w:val="29343D"/>
          <w:sz w:val="20"/>
        </w:rPr>
        <w:t>▪  Other</w:t>
      </w:r>
    </w:p>
    <w:p w14:paraId="65888BCD" w14:textId="77777777" w:rsidR="00596D4B" w:rsidRDefault="00000000">
      <w:pPr>
        <w:pStyle w:val="ApplicationQuestion"/>
        <w:numPr>
          <w:ilvl w:val="0"/>
          <w:numId w:val="1"/>
        </w:numPr>
      </w:pPr>
      <w:r>
        <w:t>If 'Other', please explain.</w:t>
      </w:r>
    </w:p>
    <w:p w14:paraId="42682E02" w14:textId="77777777" w:rsidR="00596D4B" w:rsidRDefault="00000000">
      <w:pPr>
        <w:pStyle w:val="FieldMetadata"/>
        <w:keepNext/>
      </w:pPr>
      <w:r>
        <w:t>Long answer  |  Optional</w:t>
      </w:r>
      <w:r>
        <w:br/>
      </w:r>
      <w:r>
        <w:rPr>
          <w:color w:val="6B4B00"/>
        </w:rPr>
        <w:t>Conditional: Shown when Other is selected above.</w:t>
      </w:r>
    </w:p>
    <w:p w14:paraId="31B9EA34" w14:textId="77777777" w:rsidR="00596D4B" w:rsidRDefault="00000000">
      <w:pPr>
        <w:pStyle w:val="ApplicationQuestion"/>
        <w:numPr>
          <w:ilvl w:val="0"/>
          <w:numId w:val="1"/>
        </w:numPr>
      </w:pPr>
      <w:r>
        <w:t>If 'Fiscally-sponsored entity', please explain the relationship.</w:t>
      </w:r>
    </w:p>
    <w:p w14:paraId="445AA0CF" w14:textId="77777777" w:rsidR="00596D4B" w:rsidRDefault="00000000">
      <w:pPr>
        <w:pStyle w:val="FieldMetadata"/>
        <w:keepNext/>
      </w:pPr>
      <w:r>
        <w:t>Long answer  |  Optional</w:t>
      </w:r>
      <w:r>
        <w:br/>
      </w:r>
      <w:r>
        <w:rPr>
          <w:color w:val="6B4B00"/>
        </w:rPr>
        <w:t>Conditional: Shown when Fiscally-sponsored entity is selected above.</w:t>
      </w:r>
    </w:p>
    <w:p w14:paraId="63D80FD2" w14:textId="77777777" w:rsidR="00596D4B" w:rsidRDefault="00000000">
      <w:pPr>
        <w:pStyle w:val="ApplicationQuestion"/>
        <w:numPr>
          <w:ilvl w:val="0"/>
          <w:numId w:val="1"/>
        </w:numPr>
      </w:pPr>
      <w:r>
        <w:t>How would you describe the organization's financial health?</w:t>
      </w:r>
    </w:p>
    <w:p w14:paraId="72E3D755" w14:textId="77777777" w:rsidR="00596D4B" w:rsidRDefault="00000000">
      <w:pPr>
        <w:pStyle w:val="FieldMetadata"/>
        <w:keepNext/>
      </w:pPr>
      <w:r>
        <w:rPr>
          <w:b/>
          <w:color w:val="A12A2A"/>
        </w:rPr>
        <w:t>Dropdown  |  REQUIRED</w:t>
      </w:r>
    </w:p>
    <w:p w14:paraId="29C8D53C" w14:textId="77777777" w:rsidR="00596D4B" w:rsidRDefault="00000000">
      <w:pPr>
        <w:keepNext/>
        <w:spacing w:after="40"/>
        <w:ind w:left="720" w:hanging="360"/>
      </w:pPr>
      <w:r>
        <w:rPr>
          <w:color w:val="29343D"/>
          <w:sz w:val="20"/>
        </w:rPr>
        <w:t>▪  Strong</w:t>
      </w:r>
    </w:p>
    <w:p w14:paraId="18A9344B" w14:textId="77777777" w:rsidR="00596D4B" w:rsidRDefault="00000000">
      <w:pPr>
        <w:keepNext/>
        <w:spacing w:after="40"/>
        <w:ind w:left="720" w:hanging="360"/>
      </w:pPr>
      <w:r>
        <w:rPr>
          <w:color w:val="29343D"/>
          <w:sz w:val="20"/>
        </w:rPr>
        <w:t>▪  Stable</w:t>
      </w:r>
    </w:p>
    <w:p w14:paraId="2E47DE64" w14:textId="77777777" w:rsidR="00596D4B" w:rsidRDefault="00000000">
      <w:pPr>
        <w:keepNext/>
        <w:spacing w:after="40"/>
        <w:ind w:left="720" w:hanging="360"/>
      </w:pPr>
      <w:r>
        <w:rPr>
          <w:color w:val="29343D"/>
          <w:sz w:val="20"/>
        </w:rPr>
        <w:t>▪  Weak</w:t>
      </w:r>
    </w:p>
    <w:p w14:paraId="162B5E33" w14:textId="77777777" w:rsidR="00596D4B" w:rsidRDefault="00000000">
      <w:pPr>
        <w:spacing w:after="40"/>
        <w:ind w:left="720" w:hanging="360"/>
      </w:pPr>
      <w:r>
        <w:rPr>
          <w:color w:val="29343D"/>
          <w:sz w:val="20"/>
        </w:rPr>
        <w:t>▪  Crisis</w:t>
      </w:r>
    </w:p>
    <w:p w14:paraId="18C98307" w14:textId="77777777" w:rsidR="00596D4B" w:rsidRDefault="00000000">
      <w:pPr>
        <w:pStyle w:val="ApplicationQuestion"/>
        <w:numPr>
          <w:ilvl w:val="0"/>
          <w:numId w:val="1"/>
        </w:numPr>
      </w:pPr>
      <w:r>
        <w:t>In the most recent fiscal year, did the organization show a surplus, a deficit, or breakeven?</w:t>
      </w:r>
    </w:p>
    <w:p w14:paraId="05B45560" w14:textId="77777777" w:rsidR="00596D4B" w:rsidRDefault="00000000">
      <w:pPr>
        <w:pStyle w:val="FieldMetadata"/>
        <w:keepNext/>
      </w:pPr>
      <w:r>
        <w:rPr>
          <w:b/>
          <w:color w:val="A12A2A"/>
        </w:rPr>
        <w:t>Dropdown  |  REQUIRED</w:t>
      </w:r>
    </w:p>
    <w:p w14:paraId="723BEF55" w14:textId="77777777" w:rsidR="00596D4B" w:rsidRDefault="00000000">
      <w:pPr>
        <w:keepNext/>
        <w:spacing w:after="40"/>
        <w:ind w:left="720" w:hanging="360"/>
      </w:pPr>
      <w:r>
        <w:rPr>
          <w:color w:val="29343D"/>
          <w:sz w:val="20"/>
        </w:rPr>
        <w:t>▪  Surplus</w:t>
      </w:r>
    </w:p>
    <w:p w14:paraId="00597736" w14:textId="77777777" w:rsidR="00596D4B" w:rsidRDefault="00000000">
      <w:pPr>
        <w:keepNext/>
        <w:spacing w:after="40"/>
        <w:ind w:left="720" w:hanging="360"/>
      </w:pPr>
      <w:r>
        <w:rPr>
          <w:color w:val="29343D"/>
          <w:sz w:val="20"/>
        </w:rPr>
        <w:t>▪  Breakeven</w:t>
      </w:r>
    </w:p>
    <w:p w14:paraId="033EF251" w14:textId="77777777" w:rsidR="00596D4B" w:rsidRDefault="00000000">
      <w:pPr>
        <w:spacing w:after="40"/>
        <w:ind w:left="720" w:hanging="360"/>
      </w:pPr>
      <w:r>
        <w:rPr>
          <w:color w:val="29343D"/>
          <w:sz w:val="20"/>
        </w:rPr>
        <w:t>▪  Deficit</w:t>
      </w:r>
    </w:p>
    <w:p w14:paraId="20E2BA89" w14:textId="77777777" w:rsidR="00596D4B" w:rsidRDefault="00000000">
      <w:pPr>
        <w:pStyle w:val="ApplicationQuestion"/>
        <w:numPr>
          <w:ilvl w:val="0"/>
          <w:numId w:val="1"/>
        </w:numPr>
      </w:pPr>
      <w:r>
        <w:t>In the current fiscal year, do you expect a surplus, a deficit, or breakeven?</w:t>
      </w:r>
    </w:p>
    <w:p w14:paraId="351AE8F5" w14:textId="77777777" w:rsidR="00596D4B" w:rsidRDefault="00000000">
      <w:pPr>
        <w:pStyle w:val="FieldMetadata"/>
        <w:keepNext/>
      </w:pPr>
      <w:r>
        <w:rPr>
          <w:b/>
          <w:color w:val="A12A2A"/>
        </w:rPr>
        <w:t>Dropdown  |  REQUIRED</w:t>
      </w:r>
    </w:p>
    <w:p w14:paraId="6467D8BB" w14:textId="77777777" w:rsidR="00596D4B" w:rsidRDefault="00000000">
      <w:pPr>
        <w:keepNext/>
        <w:spacing w:after="40"/>
        <w:ind w:left="720" w:hanging="360"/>
      </w:pPr>
      <w:r>
        <w:rPr>
          <w:color w:val="29343D"/>
          <w:sz w:val="20"/>
        </w:rPr>
        <w:t>▪  Surplus</w:t>
      </w:r>
    </w:p>
    <w:p w14:paraId="7EF25855" w14:textId="77777777" w:rsidR="00596D4B" w:rsidRDefault="00000000">
      <w:pPr>
        <w:keepNext/>
        <w:spacing w:after="40"/>
        <w:ind w:left="720" w:hanging="360"/>
      </w:pPr>
      <w:r>
        <w:rPr>
          <w:color w:val="29343D"/>
          <w:sz w:val="20"/>
        </w:rPr>
        <w:t>▪  Breakeven</w:t>
      </w:r>
    </w:p>
    <w:p w14:paraId="3233A7AC" w14:textId="77777777" w:rsidR="00596D4B" w:rsidRDefault="00000000">
      <w:pPr>
        <w:spacing w:after="40"/>
        <w:ind w:left="720" w:hanging="360"/>
      </w:pPr>
      <w:r>
        <w:rPr>
          <w:color w:val="29343D"/>
          <w:sz w:val="20"/>
        </w:rPr>
        <w:t>▪  Deficit</w:t>
      </w:r>
    </w:p>
    <w:p w14:paraId="02B42F74" w14:textId="77777777" w:rsidR="00596D4B" w:rsidRDefault="00000000">
      <w:pPr>
        <w:pStyle w:val="ApplicationQuestion"/>
        <w:numPr>
          <w:ilvl w:val="0"/>
          <w:numId w:val="1"/>
        </w:numPr>
      </w:pPr>
      <w:r>
        <w:lastRenderedPageBreak/>
        <w:t>Primary reasons for considering this collaboration (select all that apply)</w:t>
      </w:r>
    </w:p>
    <w:p w14:paraId="558D30EF" w14:textId="77777777" w:rsidR="00596D4B" w:rsidRDefault="00000000">
      <w:pPr>
        <w:pStyle w:val="FieldMetadata"/>
        <w:keepNext/>
      </w:pPr>
      <w:r>
        <w:rPr>
          <w:b/>
          <w:color w:val="A12A2A"/>
        </w:rPr>
        <w:t>Checkboxes  |  REQUIRED</w:t>
      </w:r>
    </w:p>
    <w:p w14:paraId="249B18B8" w14:textId="77777777" w:rsidR="00596D4B" w:rsidRDefault="00000000">
      <w:pPr>
        <w:keepNext/>
        <w:spacing w:after="40"/>
        <w:ind w:left="720" w:hanging="360"/>
      </w:pPr>
      <w:r>
        <w:rPr>
          <w:color w:val="29343D"/>
          <w:sz w:val="20"/>
        </w:rPr>
        <w:t>▪  (Potential) departure of one or more Executive Director</w:t>
      </w:r>
    </w:p>
    <w:p w14:paraId="6D1017CB" w14:textId="77777777" w:rsidR="00596D4B" w:rsidRDefault="00000000">
      <w:pPr>
        <w:keepNext/>
        <w:spacing w:after="40"/>
        <w:ind w:left="720" w:hanging="360"/>
      </w:pPr>
      <w:r>
        <w:rPr>
          <w:color w:val="29343D"/>
          <w:sz w:val="20"/>
        </w:rPr>
        <w:t>▪  Advancement of a shared goal</w:t>
      </w:r>
    </w:p>
    <w:p w14:paraId="1D6DB57E" w14:textId="77777777" w:rsidR="00596D4B" w:rsidRDefault="00000000">
      <w:pPr>
        <w:keepNext/>
        <w:spacing w:after="40"/>
        <w:ind w:left="720" w:hanging="360"/>
      </w:pPr>
      <w:r>
        <w:rPr>
          <w:color w:val="29343D"/>
          <w:sz w:val="20"/>
        </w:rPr>
        <w:t>▪  Competition for funding sources and/or clientele</w:t>
      </w:r>
    </w:p>
    <w:p w14:paraId="14D8683C" w14:textId="77777777" w:rsidR="00596D4B" w:rsidRDefault="00000000">
      <w:pPr>
        <w:keepNext/>
        <w:spacing w:after="40"/>
        <w:ind w:left="720" w:hanging="360"/>
      </w:pPr>
      <w:r>
        <w:rPr>
          <w:color w:val="29343D"/>
          <w:sz w:val="20"/>
        </w:rPr>
        <w:t>▪  Difficulty funding necessary technological initiatives</w:t>
      </w:r>
    </w:p>
    <w:p w14:paraId="4D2387E2" w14:textId="77777777" w:rsidR="00596D4B" w:rsidRDefault="00000000">
      <w:pPr>
        <w:keepNext/>
        <w:spacing w:after="40"/>
        <w:ind w:left="720" w:hanging="360"/>
      </w:pPr>
      <w:r>
        <w:rPr>
          <w:color w:val="29343D"/>
          <w:sz w:val="20"/>
        </w:rPr>
        <w:t>▪  Difficulty in meeting external standards/requirements imposed on our organizations</w:t>
      </w:r>
    </w:p>
    <w:p w14:paraId="6720CAE2" w14:textId="77777777" w:rsidR="00596D4B" w:rsidRDefault="00000000">
      <w:pPr>
        <w:keepNext/>
        <w:spacing w:after="40"/>
        <w:ind w:left="720" w:hanging="360"/>
      </w:pPr>
      <w:r>
        <w:rPr>
          <w:color w:val="29343D"/>
          <w:sz w:val="20"/>
        </w:rPr>
        <w:t>▪  Financial problems/pressures within one or more of the partnering organizations</w:t>
      </w:r>
    </w:p>
    <w:p w14:paraId="70141B83" w14:textId="77777777" w:rsidR="00596D4B" w:rsidRDefault="00000000">
      <w:pPr>
        <w:keepNext/>
        <w:spacing w:after="40"/>
        <w:ind w:left="720" w:hanging="360"/>
      </w:pPr>
      <w:r>
        <w:rPr>
          <w:color w:val="29343D"/>
          <w:sz w:val="20"/>
        </w:rPr>
        <w:t>▪  Funder initiated/mandated the collaboration</w:t>
      </w:r>
    </w:p>
    <w:p w14:paraId="4E706182" w14:textId="77777777" w:rsidR="00596D4B" w:rsidRDefault="00000000">
      <w:pPr>
        <w:keepNext/>
        <w:spacing w:after="40"/>
        <w:ind w:left="720" w:hanging="360"/>
      </w:pPr>
      <w:r>
        <w:rPr>
          <w:color w:val="29343D"/>
          <w:sz w:val="20"/>
        </w:rPr>
        <w:t>▪  High/increasing costs</w:t>
      </w:r>
    </w:p>
    <w:p w14:paraId="485987E0" w14:textId="77777777" w:rsidR="00596D4B" w:rsidRDefault="00000000">
      <w:pPr>
        <w:keepNext/>
        <w:spacing w:after="40"/>
        <w:ind w:left="720" w:hanging="360"/>
      </w:pPr>
      <w:r>
        <w:rPr>
          <w:color w:val="29343D"/>
          <w:sz w:val="20"/>
        </w:rPr>
        <w:t>▪  Request by parent organization</w:t>
      </w:r>
    </w:p>
    <w:p w14:paraId="2DBE7970" w14:textId="77777777" w:rsidR="00596D4B" w:rsidRDefault="00000000">
      <w:pPr>
        <w:keepNext/>
        <w:spacing w:after="40"/>
        <w:ind w:left="720" w:hanging="360"/>
      </w:pPr>
      <w:r>
        <w:rPr>
          <w:color w:val="29343D"/>
          <w:sz w:val="20"/>
        </w:rPr>
        <w:t>▪  Response to a community need</w:t>
      </w:r>
    </w:p>
    <w:p w14:paraId="7F458816" w14:textId="77777777" w:rsidR="00596D4B" w:rsidRDefault="00000000">
      <w:pPr>
        <w:keepNext/>
        <w:spacing w:after="40"/>
        <w:ind w:left="720" w:hanging="360"/>
      </w:pPr>
      <w:r>
        <w:rPr>
          <w:color w:val="29343D"/>
          <w:sz w:val="20"/>
        </w:rPr>
        <w:t>▪  Response to a funding opportunity</w:t>
      </w:r>
    </w:p>
    <w:p w14:paraId="2982C25C" w14:textId="77777777" w:rsidR="00596D4B" w:rsidRDefault="00000000">
      <w:pPr>
        <w:spacing w:after="40"/>
        <w:ind w:left="720" w:hanging="360"/>
      </w:pPr>
      <w:r>
        <w:rPr>
          <w:color w:val="29343D"/>
          <w:sz w:val="20"/>
        </w:rPr>
        <w:t>▪  Recent changes to local/state/federal funding policies</w:t>
      </w:r>
    </w:p>
    <w:p w14:paraId="1866FB65" w14:textId="77777777" w:rsidR="00596D4B" w:rsidRDefault="00000000">
      <w:pPr>
        <w:pStyle w:val="ApplicationQuestion"/>
        <w:numPr>
          <w:ilvl w:val="0"/>
          <w:numId w:val="1"/>
        </w:numPr>
      </w:pPr>
      <w:r>
        <w:t>If at all, how has this organization been impacted by shifts in the funding landscape/operating environment?</w:t>
      </w:r>
    </w:p>
    <w:p w14:paraId="41C71F78" w14:textId="77777777" w:rsidR="00596D4B" w:rsidRDefault="00000000">
      <w:pPr>
        <w:pStyle w:val="FieldMetadata"/>
      </w:pPr>
      <w:r>
        <w:rPr>
          <w:b/>
          <w:color w:val="A12A2A"/>
        </w:rPr>
        <w:t>Long answer  |  REQUIRED</w:t>
      </w:r>
    </w:p>
    <w:p w14:paraId="0F0F06E7" w14:textId="77777777" w:rsidR="00596D4B" w:rsidRDefault="00000000">
      <w:pPr>
        <w:pStyle w:val="ApplicationQuestion"/>
        <w:numPr>
          <w:ilvl w:val="0"/>
          <w:numId w:val="1"/>
        </w:numPr>
      </w:pPr>
      <w:r>
        <w:t>Do you receive, or have you received in the last three years, support from:</w:t>
      </w:r>
    </w:p>
    <w:p w14:paraId="4E888A42" w14:textId="77777777" w:rsidR="00596D4B" w:rsidRDefault="00000000">
      <w:pPr>
        <w:pStyle w:val="FieldMetadata"/>
        <w:keepNext/>
      </w:pPr>
      <w:r>
        <w:rPr>
          <w:b/>
          <w:color w:val="A12A2A"/>
        </w:rPr>
        <w:t>Checkboxes  |  REQUIRED</w:t>
      </w:r>
    </w:p>
    <w:p w14:paraId="672CE49C" w14:textId="77777777" w:rsidR="00596D4B" w:rsidRDefault="00000000">
      <w:pPr>
        <w:keepNext/>
        <w:spacing w:after="40"/>
        <w:ind w:left="720" w:hanging="360"/>
      </w:pPr>
      <w:r>
        <w:rPr>
          <w:color w:val="29343D"/>
          <w:sz w:val="20"/>
        </w:rPr>
        <w:t>▪  Barra Foundation</w:t>
      </w:r>
    </w:p>
    <w:p w14:paraId="404B1E52" w14:textId="77777777" w:rsidR="00596D4B" w:rsidRDefault="00000000">
      <w:pPr>
        <w:keepNext/>
        <w:spacing w:after="40"/>
        <w:ind w:left="720" w:hanging="360"/>
      </w:pPr>
      <w:r>
        <w:rPr>
          <w:color w:val="29343D"/>
          <w:sz w:val="20"/>
        </w:rPr>
        <w:t>▪  BLBB Charitable</w:t>
      </w:r>
    </w:p>
    <w:p w14:paraId="1CD70DFA" w14:textId="77777777" w:rsidR="00596D4B" w:rsidRDefault="00000000">
      <w:pPr>
        <w:keepNext/>
        <w:spacing w:after="40"/>
        <w:ind w:left="720" w:hanging="360"/>
      </w:pPr>
      <w:r>
        <w:rPr>
          <w:color w:val="29343D"/>
          <w:sz w:val="20"/>
        </w:rPr>
        <w:t>▪  Comcast/NBCUniversal</w:t>
      </w:r>
    </w:p>
    <w:p w14:paraId="013FEFAA" w14:textId="77777777" w:rsidR="00596D4B" w:rsidRDefault="00000000">
      <w:pPr>
        <w:keepNext/>
        <w:spacing w:after="40"/>
        <w:ind w:left="720" w:hanging="360"/>
      </w:pPr>
      <w:r>
        <w:rPr>
          <w:color w:val="29343D"/>
          <w:sz w:val="20"/>
        </w:rPr>
        <w:t>▪  The Connelly Foundation</w:t>
      </w:r>
    </w:p>
    <w:p w14:paraId="0CD9F6F2" w14:textId="77777777" w:rsidR="00596D4B" w:rsidRDefault="00000000">
      <w:pPr>
        <w:keepNext/>
        <w:spacing w:after="40"/>
        <w:ind w:left="720" w:hanging="360"/>
      </w:pPr>
      <w:r>
        <w:rPr>
          <w:color w:val="29343D"/>
          <w:sz w:val="20"/>
        </w:rPr>
        <w:t>▪  Foundations Community Partnership</w:t>
      </w:r>
    </w:p>
    <w:p w14:paraId="20E35F82" w14:textId="77777777" w:rsidR="00596D4B" w:rsidRDefault="00000000">
      <w:pPr>
        <w:keepNext/>
        <w:spacing w:after="40"/>
        <w:ind w:left="720" w:hanging="360"/>
      </w:pPr>
      <w:r>
        <w:rPr>
          <w:color w:val="29343D"/>
          <w:sz w:val="20"/>
        </w:rPr>
        <w:t>▪  HealthSpark Foundation</w:t>
      </w:r>
    </w:p>
    <w:p w14:paraId="4DD3C90B" w14:textId="77777777" w:rsidR="00596D4B" w:rsidRDefault="00000000">
      <w:pPr>
        <w:keepNext/>
        <w:spacing w:after="40"/>
        <w:ind w:left="720" w:hanging="360"/>
      </w:pPr>
      <w:r>
        <w:rPr>
          <w:color w:val="29343D"/>
          <w:sz w:val="20"/>
        </w:rPr>
        <w:t>▪  Independence Foundation</w:t>
      </w:r>
    </w:p>
    <w:p w14:paraId="50D47FC7" w14:textId="77777777" w:rsidR="00596D4B" w:rsidRDefault="00000000">
      <w:pPr>
        <w:keepNext/>
        <w:spacing w:after="40"/>
        <w:ind w:left="720" w:hanging="360"/>
      </w:pPr>
      <w:r>
        <w:rPr>
          <w:color w:val="29343D"/>
          <w:sz w:val="20"/>
        </w:rPr>
        <w:t>▪  The Lodestar Foundation</w:t>
      </w:r>
    </w:p>
    <w:p w14:paraId="0336D01C" w14:textId="77777777" w:rsidR="00596D4B" w:rsidRDefault="00000000">
      <w:pPr>
        <w:keepNext/>
        <w:spacing w:after="40"/>
        <w:ind w:left="720" w:hanging="360"/>
      </w:pPr>
      <w:r>
        <w:rPr>
          <w:color w:val="29343D"/>
          <w:sz w:val="20"/>
        </w:rPr>
        <w:t>▪  The Nelson Foundation</w:t>
      </w:r>
    </w:p>
    <w:p w14:paraId="68DA7B57" w14:textId="77777777" w:rsidR="00596D4B" w:rsidRDefault="00000000">
      <w:pPr>
        <w:keepNext/>
        <w:spacing w:after="40"/>
        <w:ind w:left="720" w:hanging="360"/>
      </w:pPr>
      <w:r>
        <w:rPr>
          <w:color w:val="29343D"/>
          <w:sz w:val="20"/>
        </w:rPr>
        <w:t>▪  Patricia Kind Family Foundation</w:t>
      </w:r>
    </w:p>
    <w:p w14:paraId="20BAA927" w14:textId="77777777" w:rsidR="00596D4B" w:rsidRDefault="00000000">
      <w:pPr>
        <w:keepNext/>
        <w:spacing w:after="40"/>
        <w:ind w:left="720" w:hanging="360"/>
      </w:pPr>
      <w:r>
        <w:rPr>
          <w:color w:val="29343D"/>
          <w:sz w:val="20"/>
        </w:rPr>
        <w:t>▪  Pew Charitable Trusts</w:t>
      </w:r>
    </w:p>
    <w:p w14:paraId="33F800E7" w14:textId="77777777" w:rsidR="00596D4B" w:rsidRDefault="00000000">
      <w:pPr>
        <w:keepNext/>
        <w:spacing w:after="40"/>
        <w:ind w:left="720" w:hanging="360"/>
      </w:pPr>
      <w:r>
        <w:rPr>
          <w:color w:val="29343D"/>
          <w:sz w:val="20"/>
        </w:rPr>
        <w:t>▪  The Philadelphia Foundation</w:t>
      </w:r>
    </w:p>
    <w:p w14:paraId="4C477F8D" w14:textId="77777777" w:rsidR="00596D4B" w:rsidRDefault="00000000">
      <w:pPr>
        <w:keepNext/>
        <w:spacing w:after="40"/>
        <w:ind w:left="720" w:hanging="360"/>
      </w:pPr>
      <w:r>
        <w:rPr>
          <w:color w:val="29343D"/>
          <w:sz w:val="20"/>
        </w:rPr>
        <w:t>▪  Regional Foundation</w:t>
      </w:r>
    </w:p>
    <w:p w14:paraId="6DF511B2" w14:textId="77777777" w:rsidR="00596D4B" w:rsidRDefault="00000000">
      <w:pPr>
        <w:keepNext/>
        <w:spacing w:after="40"/>
        <w:ind w:left="720" w:hanging="360"/>
      </w:pPr>
      <w:r>
        <w:rPr>
          <w:color w:val="29343D"/>
          <w:sz w:val="20"/>
        </w:rPr>
        <w:t>▪  Scattergood Foundation</w:t>
      </w:r>
    </w:p>
    <w:p w14:paraId="6DB4D2D2" w14:textId="77777777" w:rsidR="00596D4B" w:rsidRDefault="00000000">
      <w:pPr>
        <w:keepNext/>
        <w:spacing w:after="40"/>
        <w:ind w:left="720" w:hanging="360"/>
      </w:pPr>
      <w:r>
        <w:rPr>
          <w:color w:val="29343D"/>
          <w:sz w:val="20"/>
        </w:rPr>
        <w:t>▪  William Penn Foundation</w:t>
      </w:r>
    </w:p>
    <w:p w14:paraId="4D08B78D" w14:textId="77777777" w:rsidR="00596D4B" w:rsidRDefault="00000000">
      <w:pPr>
        <w:spacing w:after="40"/>
        <w:ind w:left="720" w:hanging="360"/>
      </w:pPr>
      <w:r>
        <w:rPr>
          <w:color w:val="29343D"/>
          <w:sz w:val="20"/>
        </w:rPr>
        <w:t>▪  None of the above</w:t>
      </w:r>
    </w:p>
    <w:p w14:paraId="62768066" w14:textId="77777777" w:rsidR="00596D4B" w:rsidRDefault="00000000">
      <w:pPr>
        <w:pStyle w:val="ApplicationQuestion"/>
        <w:numPr>
          <w:ilvl w:val="0"/>
          <w:numId w:val="1"/>
        </w:numPr>
      </w:pPr>
      <w:r>
        <w:t>Details of open grants with NRF participating funders (please list funder, type of funding, and amount for all open grants with funders listed above)</w:t>
      </w:r>
    </w:p>
    <w:p w14:paraId="7728C3A2" w14:textId="77777777" w:rsidR="00596D4B" w:rsidRDefault="00000000">
      <w:pPr>
        <w:pStyle w:val="FieldMetadata"/>
        <w:keepNext/>
      </w:pPr>
      <w:r>
        <w:rPr>
          <w:b/>
          <w:color w:val="A12A2A"/>
        </w:rPr>
        <w:t>Long answer  |  REQUIRED</w:t>
      </w:r>
      <w:r>
        <w:rPr>
          <w:b/>
          <w:color w:val="A12A2A"/>
        </w:rPr>
        <w:br/>
      </w:r>
      <w:r>
        <w:rPr>
          <w:color w:val="6B4B00"/>
        </w:rPr>
        <w:t>Conditional: Shown unless None of the above is selected.</w:t>
      </w:r>
    </w:p>
    <w:p w14:paraId="71E62458" w14:textId="77777777" w:rsidR="00596D4B" w:rsidRDefault="00000000">
      <w:pPr>
        <w:pStyle w:val="ApplicationQuestion"/>
        <w:numPr>
          <w:ilvl w:val="0"/>
          <w:numId w:val="1"/>
        </w:numPr>
      </w:pPr>
      <w:r>
        <w:t>Current FY Operating Budget</w:t>
      </w:r>
    </w:p>
    <w:p w14:paraId="250D45F9" w14:textId="77777777" w:rsidR="00596D4B" w:rsidRDefault="00000000">
      <w:pPr>
        <w:pStyle w:val="FieldMetadata"/>
      </w:pPr>
      <w:r>
        <w:rPr>
          <w:b/>
          <w:color w:val="A12A2A"/>
        </w:rPr>
        <w:t>Short answer  |  REQUIRED</w:t>
      </w:r>
    </w:p>
    <w:p w14:paraId="09421AA2" w14:textId="77777777" w:rsidR="00596D4B" w:rsidRDefault="00000000">
      <w:pPr>
        <w:pStyle w:val="ApplicationQuestion"/>
        <w:numPr>
          <w:ilvl w:val="0"/>
          <w:numId w:val="1"/>
        </w:numPr>
      </w:pPr>
      <w:r>
        <w:lastRenderedPageBreak/>
        <w:t>Number of FTEs</w:t>
      </w:r>
    </w:p>
    <w:p w14:paraId="48045CAB" w14:textId="77777777" w:rsidR="00596D4B" w:rsidRDefault="00000000">
      <w:pPr>
        <w:pStyle w:val="FieldMetadata"/>
      </w:pPr>
      <w:r>
        <w:rPr>
          <w:b/>
          <w:color w:val="A12A2A"/>
        </w:rPr>
        <w:t>Short answer  |  REQUIRED</w:t>
      </w:r>
    </w:p>
    <w:p w14:paraId="6A63DF37" w14:textId="77777777" w:rsidR="00596D4B" w:rsidRDefault="00000000">
      <w:pPr>
        <w:pStyle w:val="ApplicationQuestion"/>
        <w:numPr>
          <w:ilvl w:val="0"/>
          <w:numId w:val="1"/>
        </w:numPr>
      </w:pPr>
      <w:r>
        <w:t>Number of PTEs</w:t>
      </w:r>
    </w:p>
    <w:p w14:paraId="14772BAE" w14:textId="77777777" w:rsidR="00596D4B" w:rsidRDefault="00000000">
      <w:pPr>
        <w:pStyle w:val="FieldMetadata"/>
      </w:pPr>
      <w:r>
        <w:rPr>
          <w:b/>
          <w:color w:val="A12A2A"/>
        </w:rPr>
        <w:t>Short answer  |  REQUIRED</w:t>
      </w:r>
    </w:p>
    <w:p w14:paraId="3AD37EDD" w14:textId="77777777" w:rsidR="00596D4B" w:rsidRDefault="00000000">
      <w:pPr>
        <w:pStyle w:val="ApplicationQuestion"/>
        <w:numPr>
          <w:ilvl w:val="0"/>
          <w:numId w:val="1"/>
        </w:numPr>
      </w:pPr>
      <w:r>
        <w:t>Primary Regions Served (select all that apply)</w:t>
      </w:r>
    </w:p>
    <w:p w14:paraId="5EB6B728" w14:textId="77777777" w:rsidR="00596D4B" w:rsidRDefault="00000000">
      <w:pPr>
        <w:pStyle w:val="FieldMetadata"/>
        <w:keepNext/>
      </w:pPr>
      <w:r>
        <w:rPr>
          <w:b/>
          <w:color w:val="A12A2A"/>
        </w:rPr>
        <w:t>Checkboxes  |  REQUIRED</w:t>
      </w:r>
    </w:p>
    <w:p w14:paraId="229D4F54" w14:textId="77777777" w:rsidR="00596D4B" w:rsidRDefault="00000000">
      <w:pPr>
        <w:keepNext/>
        <w:spacing w:after="40"/>
        <w:ind w:left="720" w:hanging="360"/>
      </w:pPr>
      <w:r>
        <w:rPr>
          <w:color w:val="29343D"/>
          <w:sz w:val="20"/>
        </w:rPr>
        <w:t>▪  Bucks County</w:t>
      </w:r>
    </w:p>
    <w:p w14:paraId="07F8FC2C" w14:textId="77777777" w:rsidR="00596D4B" w:rsidRDefault="00000000">
      <w:pPr>
        <w:keepNext/>
        <w:spacing w:after="40"/>
        <w:ind w:left="720" w:hanging="360"/>
      </w:pPr>
      <w:r>
        <w:rPr>
          <w:color w:val="29343D"/>
          <w:sz w:val="20"/>
        </w:rPr>
        <w:t>▪  Chester County</w:t>
      </w:r>
    </w:p>
    <w:p w14:paraId="75EECF5D" w14:textId="77777777" w:rsidR="00596D4B" w:rsidRDefault="00000000">
      <w:pPr>
        <w:keepNext/>
        <w:spacing w:after="40"/>
        <w:ind w:left="720" w:hanging="360"/>
      </w:pPr>
      <w:r>
        <w:rPr>
          <w:color w:val="29343D"/>
          <w:sz w:val="20"/>
        </w:rPr>
        <w:t>▪  Delaware County</w:t>
      </w:r>
    </w:p>
    <w:p w14:paraId="65962981" w14:textId="77777777" w:rsidR="00596D4B" w:rsidRDefault="00000000">
      <w:pPr>
        <w:keepNext/>
        <w:spacing w:after="40"/>
        <w:ind w:left="720" w:hanging="360"/>
      </w:pPr>
      <w:r>
        <w:rPr>
          <w:color w:val="29343D"/>
          <w:sz w:val="20"/>
        </w:rPr>
        <w:t>▪  Montgomery County</w:t>
      </w:r>
    </w:p>
    <w:p w14:paraId="4CC32A7B" w14:textId="77777777" w:rsidR="00596D4B" w:rsidRDefault="00000000">
      <w:pPr>
        <w:keepNext/>
        <w:spacing w:after="40"/>
        <w:ind w:left="720" w:hanging="360"/>
      </w:pPr>
      <w:r>
        <w:rPr>
          <w:color w:val="29343D"/>
          <w:sz w:val="20"/>
        </w:rPr>
        <w:t>▪  Philadelphia County</w:t>
      </w:r>
    </w:p>
    <w:p w14:paraId="76418ABF" w14:textId="77777777" w:rsidR="00596D4B" w:rsidRDefault="00000000">
      <w:pPr>
        <w:keepNext/>
        <w:spacing w:after="40"/>
        <w:ind w:left="720" w:hanging="360"/>
      </w:pPr>
      <w:r>
        <w:rPr>
          <w:color w:val="29343D"/>
          <w:sz w:val="20"/>
        </w:rPr>
        <w:t>▪  Southern New Jersey</w:t>
      </w:r>
    </w:p>
    <w:p w14:paraId="4B74A7F7" w14:textId="77777777" w:rsidR="00596D4B" w:rsidRDefault="00000000">
      <w:pPr>
        <w:spacing w:after="40"/>
        <w:ind w:left="720" w:hanging="360"/>
      </w:pPr>
      <w:r>
        <w:rPr>
          <w:color w:val="29343D"/>
          <w:sz w:val="20"/>
        </w:rPr>
        <w:t>▪  Other</w:t>
      </w:r>
    </w:p>
    <w:p w14:paraId="555C7BD5" w14:textId="77777777" w:rsidR="00596D4B" w:rsidRDefault="00000000">
      <w:pPr>
        <w:pStyle w:val="ApplicationQuestion"/>
        <w:numPr>
          <w:ilvl w:val="0"/>
          <w:numId w:val="1"/>
        </w:numPr>
      </w:pPr>
      <w:r>
        <w:t>If 'Other', please list additional regions served.</w:t>
      </w:r>
    </w:p>
    <w:p w14:paraId="580770B2" w14:textId="77777777" w:rsidR="00596D4B" w:rsidRDefault="00000000">
      <w:pPr>
        <w:pStyle w:val="FieldMetadata"/>
        <w:keepNext/>
      </w:pPr>
      <w:r>
        <w:t>Short answer  |  Optional</w:t>
      </w:r>
      <w:r>
        <w:br/>
      </w:r>
      <w:r>
        <w:rPr>
          <w:color w:val="6B4B00"/>
        </w:rPr>
        <w:t>Conditional: Shown when Other is selected above.</w:t>
      </w:r>
    </w:p>
    <w:p w14:paraId="307B4018" w14:textId="77777777" w:rsidR="00596D4B" w:rsidRDefault="00000000">
      <w:pPr>
        <w:pStyle w:val="ApplicationQuestion"/>
        <w:numPr>
          <w:ilvl w:val="0"/>
          <w:numId w:val="1"/>
        </w:numPr>
      </w:pPr>
      <w:r>
        <w:t>Primary Field of Work</w:t>
      </w:r>
    </w:p>
    <w:p w14:paraId="0356B3FC" w14:textId="77777777" w:rsidR="00596D4B" w:rsidRDefault="00000000">
      <w:pPr>
        <w:pStyle w:val="FieldMetadata"/>
        <w:keepNext/>
      </w:pPr>
      <w:r>
        <w:rPr>
          <w:b/>
          <w:color w:val="A12A2A"/>
        </w:rPr>
        <w:t>Dropdown  |  REQUIRED</w:t>
      </w:r>
    </w:p>
    <w:p w14:paraId="3043872A" w14:textId="77777777" w:rsidR="00596D4B" w:rsidRDefault="00000000">
      <w:pPr>
        <w:keepNext/>
        <w:spacing w:after="40"/>
        <w:ind w:left="720" w:hanging="360"/>
      </w:pPr>
      <w:r>
        <w:rPr>
          <w:color w:val="29343D"/>
          <w:sz w:val="20"/>
        </w:rPr>
        <w:t>▪  Advocacy</w:t>
      </w:r>
    </w:p>
    <w:p w14:paraId="29A52E13" w14:textId="77777777" w:rsidR="00596D4B" w:rsidRDefault="00000000">
      <w:pPr>
        <w:keepNext/>
        <w:spacing w:after="40"/>
        <w:ind w:left="720" w:hanging="360"/>
      </w:pPr>
      <w:r>
        <w:rPr>
          <w:color w:val="29343D"/>
          <w:sz w:val="20"/>
        </w:rPr>
        <w:t>▪  Anti-poverty &amp; Social Welfare</w:t>
      </w:r>
    </w:p>
    <w:p w14:paraId="40E5643F" w14:textId="77777777" w:rsidR="00596D4B" w:rsidRDefault="00000000">
      <w:pPr>
        <w:keepNext/>
        <w:spacing w:after="40"/>
        <w:ind w:left="720" w:hanging="360"/>
      </w:pPr>
      <w:r>
        <w:rPr>
          <w:color w:val="29343D"/>
          <w:sz w:val="20"/>
        </w:rPr>
        <w:t>▪  Arts &amp; Culture</w:t>
      </w:r>
    </w:p>
    <w:p w14:paraId="3B439A75" w14:textId="77777777" w:rsidR="00596D4B" w:rsidRDefault="00000000">
      <w:pPr>
        <w:keepNext/>
        <w:spacing w:after="40"/>
        <w:ind w:left="720" w:hanging="360"/>
      </w:pPr>
      <w:r>
        <w:rPr>
          <w:color w:val="29343D"/>
          <w:sz w:val="20"/>
        </w:rPr>
        <w:t>▪  Children &amp; Youth</w:t>
      </w:r>
    </w:p>
    <w:p w14:paraId="2B893E9E" w14:textId="77777777" w:rsidR="00596D4B" w:rsidRDefault="00000000">
      <w:pPr>
        <w:keepNext/>
        <w:spacing w:after="40"/>
        <w:ind w:left="720" w:hanging="360"/>
      </w:pPr>
      <w:r>
        <w:rPr>
          <w:color w:val="29343D"/>
          <w:sz w:val="20"/>
        </w:rPr>
        <w:t>▪  Animal Protection &amp; Welfare</w:t>
      </w:r>
    </w:p>
    <w:p w14:paraId="4B33EB25" w14:textId="77777777" w:rsidR="00596D4B" w:rsidRDefault="00000000">
      <w:pPr>
        <w:keepNext/>
        <w:spacing w:after="40"/>
        <w:ind w:left="720" w:hanging="360"/>
      </w:pPr>
      <w:r>
        <w:rPr>
          <w:color w:val="29343D"/>
          <w:sz w:val="20"/>
        </w:rPr>
        <w:t>▪  Civil Rights &amp; Social Justice</w:t>
      </w:r>
    </w:p>
    <w:p w14:paraId="21D0C9AD" w14:textId="77777777" w:rsidR="00596D4B" w:rsidRDefault="00000000">
      <w:pPr>
        <w:keepNext/>
        <w:spacing w:after="40"/>
        <w:ind w:left="720" w:hanging="360"/>
      </w:pPr>
      <w:r>
        <w:rPr>
          <w:color w:val="29343D"/>
          <w:sz w:val="20"/>
        </w:rPr>
        <w:t>▪  Community Development &amp; Housing</w:t>
      </w:r>
    </w:p>
    <w:p w14:paraId="61D5C684" w14:textId="77777777" w:rsidR="00596D4B" w:rsidRDefault="00000000">
      <w:pPr>
        <w:keepNext/>
        <w:spacing w:after="40"/>
        <w:ind w:left="720" w:hanging="360"/>
      </w:pPr>
      <w:r>
        <w:rPr>
          <w:color w:val="29343D"/>
          <w:sz w:val="20"/>
        </w:rPr>
        <w:t>▪  Diversity &amp; Human Rights</w:t>
      </w:r>
    </w:p>
    <w:p w14:paraId="612D9988" w14:textId="77777777" w:rsidR="00596D4B" w:rsidRDefault="00000000">
      <w:pPr>
        <w:keepNext/>
        <w:spacing w:after="40"/>
        <w:ind w:left="720" w:hanging="360"/>
      </w:pPr>
      <w:r>
        <w:rPr>
          <w:color w:val="29343D"/>
          <w:sz w:val="20"/>
        </w:rPr>
        <w:t>▪  Education (K-12)</w:t>
      </w:r>
    </w:p>
    <w:p w14:paraId="2D67DF9B" w14:textId="77777777" w:rsidR="00596D4B" w:rsidRDefault="00000000">
      <w:pPr>
        <w:keepNext/>
        <w:spacing w:after="40"/>
        <w:ind w:left="720" w:hanging="360"/>
      </w:pPr>
      <w:r>
        <w:rPr>
          <w:color w:val="29343D"/>
          <w:sz w:val="20"/>
        </w:rPr>
        <w:t>▪  Environment</w:t>
      </w:r>
    </w:p>
    <w:p w14:paraId="04FA180D" w14:textId="77777777" w:rsidR="00596D4B" w:rsidRDefault="00000000">
      <w:pPr>
        <w:keepNext/>
        <w:spacing w:after="40"/>
        <w:ind w:left="720" w:hanging="360"/>
      </w:pPr>
      <w:r>
        <w:rPr>
          <w:color w:val="29343D"/>
          <w:sz w:val="20"/>
        </w:rPr>
        <w:t>▪  Families &amp; Elders</w:t>
      </w:r>
    </w:p>
    <w:p w14:paraId="09795CEE" w14:textId="77777777" w:rsidR="00596D4B" w:rsidRDefault="00000000">
      <w:pPr>
        <w:keepNext/>
        <w:spacing w:after="40"/>
        <w:ind w:left="720" w:hanging="360"/>
      </w:pPr>
      <w:r>
        <w:rPr>
          <w:color w:val="29343D"/>
          <w:sz w:val="20"/>
        </w:rPr>
        <w:t>▪  Food &amp; Agriculture</w:t>
      </w:r>
    </w:p>
    <w:p w14:paraId="0FEEBE67" w14:textId="77777777" w:rsidR="00596D4B" w:rsidRDefault="00000000">
      <w:pPr>
        <w:keepNext/>
        <w:spacing w:after="40"/>
        <w:ind w:left="720" w:hanging="360"/>
      </w:pPr>
      <w:r>
        <w:rPr>
          <w:color w:val="29343D"/>
          <w:sz w:val="20"/>
        </w:rPr>
        <w:t>▪  Health &amp; Mental Health</w:t>
      </w:r>
    </w:p>
    <w:p w14:paraId="550B21C6" w14:textId="77777777" w:rsidR="00596D4B" w:rsidRDefault="00000000">
      <w:pPr>
        <w:keepNext/>
        <w:spacing w:after="40"/>
        <w:ind w:left="720" w:hanging="360"/>
      </w:pPr>
      <w:r>
        <w:rPr>
          <w:color w:val="29343D"/>
          <w:sz w:val="20"/>
        </w:rPr>
        <w:t>▪  Higher Education</w:t>
      </w:r>
    </w:p>
    <w:p w14:paraId="271B9727" w14:textId="77777777" w:rsidR="00596D4B" w:rsidRDefault="00000000">
      <w:pPr>
        <w:keepNext/>
        <w:spacing w:after="40"/>
        <w:ind w:left="720" w:hanging="360"/>
      </w:pPr>
      <w:r>
        <w:rPr>
          <w:color w:val="29343D"/>
          <w:sz w:val="20"/>
        </w:rPr>
        <w:t>▪  Philanthropy &amp; Civic Engagement</w:t>
      </w:r>
    </w:p>
    <w:p w14:paraId="68826E0F" w14:textId="77777777" w:rsidR="00596D4B" w:rsidRDefault="00000000">
      <w:pPr>
        <w:keepNext/>
        <w:spacing w:after="40"/>
        <w:ind w:left="720" w:hanging="360"/>
      </w:pPr>
      <w:r>
        <w:rPr>
          <w:color w:val="29343D"/>
          <w:sz w:val="20"/>
        </w:rPr>
        <w:t>▪  Religious</w:t>
      </w:r>
    </w:p>
    <w:p w14:paraId="6EC52CCF" w14:textId="77777777" w:rsidR="00596D4B" w:rsidRDefault="00000000">
      <w:pPr>
        <w:keepNext/>
        <w:spacing w:after="40"/>
        <w:ind w:left="720" w:hanging="360"/>
      </w:pPr>
      <w:r>
        <w:rPr>
          <w:color w:val="29343D"/>
          <w:sz w:val="20"/>
        </w:rPr>
        <w:t>▪  Technology &amp; Communications</w:t>
      </w:r>
    </w:p>
    <w:p w14:paraId="1D54E89A" w14:textId="77777777" w:rsidR="00596D4B" w:rsidRDefault="00000000">
      <w:pPr>
        <w:keepNext/>
        <w:spacing w:after="40"/>
        <w:ind w:left="720" w:hanging="360"/>
      </w:pPr>
      <w:r>
        <w:rPr>
          <w:color w:val="29343D"/>
          <w:sz w:val="20"/>
        </w:rPr>
        <w:t>▪  Workforce Development</w:t>
      </w:r>
    </w:p>
    <w:p w14:paraId="5D6C28E5" w14:textId="77777777" w:rsidR="00596D4B" w:rsidRDefault="00000000">
      <w:pPr>
        <w:spacing w:after="40"/>
        <w:ind w:left="720" w:hanging="360"/>
      </w:pPr>
      <w:r>
        <w:rPr>
          <w:color w:val="29343D"/>
          <w:sz w:val="20"/>
        </w:rPr>
        <w:t>▪  Other</w:t>
      </w:r>
    </w:p>
    <w:p w14:paraId="1969C7F0" w14:textId="77777777" w:rsidR="00596D4B" w:rsidRDefault="00000000">
      <w:pPr>
        <w:pStyle w:val="ApplicationQuestion"/>
        <w:numPr>
          <w:ilvl w:val="0"/>
          <w:numId w:val="1"/>
        </w:numPr>
      </w:pPr>
      <w:r>
        <w:t>IRS Tax-Exempt Certification (if applicable)</w:t>
      </w:r>
    </w:p>
    <w:p w14:paraId="0A280780" w14:textId="77777777" w:rsidR="00596D4B" w:rsidRDefault="00000000">
      <w:pPr>
        <w:pStyle w:val="FieldMetadata"/>
      </w:pPr>
      <w:r>
        <w:t>File upload  |  Optional</w:t>
      </w:r>
    </w:p>
    <w:p w14:paraId="3CB46DA7" w14:textId="77777777" w:rsidR="00596D4B" w:rsidRDefault="00000000">
      <w:pPr>
        <w:pStyle w:val="ApplicationQuestion"/>
        <w:numPr>
          <w:ilvl w:val="0"/>
          <w:numId w:val="1"/>
        </w:numPr>
      </w:pPr>
      <w:r>
        <w:t>Most Recent Financial Statements (audit preferred; unaudited statements or Form 990 are acceptable)</w:t>
      </w:r>
    </w:p>
    <w:p w14:paraId="70DF6353" w14:textId="77777777" w:rsidR="00596D4B" w:rsidRDefault="00000000">
      <w:pPr>
        <w:pStyle w:val="FieldMetadata"/>
      </w:pPr>
      <w:r>
        <w:t>File upload  |  Optional</w:t>
      </w:r>
    </w:p>
    <w:p w14:paraId="44F2682E" w14:textId="77777777" w:rsidR="00596D4B" w:rsidRDefault="00000000">
      <w:pPr>
        <w:pStyle w:val="ApplicationQuestion"/>
        <w:numPr>
          <w:ilvl w:val="0"/>
          <w:numId w:val="1"/>
        </w:numPr>
      </w:pPr>
      <w:r>
        <w:lastRenderedPageBreak/>
        <w:t>Current &amp; Prior Fiscal Year Operating Budgets</w:t>
      </w:r>
    </w:p>
    <w:p w14:paraId="22937E76" w14:textId="77777777" w:rsidR="00596D4B" w:rsidRDefault="00000000">
      <w:pPr>
        <w:pStyle w:val="FieldMetadata"/>
      </w:pPr>
      <w:r>
        <w:t>File upload  |  Optional</w:t>
      </w:r>
    </w:p>
    <w:p w14:paraId="0F672EDD" w14:textId="77777777" w:rsidR="00596D4B" w:rsidRDefault="00000000">
      <w:pPr>
        <w:pStyle w:val="ApplicationQuestion"/>
        <w:numPr>
          <w:ilvl w:val="0"/>
          <w:numId w:val="1"/>
        </w:numPr>
      </w:pPr>
      <w:r>
        <w:t>Current Board Member List</w:t>
      </w:r>
    </w:p>
    <w:p w14:paraId="047D9E65" w14:textId="77777777" w:rsidR="00596D4B" w:rsidRDefault="00000000">
      <w:pPr>
        <w:pStyle w:val="FieldMetadata"/>
      </w:pPr>
      <w:r>
        <w:t>File upload  |  Optional</w:t>
      </w:r>
    </w:p>
    <w:p w14:paraId="62322E74" w14:textId="77777777" w:rsidR="00596D4B" w:rsidRDefault="00000000">
      <w:pPr>
        <w:pStyle w:val="ApplicationQuestion"/>
        <w:numPr>
          <w:ilvl w:val="0"/>
          <w:numId w:val="1"/>
        </w:numPr>
      </w:pPr>
      <w:r>
        <w:t>Do you have additional documentation that you would like us to review?</w:t>
      </w:r>
    </w:p>
    <w:p w14:paraId="3A2D06F6" w14:textId="77777777" w:rsidR="00596D4B" w:rsidRDefault="00000000">
      <w:pPr>
        <w:pStyle w:val="FieldMetadata"/>
        <w:keepNext/>
      </w:pPr>
      <w:r>
        <w:t>Dropdown  |  Optional</w:t>
      </w:r>
    </w:p>
    <w:p w14:paraId="6C70D7A4" w14:textId="77777777" w:rsidR="00596D4B" w:rsidRDefault="00000000">
      <w:pPr>
        <w:keepNext/>
        <w:spacing w:after="40"/>
        <w:ind w:left="720" w:hanging="360"/>
      </w:pPr>
      <w:r>
        <w:rPr>
          <w:color w:val="29343D"/>
          <w:sz w:val="20"/>
        </w:rPr>
        <w:t>▪  Yes</w:t>
      </w:r>
    </w:p>
    <w:p w14:paraId="400DAB56" w14:textId="77777777" w:rsidR="00596D4B" w:rsidRDefault="00000000">
      <w:pPr>
        <w:spacing w:after="40"/>
        <w:ind w:left="720" w:hanging="360"/>
      </w:pPr>
      <w:r>
        <w:rPr>
          <w:color w:val="29343D"/>
          <w:sz w:val="20"/>
        </w:rPr>
        <w:t>▪  No</w:t>
      </w:r>
    </w:p>
    <w:p w14:paraId="6772C65A" w14:textId="77777777" w:rsidR="00596D4B" w:rsidRDefault="00000000">
      <w:pPr>
        <w:pStyle w:val="ApplicationQuestion"/>
        <w:numPr>
          <w:ilvl w:val="0"/>
          <w:numId w:val="1"/>
        </w:numPr>
      </w:pPr>
      <w:r>
        <w:t>Other Document (#1) - Upload File</w:t>
      </w:r>
    </w:p>
    <w:p w14:paraId="393048CE" w14:textId="77777777" w:rsidR="00596D4B" w:rsidRDefault="00000000">
      <w:pPr>
        <w:pStyle w:val="FieldMetadata"/>
        <w:keepNext/>
      </w:pPr>
      <w:r>
        <w:t>File upload  |  Optional</w:t>
      </w:r>
      <w:r>
        <w:br/>
      </w:r>
      <w:r>
        <w:rPr>
          <w:color w:val="6B4B00"/>
        </w:rPr>
        <w:t>Conditional: Shown when Yes is selected for additional documentation.</w:t>
      </w:r>
    </w:p>
    <w:p w14:paraId="0C65E613" w14:textId="77777777" w:rsidR="00596D4B" w:rsidRDefault="00000000">
      <w:pPr>
        <w:pStyle w:val="ApplicationQuestion"/>
        <w:numPr>
          <w:ilvl w:val="0"/>
          <w:numId w:val="1"/>
        </w:numPr>
      </w:pPr>
      <w:r>
        <w:t>Please describe Other Document (#1).</w:t>
      </w:r>
    </w:p>
    <w:p w14:paraId="3C381535" w14:textId="77777777" w:rsidR="00596D4B" w:rsidRDefault="00000000">
      <w:pPr>
        <w:pStyle w:val="FieldMetadata"/>
        <w:keepNext/>
      </w:pPr>
      <w:r>
        <w:t>Short answer  |  Optional</w:t>
      </w:r>
      <w:r>
        <w:br/>
      </w:r>
      <w:r>
        <w:rPr>
          <w:color w:val="6B4B00"/>
        </w:rPr>
        <w:t>Conditional: Shown when Yes is selected for additional documentation.</w:t>
      </w:r>
    </w:p>
    <w:p w14:paraId="4E9275D5" w14:textId="77777777" w:rsidR="00596D4B" w:rsidRDefault="00000000">
      <w:pPr>
        <w:pStyle w:val="ApplicationQuestion"/>
        <w:numPr>
          <w:ilvl w:val="0"/>
          <w:numId w:val="1"/>
        </w:numPr>
      </w:pPr>
      <w:r>
        <w:t>Other Document (#2) - Upload File</w:t>
      </w:r>
    </w:p>
    <w:p w14:paraId="63BF5594" w14:textId="77777777" w:rsidR="00596D4B" w:rsidRDefault="00000000">
      <w:pPr>
        <w:pStyle w:val="FieldMetadata"/>
        <w:keepNext/>
      </w:pPr>
      <w:r>
        <w:t>File upload  |  Optional</w:t>
      </w:r>
      <w:r>
        <w:br/>
      </w:r>
      <w:r>
        <w:rPr>
          <w:color w:val="6B4B00"/>
        </w:rPr>
        <w:t>Conditional: Shown when Yes is selected for additional documentation.</w:t>
      </w:r>
    </w:p>
    <w:p w14:paraId="3E42E981" w14:textId="77777777" w:rsidR="00596D4B" w:rsidRDefault="00000000">
      <w:pPr>
        <w:pStyle w:val="ApplicationQuestion"/>
        <w:numPr>
          <w:ilvl w:val="0"/>
          <w:numId w:val="1"/>
        </w:numPr>
      </w:pPr>
      <w:r>
        <w:t>Please describe Other Document (#2).</w:t>
      </w:r>
    </w:p>
    <w:p w14:paraId="2804D26E" w14:textId="77777777" w:rsidR="00596D4B" w:rsidRDefault="00000000">
      <w:pPr>
        <w:pStyle w:val="FieldMetadata"/>
        <w:keepNext/>
      </w:pPr>
      <w:r>
        <w:t>Short answer  |  Optional</w:t>
      </w:r>
      <w:r>
        <w:br/>
      </w:r>
      <w:r>
        <w:rPr>
          <w:color w:val="6B4B00"/>
        </w:rPr>
        <w:t>Conditional: Shown when Yes is selected for additional documentation.</w:t>
      </w:r>
    </w:p>
    <w:p w14:paraId="5C099442" w14:textId="77777777" w:rsidR="00596D4B" w:rsidRDefault="00000000">
      <w:pPr>
        <w:pStyle w:val="ApplicationQuestion"/>
        <w:numPr>
          <w:ilvl w:val="0"/>
          <w:numId w:val="1"/>
        </w:numPr>
      </w:pPr>
      <w:r>
        <w:t>Other Document (#3) - Upload File</w:t>
      </w:r>
    </w:p>
    <w:p w14:paraId="7689A10F" w14:textId="77777777" w:rsidR="00596D4B" w:rsidRDefault="00000000">
      <w:pPr>
        <w:pStyle w:val="FieldMetadata"/>
        <w:keepNext/>
      </w:pPr>
      <w:r>
        <w:t>File upload  |  Optional</w:t>
      </w:r>
      <w:r>
        <w:br/>
      </w:r>
      <w:r>
        <w:rPr>
          <w:color w:val="6B4B00"/>
        </w:rPr>
        <w:t>Conditional: Shown when Yes is selected for additional documentation.</w:t>
      </w:r>
    </w:p>
    <w:p w14:paraId="18F4AAAC" w14:textId="77777777" w:rsidR="00596D4B" w:rsidRDefault="00000000">
      <w:pPr>
        <w:pStyle w:val="ApplicationQuestion"/>
        <w:numPr>
          <w:ilvl w:val="0"/>
          <w:numId w:val="1"/>
        </w:numPr>
      </w:pPr>
      <w:r>
        <w:t>Please describe Other Document (#3).</w:t>
      </w:r>
    </w:p>
    <w:p w14:paraId="7D444373" w14:textId="77777777" w:rsidR="00596D4B" w:rsidRDefault="00000000">
      <w:pPr>
        <w:pStyle w:val="FieldMetadata"/>
        <w:keepNext/>
      </w:pPr>
      <w:r>
        <w:t>Short answer  |  Optional</w:t>
      </w:r>
      <w:r>
        <w:br/>
      </w:r>
      <w:r>
        <w:rPr>
          <w:color w:val="6B4B00"/>
        </w:rPr>
        <w:t>Conditional: Shown when Yes is selected for additional documentation.</w:t>
      </w:r>
    </w:p>
    <w:p w14:paraId="3EDC911B" w14:textId="77777777" w:rsidR="00596D4B" w:rsidRDefault="00000000">
      <w:pPr>
        <w:pStyle w:val="Heading1"/>
      </w:pPr>
      <w:r>
        <w:t>Organization 4 - Contact and Organization Information</w:t>
      </w:r>
    </w:p>
    <w:tbl>
      <w:tblPr>
        <w:tblStyle w:val="TableGrid"/>
        <w:tblW w:w="9360" w:type="dxa"/>
        <w:tblInd w:w="120" w:type="dxa"/>
        <w:tblLayout w:type="fixed"/>
        <w:tblLook w:val="04A0" w:firstRow="1" w:lastRow="0" w:firstColumn="1" w:lastColumn="0" w:noHBand="0" w:noVBand="1"/>
      </w:tblPr>
      <w:tblGrid>
        <w:gridCol w:w="9360"/>
      </w:tblGrid>
      <w:tr w:rsidR="00596D4B" w14:paraId="54F1AB6C" w14:textId="77777777">
        <w:tc>
          <w:tcPr>
            <w:tcW w:w="9360" w:type="dxa"/>
            <w:shd w:val="clear" w:color="auto" w:fill="FFF4D6"/>
            <w:tcMar>
              <w:top w:w="90" w:type="dxa"/>
              <w:left w:w="140" w:type="dxa"/>
              <w:bottom w:w="90" w:type="dxa"/>
              <w:right w:w="140" w:type="dxa"/>
            </w:tcMar>
          </w:tcPr>
          <w:p w14:paraId="2EB79C3D" w14:textId="77777777" w:rsidR="00596D4B" w:rsidRDefault="00000000">
            <w:r>
              <w:rPr>
                <w:b/>
                <w:color w:val="6B4B00"/>
                <w:sz w:val="19"/>
              </w:rPr>
              <w:t>Shown when 4 or more organizations are selected.</w:t>
            </w:r>
          </w:p>
        </w:tc>
      </w:tr>
    </w:tbl>
    <w:p w14:paraId="564A3137" w14:textId="77777777" w:rsidR="00596D4B" w:rsidRDefault="00000000">
      <w:pPr>
        <w:pStyle w:val="ApplicationQuestion"/>
        <w:numPr>
          <w:ilvl w:val="0"/>
          <w:numId w:val="1"/>
        </w:numPr>
      </w:pPr>
      <w:r>
        <w:t>Primary Contact - Last Name</w:t>
      </w:r>
    </w:p>
    <w:p w14:paraId="774EE2CB" w14:textId="77777777" w:rsidR="00596D4B" w:rsidRDefault="00000000">
      <w:pPr>
        <w:pStyle w:val="FieldMetadata"/>
      </w:pPr>
      <w:r>
        <w:rPr>
          <w:b/>
          <w:color w:val="A12A2A"/>
        </w:rPr>
        <w:t>Short answer  |  REQUIRED</w:t>
      </w:r>
    </w:p>
    <w:p w14:paraId="285F8174" w14:textId="77777777" w:rsidR="00596D4B" w:rsidRDefault="00000000">
      <w:pPr>
        <w:pStyle w:val="ApplicationQuestion"/>
        <w:numPr>
          <w:ilvl w:val="0"/>
          <w:numId w:val="1"/>
        </w:numPr>
      </w:pPr>
      <w:r>
        <w:t>Primary Contact - First Name</w:t>
      </w:r>
    </w:p>
    <w:p w14:paraId="72F614C8" w14:textId="77777777" w:rsidR="00596D4B" w:rsidRDefault="00000000">
      <w:pPr>
        <w:pStyle w:val="FieldMetadata"/>
      </w:pPr>
      <w:r>
        <w:rPr>
          <w:b/>
          <w:color w:val="A12A2A"/>
        </w:rPr>
        <w:t>Short answer  |  REQUIRED</w:t>
      </w:r>
    </w:p>
    <w:p w14:paraId="65882E19" w14:textId="77777777" w:rsidR="00596D4B" w:rsidRDefault="00000000">
      <w:pPr>
        <w:pStyle w:val="ApplicationQuestion"/>
        <w:numPr>
          <w:ilvl w:val="0"/>
          <w:numId w:val="1"/>
        </w:numPr>
      </w:pPr>
      <w:r>
        <w:t>Primary Contact - Email</w:t>
      </w:r>
    </w:p>
    <w:p w14:paraId="345D4F39" w14:textId="77777777" w:rsidR="00596D4B" w:rsidRDefault="00000000">
      <w:pPr>
        <w:pStyle w:val="FieldMetadata"/>
      </w:pPr>
      <w:r>
        <w:rPr>
          <w:b/>
          <w:color w:val="A12A2A"/>
        </w:rPr>
        <w:t>Short answer  |  REQUIRED</w:t>
      </w:r>
    </w:p>
    <w:p w14:paraId="7AB504E3" w14:textId="77777777" w:rsidR="00596D4B" w:rsidRDefault="00000000">
      <w:pPr>
        <w:pStyle w:val="ApplicationQuestion"/>
        <w:numPr>
          <w:ilvl w:val="0"/>
          <w:numId w:val="1"/>
        </w:numPr>
      </w:pPr>
      <w:r>
        <w:t>Primary Contact - Title</w:t>
      </w:r>
    </w:p>
    <w:p w14:paraId="0D8967BD" w14:textId="77777777" w:rsidR="00596D4B" w:rsidRDefault="00000000">
      <w:pPr>
        <w:pStyle w:val="FieldMetadata"/>
      </w:pPr>
      <w:r>
        <w:rPr>
          <w:b/>
          <w:color w:val="A12A2A"/>
        </w:rPr>
        <w:t>Short answer  |  REQUIRED</w:t>
      </w:r>
    </w:p>
    <w:p w14:paraId="6B5D6718" w14:textId="77777777" w:rsidR="00596D4B" w:rsidRDefault="00000000">
      <w:pPr>
        <w:pStyle w:val="ApplicationQuestion"/>
        <w:numPr>
          <w:ilvl w:val="0"/>
          <w:numId w:val="1"/>
        </w:numPr>
      </w:pPr>
      <w:r>
        <w:t>Primary Contact - Phone Number</w:t>
      </w:r>
    </w:p>
    <w:p w14:paraId="7948EEB7" w14:textId="77777777" w:rsidR="00596D4B" w:rsidRDefault="00000000">
      <w:pPr>
        <w:pStyle w:val="FieldMetadata"/>
      </w:pPr>
      <w:r>
        <w:rPr>
          <w:b/>
          <w:color w:val="A12A2A"/>
        </w:rPr>
        <w:t>Short answer; format ###-###-####  |  REQUIRED</w:t>
      </w:r>
    </w:p>
    <w:p w14:paraId="7DFACB01" w14:textId="77777777" w:rsidR="00596D4B" w:rsidRDefault="00000000">
      <w:pPr>
        <w:pStyle w:val="ApplicationQuestion"/>
        <w:numPr>
          <w:ilvl w:val="0"/>
          <w:numId w:val="1"/>
        </w:numPr>
      </w:pPr>
      <w:r>
        <w:lastRenderedPageBreak/>
        <w:t>Is the primary contact also the Executive Director / CEO of Organization 4?</w:t>
      </w:r>
    </w:p>
    <w:p w14:paraId="194ACE31" w14:textId="77777777" w:rsidR="00596D4B" w:rsidRDefault="00000000">
      <w:pPr>
        <w:pStyle w:val="FieldMetadata"/>
        <w:keepNext/>
      </w:pPr>
      <w:r>
        <w:rPr>
          <w:b/>
          <w:color w:val="A12A2A"/>
        </w:rPr>
        <w:t>Dropdown  |  REQUIRED</w:t>
      </w:r>
    </w:p>
    <w:p w14:paraId="65D4E5C5" w14:textId="77777777" w:rsidR="00596D4B" w:rsidRDefault="00000000">
      <w:pPr>
        <w:keepNext/>
        <w:spacing w:after="40"/>
        <w:ind w:left="720" w:hanging="360"/>
      </w:pPr>
      <w:r>
        <w:rPr>
          <w:color w:val="29343D"/>
          <w:sz w:val="20"/>
        </w:rPr>
        <w:t>▪  Yes</w:t>
      </w:r>
    </w:p>
    <w:p w14:paraId="337FAAB5" w14:textId="77777777" w:rsidR="00596D4B" w:rsidRDefault="00000000">
      <w:pPr>
        <w:spacing w:after="40"/>
        <w:ind w:left="720" w:hanging="360"/>
      </w:pPr>
      <w:r>
        <w:rPr>
          <w:color w:val="29343D"/>
          <w:sz w:val="20"/>
        </w:rPr>
        <w:t>▪  No</w:t>
      </w:r>
    </w:p>
    <w:p w14:paraId="43C4AA0F" w14:textId="77777777" w:rsidR="00596D4B" w:rsidRDefault="00000000">
      <w:pPr>
        <w:pStyle w:val="ApplicationQuestion"/>
        <w:numPr>
          <w:ilvl w:val="0"/>
          <w:numId w:val="1"/>
        </w:numPr>
      </w:pPr>
      <w:r>
        <w:t>Executive Director - Last Name</w:t>
      </w:r>
    </w:p>
    <w:p w14:paraId="6ABCE627" w14:textId="77777777" w:rsidR="00596D4B" w:rsidRDefault="00000000">
      <w:pPr>
        <w:pStyle w:val="FieldMetadata"/>
        <w:keepNext/>
      </w:pPr>
      <w:r>
        <w:rPr>
          <w:b/>
          <w:color w:val="A12A2A"/>
        </w:rPr>
        <w:t>Short answer  |  REQUIRED</w:t>
      </w:r>
      <w:r>
        <w:rPr>
          <w:b/>
          <w:color w:val="A12A2A"/>
        </w:rPr>
        <w:br/>
      </w:r>
      <w:r>
        <w:rPr>
          <w:color w:val="6B4B00"/>
        </w:rPr>
        <w:t>Conditional: Shown when No is selected above.</w:t>
      </w:r>
    </w:p>
    <w:p w14:paraId="6BD644CD" w14:textId="77777777" w:rsidR="00596D4B" w:rsidRDefault="00000000">
      <w:pPr>
        <w:pStyle w:val="ApplicationQuestion"/>
        <w:numPr>
          <w:ilvl w:val="0"/>
          <w:numId w:val="1"/>
        </w:numPr>
      </w:pPr>
      <w:r>
        <w:t>Executive Director - First Name</w:t>
      </w:r>
    </w:p>
    <w:p w14:paraId="161A5620" w14:textId="77777777" w:rsidR="00596D4B" w:rsidRDefault="00000000">
      <w:pPr>
        <w:pStyle w:val="FieldMetadata"/>
        <w:keepNext/>
      </w:pPr>
      <w:r>
        <w:rPr>
          <w:b/>
          <w:color w:val="A12A2A"/>
        </w:rPr>
        <w:t>Short answer  |  REQUIRED</w:t>
      </w:r>
      <w:r>
        <w:rPr>
          <w:b/>
          <w:color w:val="A12A2A"/>
        </w:rPr>
        <w:br/>
      </w:r>
      <w:r>
        <w:rPr>
          <w:color w:val="6B4B00"/>
        </w:rPr>
        <w:t>Conditional: Shown when No is selected above.</w:t>
      </w:r>
    </w:p>
    <w:p w14:paraId="0B66C19A" w14:textId="77777777" w:rsidR="00596D4B" w:rsidRDefault="00000000">
      <w:pPr>
        <w:pStyle w:val="ApplicationQuestion"/>
        <w:numPr>
          <w:ilvl w:val="0"/>
          <w:numId w:val="1"/>
        </w:numPr>
      </w:pPr>
      <w:r>
        <w:t>Executive Director - Phone</w:t>
      </w:r>
    </w:p>
    <w:p w14:paraId="001DD85D" w14:textId="77777777" w:rsidR="00596D4B" w:rsidRDefault="00000000">
      <w:pPr>
        <w:pStyle w:val="FieldMetadata"/>
        <w:keepNext/>
      </w:pPr>
      <w:r>
        <w:rPr>
          <w:b/>
          <w:color w:val="A12A2A"/>
        </w:rPr>
        <w:t>Short answer; format ###-###-####  |  REQUIRED</w:t>
      </w:r>
      <w:r>
        <w:rPr>
          <w:b/>
          <w:color w:val="A12A2A"/>
        </w:rPr>
        <w:br/>
      </w:r>
      <w:r>
        <w:rPr>
          <w:color w:val="6B4B00"/>
        </w:rPr>
        <w:t>Conditional: Shown when No is selected above.</w:t>
      </w:r>
    </w:p>
    <w:p w14:paraId="140209BB" w14:textId="77777777" w:rsidR="00596D4B" w:rsidRDefault="00000000">
      <w:pPr>
        <w:pStyle w:val="ApplicationQuestion"/>
        <w:numPr>
          <w:ilvl w:val="0"/>
          <w:numId w:val="1"/>
        </w:numPr>
      </w:pPr>
      <w:r>
        <w:t>Executive Director - Email</w:t>
      </w:r>
    </w:p>
    <w:p w14:paraId="2D3C0947" w14:textId="77777777" w:rsidR="00596D4B" w:rsidRDefault="00000000">
      <w:pPr>
        <w:pStyle w:val="FieldMetadata"/>
        <w:keepNext/>
      </w:pPr>
      <w:r>
        <w:rPr>
          <w:b/>
          <w:color w:val="A12A2A"/>
        </w:rPr>
        <w:t>Short answer  |  REQUIRED</w:t>
      </w:r>
      <w:r>
        <w:rPr>
          <w:b/>
          <w:color w:val="A12A2A"/>
        </w:rPr>
        <w:br/>
      </w:r>
      <w:r>
        <w:rPr>
          <w:color w:val="6B4B00"/>
        </w:rPr>
        <w:t>Conditional: Shown when No is selected above.</w:t>
      </w:r>
    </w:p>
    <w:p w14:paraId="733CAF6E" w14:textId="77777777" w:rsidR="00596D4B" w:rsidRDefault="00000000">
      <w:pPr>
        <w:pStyle w:val="ApplicationQuestion"/>
        <w:numPr>
          <w:ilvl w:val="0"/>
          <w:numId w:val="1"/>
        </w:numPr>
      </w:pPr>
      <w:r>
        <w:t>Executive Director - Title</w:t>
      </w:r>
    </w:p>
    <w:p w14:paraId="7A22FBAE" w14:textId="77777777" w:rsidR="00596D4B" w:rsidRDefault="00000000">
      <w:pPr>
        <w:pStyle w:val="FieldMetadata"/>
        <w:keepNext/>
      </w:pPr>
      <w:r>
        <w:rPr>
          <w:b/>
          <w:color w:val="A12A2A"/>
        </w:rPr>
        <w:t>Short answer  |  REQUIRED</w:t>
      </w:r>
      <w:r>
        <w:rPr>
          <w:b/>
          <w:color w:val="A12A2A"/>
        </w:rPr>
        <w:br/>
      </w:r>
      <w:r>
        <w:rPr>
          <w:color w:val="6B4B00"/>
        </w:rPr>
        <w:t>Conditional: Shown when No is selected above.</w:t>
      </w:r>
    </w:p>
    <w:p w14:paraId="2B1E31A2" w14:textId="77777777" w:rsidR="00596D4B" w:rsidRDefault="00000000">
      <w:pPr>
        <w:pStyle w:val="ApplicationQuestion"/>
        <w:numPr>
          <w:ilvl w:val="0"/>
          <w:numId w:val="1"/>
        </w:numPr>
      </w:pPr>
      <w:r>
        <w:t>Executive Director's Professional Bio</w:t>
      </w:r>
    </w:p>
    <w:p w14:paraId="4062CB39" w14:textId="77777777" w:rsidR="00596D4B" w:rsidRDefault="00000000">
      <w:pPr>
        <w:pStyle w:val="FieldMetadata"/>
        <w:keepNext/>
      </w:pPr>
      <w:r>
        <w:t>Long answer  |  Optional</w:t>
      </w:r>
      <w:r>
        <w:br/>
      </w:r>
      <w:r>
        <w:rPr>
          <w:color w:val="6B4B00"/>
        </w:rPr>
        <w:t>Conditional: Shown when No is selected above.</w:t>
      </w:r>
    </w:p>
    <w:p w14:paraId="291B2C77" w14:textId="77777777" w:rsidR="00596D4B" w:rsidRDefault="00000000">
      <w:pPr>
        <w:pStyle w:val="ApplicationQuestion"/>
        <w:numPr>
          <w:ilvl w:val="0"/>
          <w:numId w:val="1"/>
        </w:numPr>
      </w:pPr>
      <w:r>
        <w:t>Organization</w:t>
      </w:r>
    </w:p>
    <w:p w14:paraId="12859425" w14:textId="77777777" w:rsidR="00596D4B" w:rsidRDefault="00000000">
      <w:pPr>
        <w:pStyle w:val="FieldMetadata"/>
      </w:pPr>
      <w:r>
        <w:rPr>
          <w:b/>
          <w:color w:val="A12A2A"/>
        </w:rPr>
        <w:t>Short answer; 34-character limit  |  REQUIRED</w:t>
      </w:r>
    </w:p>
    <w:p w14:paraId="29910AC9" w14:textId="77777777" w:rsidR="00596D4B" w:rsidRDefault="00000000">
      <w:pPr>
        <w:pStyle w:val="ApplicationQuestion"/>
        <w:numPr>
          <w:ilvl w:val="0"/>
          <w:numId w:val="1"/>
        </w:numPr>
      </w:pPr>
      <w:r>
        <w:t>Website</w:t>
      </w:r>
    </w:p>
    <w:p w14:paraId="3C579577" w14:textId="77777777" w:rsidR="00596D4B" w:rsidRDefault="00000000">
      <w:pPr>
        <w:pStyle w:val="FieldMetadata"/>
      </w:pPr>
      <w:r>
        <w:rPr>
          <w:b/>
          <w:color w:val="A12A2A"/>
        </w:rPr>
        <w:t>Short answer  |  REQUIRED</w:t>
      </w:r>
    </w:p>
    <w:p w14:paraId="070DC4E9" w14:textId="77777777" w:rsidR="00596D4B" w:rsidRDefault="00000000">
      <w:pPr>
        <w:pStyle w:val="ApplicationQuestion"/>
        <w:numPr>
          <w:ilvl w:val="0"/>
          <w:numId w:val="1"/>
        </w:numPr>
      </w:pPr>
      <w:r>
        <w:t>Street Address</w:t>
      </w:r>
    </w:p>
    <w:p w14:paraId="3647C77B" w14:textId="77777777" w:rsidR="00596D4B" w:rsidRDefault="00000000">
      <w:pPr>
        <w:pStyle w:val="FieldMetadata"/>
      </w:pPr>
      <w:r>
        <w:rPr>
          <w:b/>
          <w:color w:val="A12A2A"/>
        </w:rPr>
        <w:t>Short answer  |  REQUIRED</w:t>
      </w:r>
    </w:p>
    <w:p w14:paraId="7ABC934B" w14:textId="77777777" w:rsidR="00596D4B" w:rsidRDefault="00000000">
      <w:pPr>
        <w:pStyle w:val="ApplicationQuestion"/>
        <w:numPr>
          <w:ilvl w:val="0"/>
          <w:numId w:val="1"/>
        </w:numPr>
      </w:pPr>
      <w:r>
        <w:t>Town/City</w:t>
      </w:r>
    </w:p>
    <w:p w14:paraId="2F6BADBE" w14:textId="77777777" w:rsidR="00596D4B" w:rsidRDefault="00000000">
      <w:pPr>
        <w:pStyle w:val="FieldMetadata"/>
      </w:pPr>
      <w:r>
        <w:rPr>
          <w:b/>
          <w:color w:val="A12A2A"/>
        </w:rPr>
        <w:t>Short answer  |  REQUIRED</w:t>
      </w:r>
    </w:p>
    <w:p w14:paraId="50F5117D" w14:textId="77777777" w:rsidR="00596D4B" w:rsidRDefault="00000000">
      <w:pPr>
        <w:pStyle w:val="ApplicationQuestion"/>
        <w:pageBreakBefore/>
        <w:numPr>
          <w:ilvl w:val="0"/>
          <w:numId w:val="1"/>
        </w:numPr>
      </w:pPr>
      <w:r>
        <w:lastRenderedPageBreak/>
        <w:t>State</w:t>
      </w:r>
    </w:p>
    <w:p w14:paraId="64ACBC7A" w14:textId="77777777" w:rsidR="00596D4B" w:rsidRDefault="00000000">
      <w:pPr>
        <w:pStyle w:val="FieldMetadata"/>
        <w:keepNext/>
      </w:pPr>
      <w:r>
        <w:rPr>
          <w:b/>
          <w:color w:val="A12A2A"/>
        </w:rPr>
        <w:t>Dropdown  |  REQUIRED</w:t>
      </w:r>
    </w:p>
    <w:p w14:paraId="51C78CE1" w14:textId="77777777" w:rsidR="00596D4B" w:rsidRDefault="00000000">
      <w:pPr>
        <w:keepNext/>
        <w:spacing w:after="40"/>
        <w:ind w:left="720" w:hanging="360"/>
      </w:pPr>
      <w:r>
        <w:rPr>
          <w:color w:val="29343D"/>
          <w:sz w:val="20"/>
        </w:rPr>
        <w:t>▪  Alabama</w:t>
      </w:r>
    </w:p>
    <w:p w14:paraId="6F74778A" w14:textId="77777777" w:rsidR="00596D4B" w:rsidRDefault="00000000">
      <w:pPr>
        <w:keepNext/>
        <w:spacing w:after="40"/>
        <w:ind w:left="720" w:hanging="360"/>
      </w:pPr>
      <w:r>
        <w:rPr>
          <w:color w:val="29343D"/>
          <w:sz w:val="20"/>
        </w:rPr>
        <w:t>▪  Alaska</w:t>
      </w:r>
    </w:p>
    <w:p w14:paraId="621AE73C" w14:textId="77777777" w:rsidR="00596D4B" w:rsidRDefault="00000000">
      <w:pPr>
        <w:keepNext/>
        <w:spacing w:after="40"/>
        <w:ind w:left="720" w:hanging="360"/>
      </w:pPr>
      <w:r>
        <w:rPr>
          <w:color w:val="29343D"/>
          <w:sz w:val="20"/>
        </w:rPr>
        <w:t>▪  Arizona</w:t>
      </w:r>
    </w:p>
    <w:p w14:paraId="3D25DD9C" w14:textId="77777777" w:rsidR="00596D4B" w:rsidRDefault="00000000">
      <w:pPr>
        <w:keepNext/>
        <w:spacing w:after="40"/>
        <w:ind w:left="720" w:hanging="360"/>
      </w:pPr>
      <w:r>
        <w:rPr>
          <w:color w:val="29343D"/>
          <w:sz w:val="20"/>
        </w:rPr>
        <w:t>▪  Arkansas</w:t>
      </w:r>
    </w:p>
    <w:p w14:paraId="70B38A54" w14:textId="77777777" w:rsidR="00596D4B" w:rsidRDefault="00000000">
      <w:pPr>
        <w:keepNext/>
        <w:spacing w:after="40"/>
        <w:ind w:left="720" w:hanging="360"/>
      </w:pPr>
      <w:r>
        <w:rPr>
          <w:color w:val="29343D"/>
          <w:sz w:val="20"/>
        </w:rPr>
        <w:t>▪  California</w:t>
      </w:r>
    </w:p>
    <w:p w14:paraId="32CE9E7F" w14:textId="77777777" w:rsidR="00596D4B" w:rsidRDefault="00000000">
      <w:pPr>
        <w:keepNext/>
        <w:spacing w:after="40"/>
        <w:ind w:left="720" w:hanging="360"/>
      </w:pPr>
      <w:r>
        <w:rPr>
          <w:color w:val="29343D"/>
          <w:sz w:val="20"/>
        </w:rPr>
        <w:t>▪  Colorado</w:t>
      </w:r>
    </w:p>
    <w:p w14:paraId="3BA329DB" w14:textId="77777777" w:rsidR="00596D4B" w:rsidRDefault="00000000">
      <w:pPr>
        <w:keepNext/>
        <w:spacing w:after="40"/>
        <w:ind w:left="720" w:hanging="360"/>
      </w:pPr>
      <w:r>
        <w:rPr>
          <w:color w:val="29343D"/>
          <w:sz w:val="20"/>
        </w:rPr>
        <w:t>▪  Connecticut</w:t>
      </w:r>
    </w:p>
    <w:p w14:paraId="7D89877A" w14:textId="77777777" w:rsidR="00596D4B" w:rsidRDefault="00000000">
      <w:pPr>
        <w:keepNext/>
        <w:spacing w:after="40"/>
        <w:ind w:left="720" w:hanging="360"/>
      </w:pPr>
      <w:r>
        <w:rPr>
          <w:color w:val="29343D"/>
          <w:sz w:val="20"/>
        </w:rPr>
        <w:t>▪  Delaware</w:t>
      </w:r>
    </w:p>
    <w:p w14:paraId="201F5A1E" w14:textId="77777777" w:rsidR="00596D4B" w:rsidRDefault="00000000">
      <w:pPr>
        <w:keepNext/>
        <w:spacing w:after="40"/>
        <w:ind w:left="720" w:hanging="360"/>
      </w:pPr>
      <w:r>
        <w:rPr>
          <w:color w:val="29343D"/>
          <w:sz w:val="20"/>
        </w:rPr>
        <w:t>▪  District Of Columbia</w:t>
      </w:r>
    </w:p>
    <w:p w14:paraId="6DD1020B" w14:textId="77777777" w:rsidR="00596D4B" w:rsidRDefault="00000000">
      <w:pPr>
        <w:keepNext/>
        <w:spacing w:after="40"/>
        <w:ind w:left="720" w:hanging="360"/>
      </w:pPr>
      <w:r>
        <w:rPr>
          <w:color w:val="29343D"/>
          <w:sz w:val="20"/>
        </w:rPr>
        <w:t>▪  Florida</w:t>
      </w:r>
    </w:p>
    <w:p w14:paraId="06485556" w14:textId="77777777" w:rsidR="00596D4B" w:rsidRDefault="00000000">
      <w:pPr>
        <w:keepNext/>
        <w:spacing w:after="40"/>
        <w:ind w:left="720" w:hanging="360"/>
      </w:pPr>
      <w:r>
        <w:rPr>
          <w:color w:val="29343D"/>
          <w:sz w:val="20"/>
        </w:rPr>
        <w:t>▪  Georgia</w:t>
      </w:r>
    </w:p>
    <w:p w14:paraId="1FFE891B" w14:textId="77777777" w:rsidR="00596D4B" w:rsidRDefault="00000000">
      <w:pPr>
        <w:keepNext/>
        <w:spacing w:after="40"/>
        <w:ind w:left="720" w:hanging="360"/>
      </w:pPr>
      <w:r>
        <w:rPr>
          <w:color w:val="29343D"/>
          <w:sz w:val="20"/>
        </w:rPr>
        <w:t>▪  Hawaii</w:t>
      </w:r>
    </w:p>
    <w:p w14:paraId="02DE8184" w14:textId="77777777" w:rsidR="00596D4B" w:rsidRDefault="00000000">
      <w:pPr>
        <w:keepNext/>
        <w:spacing w:after="40"/>
        <w:ind w:left="720" w:hanging="360"/>
      </w:pPr>
      <w:r>
        <w:rPr>
          <w:color w:val="29343D"/>
          <w:sz w:val="20"/>
        </w:rPr>
        <w:t>▪  Idaho</w:t>
      </w:r>
    </w:p>
    <w:p w14:paraId="2D1B5AFA" w14:textId="77777777" w:rsidR="00596D4B" w:rsidRDefault="00000000">
      <w:pPr>
        <w:keepNext/>
        <w:spacing w:after="40"/>
        <w:ind w:left="720" w:hanging="360"/>
      </w:pPr>
      <w:r>
        <w:rPr>
          <w:color w:val="29343D"/>
          <w:sz w:val="20"/>
        </w:rPr>
        <w:t>▪  Illinois</w:t>
      </w:r>
    </w:p>
    <w:p w14:paraId="0D7E013E" w14:textId="77777777" w:rsidR="00596D4B" w:rsidRDefault="00000000">
      <w:pPr>
        <w:keepNext/>
        <w:spacing w:after="40"/>
        <w:ind w:left="720" w:hanging="360"/>
      </w:pPr>
      <w:r>
        <w:rPr>
          <w:color w:val="29343D"/>
          <w:sz w:val="20"/>
        </w:rPr>
        <w:t>▪  Indiana</w:t>
      </w:r>
    </w:p>
    <w:p w14:paraId="36025887" w14:textId="77777777" w:rsidR="00596D4B" w:rsidRDefault="00000000">
      <w:pPr>
        <w:keepNext/>
        <w:spacing w:after="40"/>
        <w:ind w:left="720" w:hanging="360"/>
      </w:pPr>
      <w:r>
        <w:rPr>
          <w:color w:val="29343D"/>
          <w:sz w:val="20"/>
        </w:rPr>
        <w:t>▪  Iowa</w:t>
      </w:r>
    </w:p>
    <w:p w14:paraId="130B04F1" w14:textId="77777777" w:rsidR="00596D4B" w:rsidRDefault="00000000">
      <w:pPr>
        <w:keepNext/>
        <w:spacing w:after="40"/>
        <w:ind w:left="720" w:hanging="360"/>
      </w:pPr>
      <w:r>
        <w:rPr>
          <w:color w:val="29343D"/>
          <w:sz w:val="20"/>
        </w:rPr>
        <w:t>▪  Kansas</w:t>
      </w:r>
    </w:p>
    <w:p w14:paraId="28C9597C" w14:textId="77777777" w:rsidR="00596D4B" w:rsidRDefault="00000000">
      <w:pPr>
        <w:keepNext/>
        <w:spacing w:after="40"/>
        <w:ind w:left="720" w:hanging="360"/>
      </w:pPr>
      <w:r>
        <w:rPr>
          <w:color w:val="29343D"/>
          <w:sz w:val="20"/>
        </w:rPr>
        <w:t>▪  Kentucky</w:t>
      </w:r>
    </w:p>
    <w:p w14:paraId="4F7AABE9" w14:textId="77777777" w:rsidR="00596D4B" w:rsidRDefault="00000000">
      <w:pPr>
        <w:keepNext/>
        <w:spacing w:after="40"/>
        <w:ind w:left="720" w:hanging="360"/>
      </w:pPr>
      <w:r>
        <w:rPr>
          <w:color w:val="29343D"/>
          <w:sz w:val="20"/>
        </w:rPr>
        <w:t>▪  Louisiana</w:t>
      </w:r>
    </w:p>
    <w:p w14:paraId="3021D686" w14:textId="77777777" w:rsidR="00596D4B" w:rsidRDefault="00000000">
      <w:pPr>
        <w:keepNext/>
        <w:spacing w:after="40"/>
        <w:ind w:left="720" w:hanging="360"/>
      </w:pPr>
      <w:r>
        <w:rPr>
          <w:color w:val="29343D"/>
          <w:sz w:val="20"/>
        </w:rPr>
        <w:t>▪  Maine</w:t>
      </w:r>
    </w:p>
    <w:p w14:paraId="1D2F9418" w14:textId="77777777" w:rsidR="00596D4B" w:rsidRDefault="00000000">
      <w:pPr>
        <w:keepNext/>
        <w:spacing w:after="40"/>
        <w:ind w:left="720" w:hanging="360"/>
      </w:pPr>
      <w:r>
        <w:rPr>
          <w:color w:val="29343D"/>
          <w:sz w:val="20"/>
        </w:rPr>
        <w:t>▪  Maryland</w:t>
      </w:r>
    </w:p>
    <w:p w14:paraId="45512626" w14:textId="77777777" w:rsidR="00596D4B" w:rsidRDefault="00000000">
      <w:pPr>
        <w:keepNext/>
        <w:spacing w:after="40"/>
        <w:ind w:left="720" w:hanging="360"/>
      </w:pPr>
      <w:r>
        <w:rPr>
          <w:color w:val="29343D"/>
          <w:sz w:val="20"/>
        </w:rPr>
        <w:t>▪  Massachusetts</w:t>
      </w:r>
    </w:p>
    <w:p w14:paraId="553159F1" w14:textId="77777777" w:rsidR="00596D4B" w:rsidRDefault="00000000">
      <w:pPr>
        <w:keepNext/>
        <w:spacing w:after="40"/>
        <w:ind w:left="720" w:hanging="360"/>
      </w:pPr>
      <w:r>
        <w:rPr>
          <w:color w:val="29343D"/>
          <w:sz w:val="20"/>
        </w:rPr>
        <w:t>▪  Michigan</w:t>
      </w:r>
    </w:p>
    <w:p w14:paraId="61546018" w14:textId="77777777" w:rsidR="00596D4B" w:rsidRDefault="00000000">
      <w:pPr>
        <w:keepNext/>
        <w:spacing w:after="40"/>
        <w:ind w:left="720" w:hanging="360"/>
      </w:pPr>
      <w:r>
        <w:rPr>
          <w:color w:val="29343D"/>
          <w:sz w:val="20"/>
        </w:rPr>
        <w:t>▪  Minnesota</w:t>
      </w:r>
    </w:p>
    <w:p w14:paraId="7CF767FC" w14:textId="77777777" w:rsidR="00596D4B" w:rsidRDefault="00000000">
      <w:pPr>
        <w:keepNext/>
        <w:spacing w:after="40"/>
        <w:ind w:left="720" w:hanging="360"/>
      </w:pPr>
      <w:r>
        <w:rPr>
          <w:color w:val="29343D"/>
          <w:sz w:val="20"/>
        </w:rPr>
        <w:t>▪  Mississippi</w:t>
      </w:r>
    </w:p>
    <w:p w14:paraId="3A5D24A2" w14:textId="77777777" w:rsidR="00596D4B" w:rsidRDefault="00000000">
      <w:pPr>
        <w:keepNext/>
        <w:spacing w:after="40"/>
        <w:ind w:left="720" w:hanging="360"/>
      </w:pPr>
      <w:r>
        <w:rPr>
          <w:color w:val="29343D"/>
          <w:sz w:val="20"/>
        </w:rPr>
        <w:t>▪  Missouri</w:t>
      </w:r>
    </w:p>
    <w:p w14:paraId="22533EE2" w14:textId="77777777" w:rsidR="00596D4B" w:rsidRDefault="00000000">
      <w:pPr>
        <w:keepNext/>
        <w:spacing w:after="40"/>
        <w:ind w:left="720" w:hanging="360"/>
      </w:pPr>
      <w:r>
        <w:rPr>
          <w:color w:val="29343D"/>
          <w:sz w:val="20"/>
        </w:rPr>
        <w:t>▪  Montana</w:t>
      </w:r>
    </w:p>
    <w:p w14:paraId="6EA02A62" w14:textId="77777777" w:rsidR="00596D4B" w:rsidRDefault="00000000">
      <w:pPr>
        <w:keepNext/>
        <w:spacing w:after="40"/>
        <w:ind w:left="720" w:hanging="360"/>
      </w:pPr>
      <w:r>
        <w:rPr>
          <w:color w:val="29343D"/>
          <w:sz w:val="20"/>
        </w:rPr>
        <w:t>▪  Nebraska</w:t>
      </w:r>
    </w:p>
    <w:p w14:paraId="1186D9FB" w14:textId="77777777" w:rsidR="00596D4B" w:rsidRDefault="00000000">
      <w:pPr>
        <w:keepNext/>
        <w:spacing w:after="40"/>
        <w:ind w:left="720" w:hanging="360"/>
      </w:pPr>
      <w:r>
        <w:rPr>
          <w:color w:val="29343D"/>
          <w:sz w:val="20"/>
        </w:rPr>
        <w:t>▪  Nevada</w:t>
      </w:r>
    </w:p>
    <w:p w14:paraId="7D6526B4" w14:textId="77777777" w:rsidR="00596D4B" w:rsidRDefault="00000000">
      <w:pPr>
        <w:keepNext/>
        <w:spacing w:after="40"/>
        <w:ind w:left="720" w:hanging="360"/>
      </w:pPr>
      <w:r>
        <w:rPr>
          <w:color w:val="29343D"/>
          <w:sz w:val="20"/>
        </w:rPr>
        <w:t>▪  New Hampshire</w:t>
      </w:r>
    </w:p>
    <w:p w14:paraId="2C8AD442" w14:textId="77777777" w:rsidR="00596D4B" w:rsidRDefault="00000000">
      <w:pPr>
        <w:keepNext/>
        <w:spacing w:after="40"/>
        <w:ind w:left="720" w:hanging="360"/>
      </w:pPr>
      <w:r>
        <w:rPr>
          <w:color w:val="29343D"/>
          <w:sz w:val="20"/>
        </w:rPr>
        <w:t>▪  New Jersey</w:t>
      </w:r>
    </w:p>
    <w:p w14:paraId="64FDAE08" w14:textId="77777777" w:rsidR="00596D4B" w:rsidRDefault="00000000">
      <w:pPr>
        <w:spacing w:after="40"/>
        <w:ind w:left="720" w:hanging="360"/>
      </w:pPr>
      <w:r>
        <w:rPr>
          <w:color w:val="29343D"/>
          <w:sz w:val="20"/>
        </w:rPr>
        <w:t>▪  New Mexico</w:t>
      </w:r>
    </w:p>
    <w:p w14:paraId="730A62BD" w14:textId="77777777" w:rsidR="00596D4B" w:rsidRDefault="00000000">
      <w:pPr>
        <w:keepNext/>
        <w:pageBreakBefore/>
        <w:spacing w:after="80"/>
      </w:pPr>
      <w:r>
        <w:rPr>
          <w:b/>
          <w:i/>
          <w:color w:val="66727D"/>
          <w:sz w:val="20"/>
        </w:rPr>
        <w:lastRenderedPageBreak/>
        <w:t>State options (continued)</w:t>
      </w:r>
    </w:p>
    <w:p w14:paraId="707AD3D5" w14:textId="77777777" w:rsidR="00596D4B" w:rsidRDefault="00000000">
      <w:pPr>
        <w:keepNext/>
        <w:spacing w:after="40"/>
        <w:ind w:left="720" w:hanging="360"/>
      </w:pPr>
      <w:r>
        <w:rPr>
          <w:color w:val="29343D"/>
          <w:sz w:val="20"/>
        </w:rPr>
        <w:t>▪  New York</w:t>
      </w:r>
    </w:p>
    <w:p w14:paraId="331D973A" w14:textId="77777777" w:rsidR="00596D4B" w:rsidRDefault="00000000">
      <w:pPr>
        <w:keepNext/>
        <w:spacing w:after="40"/>
        <w:ind w:left="720" w:hanging="360"/>
      </w:pPr>
      <w:r>
        <w:rPr>
          <w:color w:val="29343D"/>
          <w:sz w:val="20"/>
        </w:rPr>
        <w:t>▪  North Carolina</w:t>
      </w:r>
    </w:p>
    <w:p w14:paraId="113F67DC" w14:textId="77777777" w:rsidR="00596D4B" w:rsidRDefault="00000000">
      <w:pPr>
        <w:keepNext/>
        <w:spacing w:after="40"/>
        <w:ind w:left="720" w:hanging="360"/>
      </w:pPr>
      <w:r>
        <w:rPr>
          <w:color w:val="29343D"/>
          <w:sz w:val="20"/>
        </w:rPr>
        <w:t>▪  North Dakota</w:t>
      </w:r>
    </w:p>
    <w:p w14:paraId="488029F4" w14:textId="77777777" w:rsidR="00596D4B" w:rsidRDefault="00000000">
      <w:pPr>
        <w:keepNext/>
        <w:spacing w:after="40"/>
        <w:ind w:left="720" w:hanging="360"/>
      </w:pPr>
      <w:r>
        <w:rPr>
          <w:color w:val="29343D"/>
          <w:sz w:val="20"/>
        </w:rPr>
        <w:t>▪  Ohio</w:t>
      </w:r>
    </w:p>
    <w:p w14:paraId="77D656F8" w14:textId="77777777" w:rsidR="00596D4B" w:rsidRDefault="00000000">
      <w:pPr>
        <w:keepNext/>
        <w:spacing w:after="40"/>
        <w:ind w:left="720" w:hanging="360"/>
      </w:pPr>
      <w:r>
        <w:rPr>
          <w:color w:val="29343D"/>
          <w:sz w:val="20"/>
        </w:rPr>
        <w:t>▪  Oklahoma</w:t>
      </w:r>
    </w:p>
    <w:p w14:paraId="74D3666C" w14:textId="77777777" w:rsidR="00596D4B" w:rsidRDefault="00000000">
      <w:pPr>
        <w:keepNext/>
        <w:spacing w:after="40"/>
        <w:ind w:left="720" w:hanging="360"/>
      </w:pPr>
      <w:r>
        <w:rPr>
          <w:color w:val="29343D"/>
          <w:sz w:val="20"/>
        </w:rPr>
        <w:t>▪  Oregon</w:t>
      </w:r>
    </w:p>
    <w:p w14:paraId="6D0D20A9" w14:textId="77777777" w:rsidR="00596D4B" w:rsidRDefault="00000000">
      <w:pPr>
        <w:keepNext/>
        <w:spacing w:after="40"/>
        <w:ind w:left="720" w:hanging="360"/>
      </w:pPr>
      <w:r>
        <w:rPr>
          <w:color w:val="29343D"/>
          <w:sz w:val="20"/>
        </w:rPr>
        <w:t>▪  Pennsylvania</w:t>
      </w:r>
    </w:p>
    <w:p w14:paraId="2BAAF519" w14:textId="77777777" w:rsidR="00596D4B" w:rsidRDefault="00000000">
      <w:pPr>
        <w:keepNext/>
        <w:spacing w:after="40"/>
        <w:ind w:left="720" w:hanging="360"/>
      </w:pPr>
      <w:r>
        <w:rPr>
          <w:color w:val="29343D"/>
          <w:sz w:val="20"/>
        </w:rPr>
        <w:t>▪  Rhode Island</w:t>
      </w:r>
    </w:p>
    <w:p w14:paraId="588983BE" w14:textId="77777777" w:rsidR="00596D4B" w:rsidRDefault="00000000">
      <w:pPr>
        <w:keepNext/>
        <w:spacing w:after="40"/>
        <w:ind w:left="720" w:hanging="360"/>
      </w:pPr>
      <w:r>
        <w:rPr>
          <w:color w:val="29343D"/>
          <w:sz w:val="20"/>
        </w:rPr>
        <w:t>▪  South Carolina</w:t>
      </w:r>
    </w:p>
    <w:p w14:paraId="2E8FEAB0" w14:textId="77777777" w:rsidR="00596D4B" w:rsidRDefault="00000000">
      <w:pPr>
        <w:keepNext/>
        <w:spacing w:after="40"/>
        <w:ind w:left="720" w:hanging="360"/>
      </w:pPr>
      <w:r>
        <w:rPr>
          <w:color w:val="29343D"/>
          <w:sz w:val="20"/>
        </w:rPr>
        <w:t>▪  South Dakota</w:t>
      </w:r>
    </w:p>
    <w:p w14:paraId="622B3388" w14:textId="77777777" w:rsidR="00596D4B" w:rsidRDefault="00000000">
      <w:pPr>
        <w:keepNext/>
        <w:spacing w:after="40"/>
        <w:ind w:left="720" w:hanging="360"/>
      </w:pPr>
      <w:r>
        <w:rPr>
          <w:color w:val="29343D"/>
          <w:sz w:val="20"/>
        </w:rPr>
        <w:t>▪  Tennessee</w:t>
      </w:r>
    </w:p>
    <w:p w14:paraId="2E64E131" w14:textId="77777777" w:rsidR="00596D4B" w:rsidRDefault="00000000">
      <w:pPr>
        <w:keepNext/>
        <w:spacing w:after="40"/>
        <w:ind w:left="720" w:hanging="360"/>
      </w:pPr>
      <w:r>
        <w:rPr>
          <w:color w:val="29343D"/>
          <w:sz w:val="20"/>
        </w:rPr>
        <w:t>▪  Texas</w:t>
      </w:r>
    </w:p>
    <w:p w14:paraId="6F1FE725" w14:textId="77777777" w:rsidR="00596D4B" w:rsidRDefault="00000000">
      <w:pPr>
        <w:keepNext/>
        <w:spacing w:after="40"/>
        <w:ind w:left="720" w:hanging="360"/>
      </w:pPr>
      <w:r>
        <w:rPr>
          <w:color w:val="29343D"/>
          <w:sz w:val="20"/>
        </w:rPr>
        <w:t>▪  Utah</w:t>
      </w:r>
    </w:p>
    <w:p w14:paraId="35F3682F" w14:textId="77777777" w:rsidR="00596D4B" w:rsidRDefault="00000000">
      <w:pPr>
        <w:keepNext/>
        <w:spacing w:after="40"/>
        <w:ind w:left="720" w:hanging="360"/>
      </w:pPr>
      <w:r>
        <w:rPr>
          <w:color w:val="29343D"/>
          <w:sz w:val="20"/>
        </w:rPr>
        <w:t>▪  Vermont</w:t>
      </w:r>
    </w:p>
    <w:p w14:paraId="55F0A2B9" w14:textId="77777777" w:rsidR="00596D4B" w:rsidRDefault="00000000">
      <w:pPr>
        <w:keepNext/>
        <w:spacing w:after="40"/>
        <w:ind w:left="720" w:hanging="360"/>
      </w:pPr>
      <w:r>
        <w:rPr>
          <w:color w:val="29343D"/>
          <w:sz w:val="20"/>
        </w:rPr>
        <w:t>▪  Virginia</w:t>
      </w:r>
    </w:p>
    <w:p w14:paraId="0B9F7046" w14:textId="77777777" w:rsidR="00596D4B" w:rsidRDefault="00000000">
      <w:pPr>
        <w:keepNext/>
        <w:spacing w:after="40"/>
        <w:ind w:left="720" w:hanging="360"/>
      </w:pPr>
      <w:r>
        <w:rPr>
          <w:color w:val="29343D"/>
          <w:sz w:val="20"/>
        </w:rPr>
        <w:t>▪  Washington</w:t>
      </w:r>
    </w:p>
    <w:p w14:paraId="7EA2D177" w14:textId="77777777" w:rsidR="00596D4B" w:rsidRDefault="00000000">
      <w:pPr>
        <w:keepNext/>
        <w:spacing w:after="40"/>
        <w:ind w:left="720" w:hanging="360"/>
      </w:pPr>
      <w:r>
        <w:rPr>
          <w:color w:val="29343D"/>
          <w:sz w:val="20"/>
        </w:rPr>
        <w:t>▪  West Virginia</w:t>
      </w:r>
    </w:p>
    <w:p w14:paraId="474AD098" w14:textId="77777777" w:rsidR="00596D4B" w:rsidRDefault="00000000">
      <w:pPr>
        <w:keepNext/>
        <w:spacing w:after="40"/>
        <w:ind w:left="720" w:hanging="360"/>
      </w:pPr>
      <w:r>
        <w:rPr>
          <w:color w:val="29343D"/>
          <w:sz w:val="20"/>
        </w:rPr>
        <w:t>▪  Wisconsin</w:t>
      </w:r>
    </w:p>
    <w:p w14:paraId="1C31358E" w14:textId="77777777" w:rsidR="00596D4B" w:rsidRDefault="00000000">
      <w:pPr>
        <w:keepNext/>
        <w:spacing w:after="40"/>
        <w:ind w:left="720" w:hanging="360"/>
      </w:pPr>
      <w:r>
        <w:rPr>
          <w:color w:val="29343D"/>
          <w:sz w:val="20"/>
        </w:rPr>
        <w:t>▪  Wyoming</w:t>
      </w:r>
    </w:p>
    <w:p w14:paraId="26E0565D" w14:textId="77777777" w:rsidR="00596D4B" w:rsidRDefault="00000000">
      <w:pPr>
        <w:keepNext/>
        <w:spacing w:after="40"/>
        <w:ind w:left="720" w:hanging="360"/>
      </w:pPr>
      <w:r>
        <w:rPr>
          <w:color w:val="29343D"/>
          <w:sz w:val="20"/>
        </w:rPr>
        <w:t>▪  Puerto Rico</w:t>
      </w:r>
    </w:p>
    <w:p w14:paraId="075DF618" w14:textId="77777777" w:rsidR="00596D4B" w:rsidRDefault="00000000">
      <w:pPr>
        <w:keepNext/>
        <w:spacing w:after="40"/>
        <w:ind w:left="720" w:hanging="360"/>
      </w:pPr>
      <w:r>
        <w:rPr>
          <w:color w:val="29343D"/>
          <w:sz w:val="20"/>
        </w:rPr>
        <w:t>▪  Virgin Island</w:t>
      </w:r>
    </w:p>
    <w:p w14:paraId="3AB6B50F" w14:textId="77777777" w:rsidR="00596D4B" w:rsidRDefault="00000000">
      <w:pPr>
        <w:keepNext/>
        <w:spacing w:after="40"/>
        <w:ind w:left="720" w:hanging="360"/>
      </w:pPr>
      <w:r>
        <w:rPr>
          <w:color w:val="29343D"/>
          <w:sz w:val="20"/>
        </w:rPr>
        <w:t>▪  Northern Mariana Islands</w:t>
      </w:r>
    </w:p>
    <w:p w14:paraId="0E4CDF16" w14:textId="77777777" w:rsidR="00596D4B" w:rsidRDefault="00000000">
      <w:pPr>
        <w:keepNext/>
        <w:spacing w:after="40"/>
        <w:ind w:left="720" w:hanging="360"/>
      </w:pPr>
      <w:r>
        <w:rPr>
          <w:color w:val="29343D"/>
          <w:sz w:val="20"/>
        </w:rPr>
        <w:t>▪  Guam</w:t>
      </w:r>
    </w:p>
    <w:p w14:paraId="36171247" w14:textId="77777777" w:rsidR="00596D4B" w:rsidRDefault="00000000">
      <w:pPr>
        <w:keepNext/>
        <w:spacing w:after="40"/>
        <w:ind w:left="720" w:hanging="360"/>
      </w:pPr>
      <w:r>
        <w:rPr>
          <w:color w:val="29343D"/>
          <w:sz w:val="20"/>
        </w:rPr>
        <w:t>▪  American Samoa</w:t>
      </w:r>
    </w:p>
    <w:p w14:paraId="2E250BFB" w14:textId="77777777" w:rsidR="00596D4B" w:rsidRDefault="00000000">
      <w:pPr>
        <w:spacing w:after="40"/>
        <w:ind w:left="720" w:hanging="360"/>
      </w:pPr>
      <w:r>
        <w:rPr>
          <w:color w:val="29343D"/>
          <w:sz w:val="20"/>
        </w:rPr>
        <w:t>▪  Palau</w:t>
      </w:r>
    </w:p>
    <w:p w14:paraId="5E495C05" w14:textId="77777777" w:rsidR="00596D4B" w:rsidRDefault="00000000">
      <w:pPr>
        <w:pStyle w:val="ApplicationQuestion"/>
        <w:numPr>
          <w:ilvl w:val="0"/>
          <w:numId w:val="1"/>
        </w:numPr>
      </w:pPr>
      <w:r>
        <w:t>Zipcode</w:t>
      </w:r>
    </w:p>
    <w:p w14:paraId="3F5C22BA" w14:textId="77777777" w:rsidR="00596D4B" w:rsidRDefault="00000000">
      <w:pPr>
        <w:pStyle w:val="FieldMetadata"/>
      </w:pPr>
      <w:r>
        <w:rPr>
          <w:b/>
          <w:color w:val="A12A2A"/>
        </w:rPr>
        <w:t>Short answer  |  REQUIRED</w:t>
      </w:r>
    </w:p>
    <w:p w14:paraId="4CAD1D86" w14:textId="77777777" w:rsidR="00596D4B" w:rsidRDefault="00000000">
      <w:pPr>
        <w:pStyle w:val="ApplicationQuestion"/>
        <w:numPr>
          <w:ilvl w:val="0"/>
          <w:numId w:val="1"/>
        </w:numPr>
      </w:pPr>
      <w:r>
        <w:t>EIN</w:t>
      </w:r>
    </w:p>
    <w:p w14:paraId="2852835C" w14:textId="77777777" w:rsidR="00596D4B" w:rsidRDefault="00000000">
      <w:pPr>
        <w:pStyle w:val="FieldMetadata"/>
      </w:pPr>
      <w:r>
        <w:rPr>
          <w:b/>
          <w:color w:val="A12A2A"/>
        </w:rPr>
        <w:t>Short answer; no hyphens  |  REQUIRED</w:t>
      </w:r>
    </w:p>
    <w:p w14:paraId="0086268F" w14:textId="77777777" w:rsidR="00596D4B" w:rsidRDefault="00000000">
      <w:pPr>
        <w:pStyle w:val="ApplicationQuestion"/>
        <w:numPr>
          <w:ilvl w:val="0"/>
          <w:numId w:val="1"/>
        </w:numPr>
      </w:pPr>
      <w:r>
        <w:t>Please briefly describe the organization's mission and core programs/services.</w:t>
      </w:r>
    </w:p>
    <w:p w14:paraId="3581F006" w14:textId="77777777" w:rsidR="00596D4B" w:rsidRDefault="00000000">
      <w:pPr>
        <w:pStyle w:val="FieldMetadata"/>
      </w:pPr>
      <w:r>
        <w:rPr>
          <w:b/>
          <w:color w:val="A12A2A"/>
        </w:rPr>
        <w:t>Long answer  |  REQUIRED</w:t>
      </w:r>
    </w:p>
    <w:p w14:paraId="54E1F93C" w14:textId="77777777" w:rsidR="00596D4B" w:rsidRDefault="00000000">
      <w:pPr>
        <w:pStyle w:val="Heading1"/>
      </w:pPr>
      <w:r>
        <w:t>Organization 4 - Financial Information</w:t>
      </w:r>
    </w:p>
    <w:tbl>
      <w:tblPr>
        <w:tblStyle w:val="TableGrid"/>
        <w:tblW w:w="9360" w:type="dxa"/>
        <w:tblInd w:w="120" w:type="dxa"/>
        <w:tblLayout w:type="fixed"/>
        <w:tblLook w:val="04A0" w:firstRow="1" w:lastRow="0" w:firstColumn="1" w:lastColumn="0" w:noHBand="0" w:noVBand="1"/>
      </w:tblPr>
      <w:tblGrid>
        <w:gridCol w:w="9360"/>
      </w:tblGrid>
      <w:tr w:rsidR="00596D4B" w14:paraId="73B55E90" w14:textId="77777777">
        <w:tc>
          <w:tcPr>
            <w:tcW w:w="9360" w:type="dxa"/>
            <w:shd w:val="clear" w:color="auto" w:fill="FFF4D6"/>
            <w:tcMar>
              <w:top w:w="90" w:type="dxa"/>
              <w:left w:w="140" w:type="dxa"/>
              <w:bottom w:w="90" w:type="dxa"/>
              <w:right w:w="140" w:type="dxa"/>
            </w:tcMar>
          </w:tcPr>
          <w:p w14:paraId="7C235D0B" w14:textId="77777777" w:rsidR="00596D4B" w:rsidRDefault="00000000">
            <w:r>
              <w:rPr>
                <w:b/>
                <w:color w:val="6B4B00"/>
                <w:sz w:val="19"/>
              </w:rPr>
              <w:t>Shown when 4 or more organizations are selected.</w:t>
            </w:r>
          </w:p>
        </w:tc>
      </w:tr>
    </w:tbl>
    <w:p w14:paraId="0FF9A5FD" w14:textId="77777777" w:rsidR="00596D4B" w:rsidRDefault="00000000">
      <w:pPr>
        <w:pStyle w:val="ApplicationQuestion"/>
        <w:numPr>
          <w:ilvl w:val="0"/>
          <w:numId w:val="1"/>
        </w:numPr>
      </w:pPr>
      <w:r>
        <w:lastRenderedPageBreak/>
        <w:t>What type of organization is it?</w:t>
      </w:r>
    </w:p>
    <w:p w14:paraId="77618F22" w14:textId="77777777" w:rsidR="00596D4B" w:rsidRDefault="00000000">
      <w:pPr>
        <w:pStyle w:val="FieldMetadata"/>
        <w:keepNext/>
      </w:pPr>
      <w:r>
        <w:rPr>
          <w:b/>
          <w:color w:val="A12A2A"/>
        </w:rPr>
        <w:t>Checkboxes  |  REQUIRED</w:t>
      </w:r>
    </w:p>
    <w:p w14:paraId="74BCFC57" w14:textId="77777777" w:rsidR="00596D4B" w:rsidRDefault="00000000">
      <w:pPr>
        <w:keepNext/>
        <w:spacing w:after="40"/>
        <w:ind w:left="720" w:hanging="360"/>
      </w:pPr>
      <w:r>
        <w:rPr>
          <w:color w:val="29343D"/>
          <w:sz w:val="20"/>
        </w:rPr>
        <w:t>▪  501(c)(3) - Registered</w:t>
      </w:r>
    </w:p>
    <w:p w14:paraId="11299284" w14:textId="77777777" w:rsidR="00596D4B" w:rsidRDefault="00000000">
      <w:pPr>
        <w:keepNext/>
        <w:spacing w:after="40"/>
        <w:ind w:left="720" w:hanging="360"/>
      </w:pPr>
      <w:r>
        <w:rPr>
          <w:color w:val="29343D"/>
          <w:sz w:val="20"/>
        </w:rPr>
        <w:t>▪  501(c)(3) - Pending</w:t>
      </w:r>
    </w:p>
    <w:p w14:paraId="02E67DA4" w14:textId="77777777" w:rsidR="00596D4B" w:rsidRDefault="00000000">
      <w:pPr>
        <w:keepNext/>
        <w:spacing w:after="40"/>
        <w:ind w:left="720" w:hanging="360"/>
      </w:pPr>
      <w:r>
        <w:rPr>
          <w:color w:val="29343D"/>
          <w:sz w:val="20"/>
        </w:rPr>
        <w:t>▪  501(c)(4)</w:t>
      </w:r>
    </w:p>
    <w:p w14:paraId="5F6EAC15" w14:textId="77777777" w:rsidR="00596D4B" w:rsidRDefault="00000000">
      <w:pPr>
        <w:keepNext/>
        <w:spacing w:after="40"/>
        <w:ind w:left="720" w:hanging="360"/>
      </w:pPr>
      <w:r>
        <w:rPr>
          <w:color w:val="29343D"/>
          <w:sz w:val="20"/>
        </w:rPr>
        <w:t>▪  B-Corp</w:t>
      </w:r>
    </w:p>
    <w:p w14:paraId="33CC819E" w14:textId="77777777" w:rsidR="00596D4B" w:rsidRDefault="00000000">
      <w:pPr>
        <w:keepNext/>
        <w:spacing w:after="40"/>
        <w:ind w:left="720" w:hanging="360"/>
      </w:pPr>
      <w:r>
        <w:rPr>
          <w:color w:val="29343D"/>
          <w:sz w:val="20"/>
        </w:rPr>
        <w:t>▪  Fiscally-sponsored entity</w:t>
      </w:r>
    </w:p>
    <w:p w14:paraId="479548AA" w14:textId="77777777" w:rsidR="00596D4B" w:rsidRDefault="00000000">
      <w:pPr>
        <w:keepNext/>
        <w:spacing w:after="40"/>
        <w:ind w:left="720" w:hanging="360"/>
      </w:pPr>
      <w:r>
        <w:rPr>
          <w:color w:val="29343D"/>
          <w:sz w:val="20"/>
        </w:rPr>
        <w:t>▪  Foundation</w:t>
      </w:r>
    </w:p>
    <w:p w14:paraId="4511796D" w14:textId="77777777" w:rsidR="00596D4B" w:rsidRDefault="00000000">
      <w:pPr>
        <w:keepNext/>
        <w:spacing w:after="40"/>
        <w:ind w:left="720" w:hanging="360"/>
      </w:pPr>
      <w:r>
        <w:rPr>
          <w:color w:val="29343D"/>
          <w:sz w:val="20"/>
        </w:rPr>
        <w:t>▪  Collaborative/Association</w:t>
      </w:r>
    </w:p>
    <w:p w14:paraId="4A6C1201" w14:textId="77777777" w:rsidR="00596D4B" w:rsidRDefault="00000000">
      <w:pPr>
        <w:spacing w:after="40"/>
        <w:ind w:left="720" w:hanging="360"/>
      </w:pPr>
      <w:r>
        <w:rPr>
          <w:color w:val="29343D"/>
          <w:sz w:val="20"/>
        </w:rPr>
        <w:t>▪  Other</w:t>
      </w:r>
    </w:p>
    <w:p w14:paraId="2EFB8E2D" w14:textId="77777777" w:rsidR="00596D4B" w:rsidRDefault="00000000">
      <w:pPr>
        <w:pStyle w:val="ApplicationQuestion"/>
        <w:numPr>
          <w:ilvl w:val="0"/>
          <w:numId w:val="1"/>
        </w:numPr>
      </w:pPr>
      <w:r>
        <w:t>If 'Other', please explain.</w:t>
      </w:r>
    </w:p>
    <w:p w14:paraId="038A17B6" w14:textId="77777777" w:rsidR="00596D4B" w:rsidRDefault="00000000">
      <w:pPr>
        <w:pStyle w:val="FieldMetadata"/>
        <w:keepNext/>
      </w:pPr>
      <w:r>
        <w:t>Long answer  |  Optional</w:t>
      </w:r>
      <w:r>
        <w:br/>
      </w:r>
      <w:r>
        <w:rPr>
          <w:color w:val="6B4B00"/>
        </w:rPr>
        <w:t>Conditional: Shown when Other is selected above.</w:t>
      </w:r>
    </w:p>
    <w:p w14:paraId="63BC5FE8" w14:textId="77777777" w:rsidR="00596D4B" w:rsidRDefault="00000000">
      <w:pPr>
        <w:pStyle w:val="ApplicationQuestion"/>
        <w:numPr>
          <w:ilvl w:val="0"/>
          <w:numId w:val="1"/>
        </w:numPr>
      </w:pPr>
      <w:r>
        <w:t>If 'Fiscally-sponsored entity', please explain the relationship.</w:t>
      </w:r>
    </w:p>
    <w:p w14:paraId="4CB8295D" w14:textId="77777777" w:rsidR="00596D4B" w:rsidRDefault="00000000">
      <w:pPr>
        <w:pStyle w:val="FieldMetadata"/>
        <w:keepNext/>
      </w:pPr>
      <w:r>
        <w:t>Long answer  |  Optional</w:t>
      </w:r>
      <w:r>
        <w:br/>
      </w:r>
      <w:r>
        <w:rPr>
          <w:color w:val="6B4B00"/>
        </w:rPr>
        <w:t>Conditional: Shown when Fiscally-sponsored entity is selected above.</w:t>
      </w:r>
    </w:p>
    <w:p w14:paraId="5017A5B5" w14:textId="77777777" w:rsidR="00596D4B" w:rsidRDefault="00000000">
      <w:pPr>
        <w:pStyle w:val="ApplicationQuestion"/>
        <w:numPr>
          <w:ilvl w:val="0"/>
          <w:numId w:val="1"/>
        </w:numPr>
      </w:pPr>
      <w:r>
        <w:t>How would you describe the organization's financial health?</w:t>
      </w:r>
    </w:p>
    <w:p w14:paraId="363CF130" w14:textId="77777777" w:rsidR="00596D4B" w:rsidRDefault="00000000">
      <w:pPr>
        <w:pStyle w:val="FieldMetadata"/>
        <w:keepNext/>
      </w:pPr>
      <w:r>
        <w:rPr>
          <w:b/>
          <w:color w:val="A12A2A"/>
        </w:rPr>
        <w:t>Dropdown  |  REQUIRED</w:t>
      </w:r>
    </w:p>
    <w:p w14:paraId="5AFD8F82" w14:textId="77777777" w:rsidR="00596D4B" w:rsidRDefault="00000000">
      <w:pPr>
        <w:keepNext/>
        <w:spacing w:after="40"/>
        <w:ind w:left="720" w:hanging="360"/>
      </w:pPr>
      <w:r>
        <w:rPr>
          <w:color w:val="29343D"/>
          <w:sz w:val="20"/>
        </w:rPr>
        <w:t>▪  Strong</w:t>
      </w:r>
    </w:p>
    <w:p w14:paraId="4C775C98" w14:textId="77777777" w:rsidR="00596D4B" w:rsidRDefault="00000000">
      <w:pPr>
        <w:keepNext/>
        <w:spacing w:after="40"/>
        <w:ind w:left="720" w:hanging="360"/>
      </w:pPr>
      <w:r>
        <w:rPr>
          <w:color w:val="29343D"/>
          <w:sz w:val="20"/>
        </w:rPr>
        <w:t>▪  Stable</w:t>
      </w:r>
    </w:p>
    <w:p w14:paraId="1A28226A" w14:textId="77777777" w:rsidR="00596D4B" w:rsidRDefault="00000000">
      <w:pPr>
        <w:keepNext/>
        <w:spacing w:after="40"/>
        <w:ind w:left="720" w:hanging="360"/>
      </w:pPr>
      <w:r>
        <w:rPr>
          <w:color w:val="29343D"/>
          <w:sz w:val="20"/>
        </w:rPr>
        <w:t>▪  Weak</w:t>
      </w:r>
    </w:p>
    <w:p w14:paraId="10BD0544" w14:textId="77777777" w:rsidR="00596D4B" w:rsidRDefault="00000000">
      <w:pPr>
        <w:spacing w:after="40"/>
        <w:ind w:left="720" w:hanging="360"/>
      </w:pPr>
      <w:r>
        <w:rPr>
          <w:color w:val="29343D"/>
          <w:sz w:val="20"/>
        </w:rPr>
        <w:t>▪  Crisis</w:t>
      </w:r>
    </w:p>
    <w:p w14:paraId="3E7FC37E" w14:textId="77777777" w:rsidR="00596D4B" w:rsidRDefault="00000000">
      <w:pPr>
        <w:pStyle w:val="ApplicationQuestion"/>
        <w:numPr>
          <w:ilvl w:val="0"/>
          <w:numId w:val="1"/>
        </w:numPr>
      </w:pPr>
      <w:r>
        <w:t>In the most recent fiscal year, did the organization show a surplus, a deficit, or breakeven?</w:t>
      </w:r>
    </w:p>
    <w:p w14:paraId="467B7EAE" w14:textId="77777777" w:rsidR="00596D4B" w:rsidRDefault="00000000">
      <w:pPr>
        <w:pStyle w:val="FieldMetadata"/>
        <w:keepNext/>
      </w:pPr>
      <w:r>
        <w:rPr>
          <w:b/>
          <w:color w:val="A12A2A"/>
        </w:rPr>
        <w:t>Dropdown  |  REQUIRED</w:t>
      </w:r>
    </w:p>
    <w:p w14:paraId="0AB7C51C" w14:textId="77777777" w:rsidR="00596D4B" w:rsidRDefault="00000000">
      <w:pPr>
        <w:keepNext/>
        <w:spacing w:after="40"/>
        <w:ind w:left="720" w:hanging="360"/>
      </w:pPr>
      <w:r>
        <w:rPr>
          <w:color w:val="29343D"/>
          <w:sz w:val="20"/>
        </w:rPr>
        <w:t>▪  Surplus</w:t>
      </w:r>
    </w:p>
    <w:p w14:paraId="47118C3A" w14:textId="77777777" w:rsidR="00596D4B" w:rsidRDefault="00000000">
      <w:pPr>
        <w:keepNext/>
        <w:spacing w:after="40"/>
        <w:ind w:left="720" w:hanging="360"/>
      </w:pPr>
      <w:r>
        <w:rPr>
          <w:color w:val="29343D"/>
          <w:sz w:val="20"/>
        </w:rPr>
        <w:t>▪  Breakeven</w:t>
      </w:r>
    </w:p>
    <w:p w14:paraId="073D6ABC" w14:textId="77777777" w:rsidR="00596D4B" w:rsidRDefault="00000000">
      <w:pPr>
        <w:spacing w:after="40"/>
        <w:ind w:left="720" w:hanging="360"/>
      </w:pPr>
      <w:r>
        <w:rPr>
          <w:color w:val="29343D"/>
          <w:sz w:val="20"/>
        </w:rPr>
        <w:t>▪  Deficit</w:t>
      </w:r>
    </w:p>
    <w:p w14:paraId="5A3463B8" w14:textId="77777777" w:rsidR="00596D4B" w:rsidRDefault="00000000">
      <w:pPr>
        <w:pStyle w:val="ApplicationQuestion"/>
        <w:numPr>
          <w:ilvl w:val="0"/>
          <w:numId w:val="1"/>
        </w:numPr>
      </w:pPr>
      <w:r>
        <w:t>In the current fiscal year, do you expect a surplus, a deficit, or breakeven?</w:t>
      </w:r>
    </w:p>
    <w:p w14:paraId="26E2773E" w14:textId="77777777" w:rsidR="00596D4B" w:rsidRDefault="00000000">
      <w:pPr>
        <w:pStyle w:val="FieldMetadata"/>
        <w:keepNext/>
      </w:pPr>
      <w:r>
        <w:rPr>
          <w:b/>
          <w:color w:val="A12A2A"/>
        </w:rPr>
        <w:t>Dropdown  |  REQUIRED</w:t>
      </w:r>
    </w:p>
    <w:p w14:paraId="5905407E" w14:textId="77777777" w:rsidR="00596D4B" w:rsidRDefault="00000000">
      <w:pPr>
        <w:keepNext/>
        <w:spacing w:after="40"/>
        <w:ind w:left="720" w:hanging="360"/>
      </w:pPr>
      <w:r>
        <w:rPr>
          <w:color w:val="29343D"/>
          <w:sz w:val="20"/>
        </w:rPr>
        <w:t>▪  Surplus</w:t>
      </w:r>
    </w:p>
    <w:p w14:paraId="3987F9BD" w14:textId="77777777" w:rsidR="00596D4B" w:rsidRDefault="00000000">
      <w:pPr>
        <w:keepNext/>
        <w:spacing w:after="40"/>
        <w:ind w:left="720" w:hanging="360"/>
      </w:pPr>
      <w:r>
        <w:rPr>
          <w:color w:val="29343D"/>
          <w:sz w:val="20"/>
        </w:rPr>
        <w:t>▪  Breakeven</w:t>
      </w:r>
    </w:p>
    <w:p w14:paraId="3084AAF1" w14:textId="77777777" w:rsidR="00596D4B" w:rsidRDefault="00000000">
      <w:pPr>
        <w:spacing w:after="40"/>
        <w:ind w:left="720" w:hanging="360"/>
      </w:pPr>
      <w:r>
        <w:rPr>
          <w:color w:val="29343D"/>
          <w:sz w:val="20"/>
        </w:rPr>
        <w:t>▪  Deficit</w:t>
      </w:r>
    </w:p>
    <w:p w14:paraId="6C9EACE0" w14:textId="77777777" w:rsidR="00596D4B" w:rsidRDefault="00000000">
      <w:pPr>
        <w:pStyle w:val="ApplicationQuestion"/>
        <w:numPr>
          <w:ilvl w:val="0"/>
          <w:numId w:val="1"/>
        </w:numPr>
      </w:pPr>
      <w:r>
        <w:lastRenderedPageBreak/>
        <w:t>Primary reasons for considering this collaboration (select all that apply)</w:t>
      </w:r>
    </w:p>
    <w:p w14:paraId="1E5AF89A" w14:textId="77777777" w:rsidR="00596D4B" w:rsidRDefault="00000000">
      <w:pPr>
        <w:pStyle w:val="FieldMetadata"/>
        <w:keepNext/>
      </w:pPr>
      <w:r>
        <w:rPr>
          <w:b/>
          <w:color w:val="A12A2A"/>
        </w:rPr>
        <w:t>Checkboxes  |  REQUIRED</w:t>
      </w:r>
    </w:p>
    <w:p w14:paraId="22FFDCBA" w14:textId="77777777" w:rsidR="00596D4B" w:rsidRDefault="00000000">
      <w:pPr>
        <w:keepNext/>
        <w:spacing w:after="40"/>
        <w:ind w:left="720" w:hanging="360"/>
      </w:pPr>
      <w:r>
        <w:rPr>
          <w:color w:val="29343D"/>
          <w:sz w:val="20"/>
        </w:rPr>
        <w:t>▪  (Potential) departure of one or more Executive Director</w:t>
      </w:r>
    </w:p>
    <w:p w14:paraId="4CC38890" w14:textId="77777777" w:rsidR="00596D4B" w:rsidRDefault="00000000">
      <w:pPr>
        <w:keepNext/>
        <w:spacing w:after="40"/>
        <w:ind w:left="720" w:hanging="360"/>
      </w:pPr>
      <w:r>
        <w:rPr>
          <w:color w:val="29343D"/>
          <w:sz w:val="20"/>
        </w:rPr>
        <w:t>▪  Advancement of a shared goal</w:t>
      </w:r>
    </w:p>
    <w:p w14:paraId="045AD09C" w14:textId="77777777" w:rsidR="00596D4B" w:rsidRDefault="00000000">
      <w:pPr>
        <w:keepNext/>
        <w:spacing w:after="40"/>
        <w:ind w:left="720" w:hanging="360"/>
      </w:pPr>
      <w:r>
        <w:rPr>
          <w:color w:val="29343D"/>
          <w:sz w:val="20"/>
        </w:rPr>
        <w:t>▪  Competition for funding sources and/or clientele</w:t>
      </w:r>
    </w:p>
    <w:p w14:paraId="2B01B169" w14:textId="77777777" w:rsidR="00596D4B" w:rsidRDefault="00000000">
      <w:pPr>
        <w:keepNext/>
        <w:spacing w:after="40"/>
        <w:ind w:left="720" w:hanging="360"/>
      </w:pPr>
      <w:r>
        <w:rPr>
          <w:color w:val="29343D"/>
          <w:sz w:val="20"/>
        </w:rPr>
        <w:t>▪  Difficulty funding necessary technological initiatives</w:t>
      </w:r>
    </w:p>
    <w:p w14:paraId="7AFFE095" w14:textId="77777777" w:rsidR="00596D4B" w:rsidRDefault="00000000">
      <w:pPr>
        <w:keepNext/>
        <w:spacing w:after="40"/>
        <w:ind w:left="720" w:hanging="360"/>
      </w:pPr>
      <w:r>
        <w:rPr>
          <w:color w:val="29343D"/>
          <w:sz w:val="20"/>
        </w:rPr>
        <w:t>▪  Difficulty in meeting external standards/requirements imposed on our organizations</w:t>
      </w:r>
    </w:p>
    <w:p w14:paraId="4557B35B" w14:textId="77777777" w:rsidR="00596D4B" w:rsidRDefault="00000000">
      <w:pPr>
        <w:keepNext/>
        <w:spacing w:after="40"/>
        <w:ind w:left="720" w:hanging="360"/>
      </w:pPr>
      <w:r>
        <w:rPr>
          <w:color w:val="29343D"/>
          <w:sz w:val="20"/>
        </w:rPr>
        <w:t>▪  Financial problems/pressures within one or more of the partnering organizations</w:t>
      </w:r>
    </w:p>
    <w:p w14:paraId="50889462" w14:textId="77777777" w:rsidR="00596D4B" w:rsidRDefault="00000000">
      <w:pPr>
        <w:keepNext/>
        <w:spacing w:after="40"/>
        <w:ind w:left="720" w:hanging="360"/>
      </w:pPr>
      <w:r>
        <w:rPr>
          <w:color w:val="29343D"/>
          <w:sz w:val="20"/>
        </w:rPr>
        <w:t>▪  Funder initiated/mandated the collaboration</w:t>
      </w:r>
    </w:p>
    <w:p w14:paraId="22B143C7" w14:textId="77777777" w:rsidR="00596D4B" w:rsidRDefault="00000000">
      <w:pPr>
        <w:keepNext/>
        <w:spacing w:after="40"/>
        <w:ind w:left="720" w:hanging="360"/>
      </w:pPr>
      <w:r>
        <w:rPr>
          <w:color w:val="29343D"/>
          <w:sz w:val="20"/>
        </w:rPr>
        <w:t>▪  High/increasing costs</w:t>
      </w:r>
    </w:p>
    <w:p w14:paraId="0581EA69" w14:textId="77777777" w:rsidR="00596D4B" w:rsidRDefault="00000000">
      <w:pPr>
        <w:keepNext/>
        <w:spacing w:after="40"/>
        <w:ind w:left="720" w:hanging="360"/>
      </w:pPr>
      <w:r>
        <w:rPr>
          <w:color w:val="29343D"/>
          <w:sz w:val="20"/>
        </w:rPr>
        <w:t>▪  Request by parent organization</w:t>
      </w:r>
    </w:p>
    <w:p w14:paraId="640A6BB3" w14:textId="77777777" w:rsidR="00596D4B" w:rsidRDefault="00000000">
      <w:pPr>
        <w:keepNext/>
        <w:spacing w:after="40"/>
        <w:ind w:left="720" w:hanging="360"/>
      </w:pPr>
      <w:r>
        <w:rPr>
          <w:color w:val="29343D"/>
          <w:sz w:val="20"/>
        </w:rPr>
        <w:t>▪  Response to a community need</w:t>
      </w:r>
    </w:p>
    <w:p w14:paraId="7ED29CA6" w14:textId="77777777" w:rsidR="00596D4B" w:rsidRDefault="00000000">
      <w:pPr>
        <w:keepNext/>
        <w:spacing w:after="40"/>
        <w:ind w:left="720" w:hanging="360"/>
      </w:pPr>
      <w:r>
        <w:rPr>
          <w:color w:val="29343D"/>
          <w:sz w:val="20"/>
        </w:rPr>
        <w:t>▪  Response to a funding opportunity</w:t>
      </w:r>
    </w:p>
    <w:p w14:paraId="70D07859" w14:textId="77777777" w:rsidR="00596D4B" w:rsidRDefault="00000000">
      <w:pPr>
        <w:spacing w:after="40"/>
        <w:ind w:left="720" w:hanging="360"/>
      </w:pPr>
      <w:r>
        <w:rPr>
          <w:color w:val="29343D"/>
          <w:sz w:val="20"/>
        </w:rPr>
        <w:t>▪  Recent changes to local/state/federal funding policies</w:t>
      </w:r>
    </w:p>
    <w:p w14:paraId="08A5EBD7" w14:textId="77777777" w:rsidR="00596D4B" w:rsidRDefault="00000000">
      <w:pPr>
        <w:pStyle w:val="ApplicationQuestion"/>
        <w:numPr>
          <w:ilvl w:val="0"/>
          <w:numId w:val="1"/>
        </w:numPr>
      </w:pPr>
      <w:r>
        <w:t>If at all, how has this organization been impacted by shifts in the funding landscape/operating environment?</w:t>
      </w:r>
    </w:p>
    <w:p w14:paraId="6055542C" w14:textId="77777777" w:rsidR="00596D4B" w:rsidRDefault="00000000">
      <w:pPr>
        <w:pStyle w:val="FieldMetadata"/>
      </w:pPr>
      <w:r>
        <w:rPr>
          <w:b/>
          <w:color w:val="A12A2A"/>
        </w:rPr>
        <w:t>Long answer  |  REQUIRED</w:t>
      </w:r>
    </w:p>
    <w:p w14:paraId="448AF73F" w14:textId="77777777" w:rsidR="00596D4B" w:rsidRDefault="00000000">
      <w:pPr>
        <w:pStyle w:val="ApplicationQuestion"/>
        <w:numPr>
          <w:ilvl w:val="0"/>
          <w:numId w:val="1"/>
        </w:numPr>
      </w:pPr>
      <w:r>
        <w:t>Do you receive, or have you received in the last three years, support from:</w:t>
      </w:r>
    </w:p>
    <w:p w14:paraId="223C0EDE" w14:textId="77777777" w:rsidR="00596D4B" w:rsidRDefault="00000000">
      <w:pPr>
        <w:pStyle w:val="FieldMetadata"/>
        <w:keepNext/>
      </w:pPr>
      <w:r>
        <w:rPr>
          <w:b/>
          <w:color w:val="A12A2A"/>
        </w:rPr>
        <w:t>Checkboxes  |  REQUIRED</w:t>
      </w:r>
    </w:p>
    <w:p w14:paraId="75133276" w14:textId="77777777" w:rsidR="00596D4B" w:rsidRDefault="00000000">
      <w:pPr>
        <w:keepNext/>
        <w:spacing w:after="40"/>
        <w:ind w:left="720" w:hanging="360"/>
      </w:pPr>
      <w:r>
        <w:rPr>
          <w:color w:val="29343D"/>
          <w:sz w:val="20"/>
        </w:rPr>
        <w:t>▪  Barra Foundation</w:t>
      </w:r>
    </w:p>
    <w:p w14:paraId="7C83D492" w14:textId="77777777" w:rsidR="00596D4B" w:rsidRDefault="00000000">
      <w:pPr>
        <w:keepNext/>
        <w:spacing w:after="40"/>
        <w:ind w:left="720" w:hanging="360"/>
      </w:pPr>
      <w:r>
        <w:rPr>
          <w:color w:val="29343D"/>
          <w:sz w:val="20"/>
        </w:rPr>
        <w:t>▪  BLBB Charitable</w:t>
      </w:r>
    </w:p>
    <w:p w14:paraId="687EE10B" w14:textId="77777777" w:rsidR="00596D4B" w:rsidRDefault="00000000">
      <w:pPr>
        <w:keepNext/>
        <w:spacing w:after="40"/>
        <w:ind w:left="720" w:hanging="360"/>
      </w:pPr>
      <w:r>
        <w:rPr>
          <w:color w:val="29343D"/>
          <w:sz w:val="20"/>
        </w:rPr>
        <w:t>▪  Comcast/NBCUniversal</w:t>
      </w:r>
    </w:p>
    <w:p w14:paraId="668C5483" w14:textId="77777777" w:rsidR="00596D4B" w:rsidRDefault="00000000">
      <w:pPr>
        <w:keepNext/>
        <w:spacing w:after="40"/>
        <w:ind w:left="720" w:hanging="360"/>
      </w:pPr>
      <w:r>
        <w:rPr>
          <w:color w:val="29343D"/>
          <w:sz w:val="20"/>
        </w:rPr>
        <w:t>▪  The Connelly Foundation</w:t>
      </w:r>
    </w:p>
    <w:p w14:paraId="3093068C" w14:textId="77777777" w:rsidR="00596D4B" w:rsidRDefault="00000000">
      <w:pPr>
        <w:keepNext/>
        <w:spacing w:after="40"/>
        <w:ind w:left="720" w:hanging="360"/>
      </w:pPr>
      <w:r>
        <w:rPr>
          <w:color w:val="29343D"/>
          <w:sz w:val="20"/>
        </w:rPr>
        <w:t>▪  Foundations Community Partnership</w:t>
      </w:r>
    </w:p>
    <w:p w14:paraId="136F045A" w14:textId="77777777" w:rsidR="00596D4B" w:rsidRDefault="00000000">
      <w:pPr>
        <w:keepNext/>
        <w:spacing w:after="40"/>
        <w:ind w:left="720" w:hanging="360"/>
      </w:pPr>
      <w:r>
        <w:rPr>
          <w:color w:val="29343D"/>
          <w:sz w:val="20"/>
        </w:rPr>
        <w:t>▪  HealthSpark Foundation</w:t>
      </w:r>
    </w:p>
    <w:p w14:paraId="25069BDB" w14:textId="77777777" w:rsidR="00596D4B" w:rsidRDefault="00000000">
      <w:pPr>
        <w:keepNext/>
        <w:spacing w:after="40"/>
        <w:ind w:left="720" w:hanging="360"/>
      </w:pPr>
      <w:r>
        <w:rPr>
          <w:color w:val="29343D"/>
          <w:sz w:val="20"/>
        </w:rPr>
        <w:t>▪  Independence Foundation</w:t>
      </w:r>
    </w:p>
    <w:p w14:paraId="0995EC04" w14:textId="77777777" w:rsidR="00596D4B" w:rsidRDefault="00000000">
      <w:pPr>
        <w:keepNext/>
        <w:spacing w:after="40"/>
        <w:ind w:left="720" w:hanging="360"/>
      </w:pPr>
      <w:r>
        <w:rPr>
          <w:color w:val="29343D"/>
          <w:sz w:val="20"/>
        </w:rPr>
        <w:t>▪  The Lodestar Foundation</w:t>
      </w:r>
    </w:p>
    <w:p w14:paraId="578C058E" w14:textId="77777777" w:rsidR="00596D4B" w:rsidRDefault="00000000">
      <w:pPr>
        <w:keepNext/>
        <w:spacing w:after="40"/>
        <w:ind w:left="720" w:hanging="360"/>
      </w:pPr>
      <w:r>
        <w:rPr>
          <w:color w:val="29343D"/>
          <w:sz w:val="20"/>
        </w:rPr>
        <w:t>▪  The Nelson Foundation</w:t>
      </w:r>
    </w:p>
    <w:p w14:paraId="31BE09F4" w14:textId="77777777" w:rsidR="00596D4B" w:rsidRDefault="00000000">
      <w:pPr>
        <w:keepNext/>
        <w:spacing w:after="40"/>
        <w:ind w:left="720" w:hanging="360"/>
      </w:pPr>
      <w:r>
        <w:rPr>
          <w:color w:val="29343D"/>
          <w:sz w:val="20"/>
        </w:rPr>
        <w:t>▪  Patricia Kind Family Foundation</w:t>
      </w:r>
    </w:p>
    <w:p w14:paraId="6290A8A9" w14:textId="77777777" w:rsidR="00596D4B" w:rsidRDefault="00000000">
      <w:pPr>
        <w:keepNext/>
        <w:spacing w:after="40"/>
        <w:ind w:left="720" w:hanging="360"/>
      </w:pPr>
      <w:r>
        <w:rPr>
          <w:color w:val="29343D"/>
          <w:sz w:val="20"/>
        </w:rPr>
        <w:t>▪  Pew Charitable Trusts</w:t>
      </w:r>
    </w:p>
    <w:p w14:paraId="62A33F1F" w14:textId="77777777" w:rsidR="00596D4B" w:rsidRDefault="00000000">
      <w:pPr>
        <w:keepNext/>
        <w:spacing w:after="40"/>
        <w:ind w:left="720" w:hanging="360"/>
      </w:pPr>
      <w:r>
        <w:rPr>
          <w:color w:val="29343D"/>
          <w:sz w:val="20"/>
        </w:rPr>
        <w:t>▪  The Philadelphia Foundation</w:t>
      </w:r>
    </w:p>
    <w:p w14:paraId="2BB97F66" w14:textId="77777777" w:rsidR="00596D4B" w:rsidRDefault="00000000">
      <w:pPr>
        <w:keepNext/>
        <w:spacing w:after="40"/>
        <w:ind w:left="720" w:hanging="360"/>
      </w:pPr>
      <w:r>
        <w:rPr>
          <w:color w:val="29343D"/>
          <w:sz w:val="20"/>
        </w:rPr>
        <w:t>▪  Regional Foundation</w:t>
      </w:r>
    </w:p>
    <w:p w14:paraId="06593E8E" w14:textId="77777777" w:rsidR="00596D4B" w:rsidRDefault="00000000">
      <w:pPr>
        <w:keepNext/>
        <w:spacing w:after="40"/>
        <w:ind w:left="720" w:hanging="360"/>
      </w:pPr>
      <w:r>
        <w:rPr>
          <w:color w:val="29343D"/>
          <w:sz w:val="20"/>
        </w:rPr>
        <w:t>▪  Scattergood Foundation</w:t>
      </w:r>
    </w:p>
    <w:p w14:paraId="28C1808A" w14:textId="77777777" w:rsidR="00596D4B" w:rsidRDefault="00000000">
      <w:pPr>
        <w:keepNext/>
        <w:spacing w:after="40"/>
        <w:ind w:left="720" w:hanging="360"/>
      </w:pPr>
      <w:r>
        <w:rPr>
          <w:color w:val="29343D"/>
          <w:sz w:val="20"/>
        </w:rPr>
        <w:t>▪  William Penn Foundation</w:t>
      </w:r>
    </w:p>
    <w:p w14:paraId="226CF564" w14:textId="77777777" w:rsidR="00596D4B" w:rsidRDefault="00000000">
      <w:pPr>
        <w:spacing w:after="40"/>
        <w:ind w:left="720" w:hanging="360"/>
      </w:pPr>
      <w:r>
        <w:rPr>
          <w:color w:val="29343D"/>
          <w:sz w:val="20"/>
        </w:rPr>
        <w:t>▪  None of the above</w:t>
      </w:r>
    </w:p>
    <w:p w14:paraId="490ECD34" w14:textId="77777777" w:rsidR="00596D4B" w:rsidRDefault="00000000">
      <w:pPr>
        <w:pStyle w:val="ApplicationQuestion"/>
        <w:numPr>
          <w:ilvl w:val="0"/>
          <w:numId w:val="1"/>
        </w:numPr>
      </w:pPr>
      <w:r>
        <w:t>Details of open grants with NRF participating funders (please list funder, type of funding, and amount for all open grants with funders listed above)</w:t>
      </w:r>
    </w:p>
    <w:p w14:paraId="57E30F7E" w14:textId="77777777" w:rsidR="00596D4B" w:rsidRDefault="00000000">
      <w:pPr>
        <w:pStyle w:val="FieldMetadata"/>
        <w:keepNext/>
      </w:pPr>
      <w:r>
        <w:rPr>
          <w:b/>
          <w:color w:val="A12A2A"/>
        </w:rPr>
        <w:t>Long answer  |  REQUIRED</w:t>
      </w:r>
      <w:r>
        <w:rPr>
          <w:b/>
          <w:color w:val="A12A2A"/>
        </w:rPr>
        <w:br/>
      </w:r>
      <w:r>
        <w:rPr>
          <w:color w:val="6B4B00"/>
        </w:rPr>
        <w:t>Conditional: Shown unless None of the above is selected.</w:t>
      </w:r>
    </w:p>
    <w:p w14:paraId="3CD6392E" w14:textId="77777777" w:rsidR="00596D4B" w:rsidRDefault="00000000">
      <w:pPr>
        <w:pStyle w:val="ApplicationQuestion"/>
        <w:numPr>
          <w:ilvl w:val="0"/>
          <w:numId w:val="1"/>
        </w:numPr>
      </w:pPr>
      <w:r>
        <w:t>Current FY Operating Budget</w:t>
      </w:r>
    </w:p>
    <w:p w14:paraId="015C5C7A" w14:textId="77777777" w:rsidR="00596D4B" w:rsidRDefault="00000000">
      <w:pPr>
        <w:pStyle w:val="FieldMetadata"/>
      </w:pPr>
      <w:r>
        <w:rPr>
          <w:b/>
          <w:color w:val="A12A2A"/>
        </w:rPr>
        <w:t>Short answer  |  REQUIRED</w:t>
      </w:r>
    </w:p>
    <w:p w14:paraId="4F5461BA" w14:textId="77777777" w:rsidR="00596D4B" w:rsidRDefault="00000000">
      <w:pPr>
        <w:pStyle w:val="ApplicationQuestion"/>
        <w:numPr>
          <w:ilvl w:val="0"/>
          <w:numId w:val="1"/>
        </w:numPr>
      </w:pPr>
      <w:r>
        <w:lastRenderedPageBreak/>
        <w:t>Number of FTEs</w:t>
      </w:r>
    </w:p>
    <w:p w14:paraId="7335F941" w14:textId="77777777" w:rsidR="00596D4B" w:rsidRDefault="00000000">
      <w:pPr>
        <w:pStyle w:val="FieldMetadata"/>
      </w:pPr>
      <w:r>
        <w:rPr>
          <w:b/>
          <w:color w:val="A12A2A"/>
        </w:rPr>
        <w:t>Short answer  |  REQUIRED</w:t>
      </w:r>
    </w:p>
    <w:p w14:paraId="78A8325D" w14:textId="77777777" w:rsidR="00596D4B" w:rsidRDefault="00000000">
      <w:pPr>
        <w:pStyle w:val="ApplicationQuestion"/>
        <w:numPr>
          <w:ilvl w:val="0"/>
          <w:numId w:val="1"/>
        </w:numPr>
      </w:pPr>
      <w:r>
        <w:t>Number of PTEs</w:t>
      </w:r>
    </w:p>
    <w:p w14:paraId="67A10E72" w14:textId="77777777" w:rsidR="00596D4B" w:rsidRDefault="00000000">
      <w:pPr>
        <w:pStyle w:val="FieldMetadata"/>
      </w:pPr>
      <w:r>
        <w:rPr>
          <w:b/>
          <w:color w:val="A12A2A"/>
        </w:rPr>
        <w:t>Short answer  |  REQUIRED</w:t>
      </w:r>
    </w:p>
    <w:p w14:paraId="28B42493" w14:textId="77777777" w:rsidR="00596D4B" w:rsidRDefault="00000000">
      <w:pPr>
        <w:pStyle w:val="ApplicationQuestion"/>
        <w:numPr>
          <w:ilvl w:val="0"/>
          <w:numId w:val="1"/>
        </w:numPr>
      </w:pPr>
      <w:r>
        <w:t>Primary Regions Served (select all that apply)</w:t>
      </w:r>
    </w:p>
    <w:p w14:paraId="21EBEA3B" w14:textId="77777777" w:rsidR="00596D4B" w:rsidRDefault="00000000">
      <w:pPr>
        <w:pStyle w:val="FieldMetadata"/>
        <w:keepNext/>
      </w:pPr>
      <w:r>
        <w:rPr>
          <w:b/>
          <w:color w:val="A12A2A"/>
        </w:rPr>
        <w:t>Checkboxes  |  REQUIRED</w:t>
      </w:r>
    </w:p>
    <w:p w14:paraId="72859034" w14:textId="77777777" w:rsidR="00596D4B" w:rsidRDefault="00000000">
      <w:pPr>
        <w:keepNext/>
        <w:spacing w:after="40"/>
        <w:ind w:left="720" w:hanging="360"/>
      </w:pPr>
      <w:r>
        <w:rPr>
          <w:color w:val="29343D"/>
          <w:sz w:val="20"/>
        </w:rPr>
        <w:t>▪  Bucks County</w:t>
      </w:r>
    </w:p>
    <w:p w14:paraId="08FA12A1" w14:textId="77777777" w:rsidR="00596D4B" w:rsidRDefault="00000000">
      <w:pPr>
        <w:keepNext/>
        <w:spacing w:after="40"/>
        <w:ind w:left="720" w:hanging="360"/>
      </w:pPr>
      <w:r>
        <w:rPr>
          <w:color w:val="29343D"/>
          <w:sz w:val="20"/>
        </w:rPr>
        <w:t>▪  Chester County</w:t>
      </w:r>
    </w:p>
    <w:p w14:paraId="7CA96827" w14:textId="77777777" w:rsidR="00596D4B" w:rsidRDefault="00000000">
      <w:pPr>
        <w:keepNext/>
        <w:spacing w:after="40"/>
        <w:ind w:left="720" w:hanging="360"/>
      </w:pPr>
      <w:r>
        <w:rPr>
          <w:color w:val="29343D"/>
          <w:sz w:val="20"/>
        </w:rPr>
        <w:t>▪  Delaware County</w:t>
      </w:r>
    </w:p>
    <w:p w14:paraId="0A0D8CD1" w14:textId="77777777" w:rsidR="00596D4B" w:rsidRDefault="00000000">
      <w:pPr>
        <w:keepNext/>
        <w:spacing w:after="40"/>
        <w:ind w:left="720" w:hanging="360"/>
      </w:pPr>
      <w:r>
        <w:rPr>
          <w:color w:val="29343D"/>
          <w:sz w:val="20"/>
        </w:rPr>
        <w:t>▪  Montgomery County</w:t>
      </w:r>
    </w:p>
    <w:p w14:paraId="44DFF016" w14:textId="77777777" w:rsidR="00596D4B" w:rsidRDefault="00000000">
      <w:pPr>
        <w:keepNext/>
        <w:spacing w:after="40"/>
        <w:ind w:left="720" w:hanging="360"/>
      </w:pPr>
      <w:r>
        <w:rPr>
          <w:color w:val="29343D"/>
          <w:sz w:val="20"/>
        </w:rPr>
        <w:t>▪  Philadelphia County</w:t>
      </w:r>
    </w:p>
    <w:p w14:paraId="5E0A64BE" w14:textId="77777777" w:rsidR="00596D4B" w:rsidRDefault="00000000">
      <w:pPr>
        <w:keepNext/>
        <w:spacing w:after="40"/>
        <w:ind w:left="720" w:hanging="360"/>
      </w:pPr>
      <w:r>
        <w:rPr>
          <w:color w:val="29343D"/>
          <w:sz w:val="20"/>
        </w:rPr>
        <w:t>▪  Southern New Jersey</w:t>
      </w:r>
    </w:p>
    <w:p w14:paraId="4FC7A450" w14:textId="77777777" w:rsidR="00596D4B" w:rsidRDefault="00000000">
      <w:pPr>
        <w:spacing w:after="40"/>
        <w:ind w:left="720" w:hanging="360"/>
      </w:pPr>
      <w:r>
        <w:rPr>
          <w:color w:val="29343D"/>
          <w:sz w:val="20"/>
        </w:rPr>
        <w:t>▪  Other</w:t>
      </w:r>
    </w:p>
    <w:p w14:paraId="38F7825B" w14:textId="77777777" w:rsidR="00596D4B" w:rsidRDefault="00000000">
      <w:pPr>
        <w:pStyle w:val="ApplicationQuestion"/>
        <w:numPr>
          <w:ilvl w:val="0"/>
          <w:numId w:val="1"/>
        </w:numPr>
      </w:pPr>
      <w:r>
        <w:t>If 'Other', please list additional regions served.</w:t>
      </w:r>
    </w:p>
    <w:p w14:paraId="0A50A91D" w14:textId="77777777" w:rsidR="00596D4B" w:rsidRDefault="00000000">
      <w:pPr>
        <w:pStyle w:val="FieldMetadata"/>
        <w:keepNext/>
      </w:pPr>
      <w:r>
        <w:t>Short answer  |  Optional</w:t>
      </w:r>
      <w:r>
        <w:br/>
      </w:r>
      <w:r>
        <w:rPr>
          <w:color w:val="6B4B00"/>
        </w:rPr>
        <w:t>Conditional: Shown when Other is selected above.</w:t>
      </w:r>
    </w:p>
    <w:p w14:paraId="53747F06" w14:textId="77777777" w:rsidR="00596D4B" w:rsidRDefault="00000000">
      <w:pPr>
        <w:pStyle w:val="ApplicationQuestion"/>
        <w:numPr>
          <w:ilvl w:val="0"/>
          <w:numId w:val="1"/>
        </w:numPr>
      </w:pPr>
      <w:r>
        <w:t>Primary Field of Work</w:t>
      </w:r>
    </w:p>
    <w:p w14:paraId="3739D994" w14:textId="77777777" w:rsidR="00596D4B" w:rsidRDefault="00000000">
      <w:pPr>
        <w:pStyle w:val="FieldMetadata"/>
        <w:keepNext/>
      </w:pPr>
      <w:r>
        <w:rPr>
          <w:b/>
          <w:color w:val="A12A2A"/>
        </w:rPr>
        <w:t>Dropdown  |  REQUIRED</w:t>
      </w:r>
    </w:p>
    <w:p w14:paraId="415CD8C9" w14:textId="77777777" w:rsidR="00596D4B" w:rsidRDefault="00000000">
      <w:pPr>
        <w:keepNext/>
        <w:spacing w:after="40"/>
        <w:ind w:left="720" w:hanging="360"/>
      </w:pPr>
      <w:r>
        <w:rPr>
          <w:color w:val="29343D"/>
          <w:sz w:val="20"/>
        </w:rPr>
        <w:t>▪  Advocacy</w:t>
      </w:r>
    </w:p>
    <w:p w14:paraId="21F55E94" w14:textId="77777777" w:rsidR="00596D4B" w:rsidRDefault="00000000">
      <w:pPr>
        <w:keepNext/>
        <w:spacing w:after="40"/>
        <w:ind w:left="720" w:hanging="360"/>
      </w:pPr>
      <w:r>
        <w:rPr>
          <w:color w:val="29343D"/>
          <w:sz w:val="20"/>
        </w:rPr>
        <w:t>▪  Anti-poverty &amp; Social Welfare</w:t>
      </w:r>
    </w:p>
    <w:p w14:paraId="5D3A1926" w14:textId="77777777" w:rsidR="00596D4B" w:rsidRDefault="00000000">
      <w:pPr>
        <w:keepNext/>
        <w:spacing w:after="40"/>
        <w:ind w:left="720" w:hanging="360"/>
      </w:pPr>
      <w:r>
        <w:rPr>
          <w:color w:val="29343D"/>
          <w:sz w:val="20"/>
        </w:rPr>
        <w:t>▪  Arts &amp; Culture</w:t>
      </w:r>
    </w:p>
    <w:p w14:paraId="18E3A84A" w14:textId="77777777" w:rsidR="00596D4B" w:rsidRDefault="00000000">
      <w:pPr>
        <w:keepNext/>
        <w:spacing w:after="40"/>
        <w:ind w:left="720" w:hanging="360"/>
      </w:pPr>
      <w:r>
        <w:rPr>
          <w:color w:val="29343D"/>
          <w:sz w:val="20"/>
        </w:rPr>
        <w:t>▪  Children &amp; Youth</w:t>
      </w:r>
    </w:p>
    <w:p w14:paraId="70BBDE6B" w14:textId="77777777" w:rsidR="00596D4B" w:rsidRDefault="00000000">
      <w:pPr>
        <w:keepNext/>
        <w:spacing w:after="40"/>
        <w:ind w:left="720" w:hanging="360"/>
      </w:pPr>
      <w:r>
        <w:rPr>
          <w:color w:val="29343D"/>
          <w:sz w:val="20"/>
        </w:rPr>
        <w:t>▪  Animal Protection &amp; Welfare</w:t>
      </w:r>
    </w:p>
    <w:p w14:paraId="7250B045" w14:textId="77777777" w:rsidR="00596D4B" w:rsidRDefault="00000000">
      <w:pPr>
        <w:keepNext/>
        <w:spacing w:after="40"/>
        <w:ind w:left="720" w:hanging="360"/>
      </w:pPr>
      <w:r>
        <w:rPr>
          <w:color w:val="29343D"/>
          <w:sz w:val="20"/>
        </w:rPr>
        <w:t>▪  Civil Rights &amp; Social Justice</w:t>
      </w:r>
    </w:p>
    <w:p w14:paraId="1C873B95" w14:textId="77777777" w:rsidR="00596D4B" w:rsidRDefault="00000000">
      <w:pPr>
        <w:keepNext/>
        <w:spacing w:after="40"/>
        <w:ind w:left="720" w:hanging="360"/>
      </w:pPr>
      <w:r>
        <w:rPr>
          <w:color w:val="29343D"/>
          <w:sz w:val="20"/>
        </w:rPr>
        <w:t>▪  Community Development &amp; Housing</w:t>
      </w:r>
    </w:p>
    <w:p w14:paraId="0B0587FE" w14:textId="77777777" w:rsidR="00596D4B" w:rsidRDefault="00000000">
      <w:pPr>
        <w:keepNext/>
        <w:spacing w:after="40"/>
        <w:ind w:left="720" w:hanging="360"/>
      </w:pPr>
      <w:r>
        <w:rPr>
          <w:color w:val="29343D"/>
          <w:sz w:val="20"/>
        </w:rPr>
        <w:t>▪  Diversity &amp; Human Rights</w:t>
      </w:r>
    </w:p>
    <w:p w14:paraId="6E3ECBF9" w14:textId="77777777" w:rsidR="00596D4B" w:rsidRDefault="00000000">
      <w:pPr>
        <w:keepNext/>
        <w:spacing w:after="40"/>
        <w:ind w:left="720" w:hanging="360"/>
      </w:pPr>
      <w:r>
        <w:rPr>
          <w:color w:val="29343D"/>
          <w:sz w:val="20"/>
        </w:rPr>
        <w:t>▪  Education (K-12)</w:t>
      </w:r>
    </w:p>
    <w:p w14:paraId="7A241234" w14:textId="77777777" w:rsidR="00596D4B" w:rsidRDefault="00000000">
      <w:pPr>
        <w:keepNext/>
        <w:spacing w:after="40"/>
        <w:ind w:left="720" w:hanging="360"/>
      </w:pPr>
      <w:r>
        <w:rPr>
          <w:color w:val="29343D"/>
          <w:sz w:val="20"/>
        </w:rPr>
        <w:t>▪  Environment</w:t>
      </w:r>
    </w:p>
    <w:p w14:paraId="54DB53BE" w14:textId="77777777" w:rsidR="00596D4B" w:rsidRDefault="00000000">
      <w:pPr>
        <w:keepNext/>
        <w:spacing w:after="40"/>
        <w:ind w:left="720" w:hanging="360"/>
      </w:pPr>
      <w:r>
        <w:rPr>
          <w:color w:val="29343D"/>
          <w:sz w:val="20"/>
        </w:rPr>
        <w:t>▪  Families &amp; Elders</w:t>
      </w:r>
    </w:p>
    <w:p w14:paraId="7D288DCA" w14:textId="77777777" w:rsidR="00596D4B" w:rsidRDefault="00000000">
      <w:pPr>
        <w:keepNext/>
        <w:spacing w:after="40"/>
        <w:ind w:left="720" w:hanging="360"/>
      </w:pPr>
      <w:r>
        <w:rPr>
          <w:color w:val="29343D"/>
          <w:sz w:val="20"/>
        </w:rPr>
        <w:t>▪  Food &amp; Agriculture</w:t>
      </w:r>
    </w:p>
    <w:p w14:paraId="17D4828F" w14:textId="77777777" w:rsidR="00596D4B" w:rsidRDefault="00000000">
      <w:pPr>
        <w:keepNext/>
        <w:spacing w:after="40"/>
        <w:ind w:left="720" w:hanging="360"/>
      </w:pPr>
      <w:r>
        <w:rPr>
          <w:color w:val="29343D"/>
          <w:sz w:val="20"/>
        </w:rPr>
        <w:t>▪  Health &amp; Mental Health</w:t>
      </w:r>
    </w:p>
    <w:p w14:paraId="4EA16B4F" w14:textId="77777777" w:rsidR="00596D4B" w:rsidRDefault="00000000">
      <w:pPr>
        <w:keepNext/>
        <w:spacing w:after="40"/>
        <w:ind w:left="720" w:hanging="360"/>
      </w:pPr>
      <w:r>
        <w:rPr>
          <w:color w:val="29343D"/>
          <w:sz w:val="20"/>
        </w:rPr>
        <w:t>▪  Higher Education</w:t>
      </w:r>
    </w:p>
    <w:p w14:paraId="219E9ADB" w14:textId="77777777" w:rsidR="00596D4B" w:rsidRDefault="00000000">
      <w:pPr>
        <w:keepNext/>
        <w:spacing w:after="40"/>
        <w:ind w:left="720" w:hanging="360"/>
      </w:pPr>
      <w:r>
        <w:rPr>
          <w:color w:val="29343D"/>
          <w:sz w:val="20"/>
        </w:rPr>
        <w:t>▪  Philanthropy &amp; Civic Engagement</w:t>
      </w:r>
    </w:p>
    <w:p w14:paraId="5CA77F46" w14:textId="77777777" w:rsidR="00596D4B" w:rsidRDefault="00000000">
      <w:pPr>
        <w:keepNext/>
        <w:spacing w:after="40"/>
        <w:ind w:left="720" w:hanging="360"/>
      </w:pPr>
      <w:r>
        <w:rPr>
          <w:color w:val="29343D"/>
          <w:sz w:val="20"/>
        </w:rPr>
        <w:t>▪  Religious</w:t>
      </w:r>
    </w:p>
    <w:p w14:paraId="20CA97B8" w14:textId="77777777" w:rsidR="00596D4B" w:rsidRDefault="00000000">
      <w:pPr>
        <w:keepNext/>
        <w:spacing w:after="40"/>
        <w:ind w:left="720" w:hanging="360"/>
      </w:pPr>
      <w:r>
        <w:rPr>
          <w:color w:val="29343D"/>
          <w:sz w:val="20"/>
        </w:rPr>
        <w:t>▪  Technology &amp; Communications</w:t>
      </w:r>
    </w:p>
    <w:p w14:paraId="172B27EA" w14:textId="77777777" w:rsidR="00596D4B" w:rsidRDefault="00000000">
      <w:pPr>
        <w:keepNext/>
        <w:spacing w:after="40"/>
        <w:ind w:left="720" w:hanging="360"/>
      </w:pPr>
      <w:r>
        <w:rPr>
          <w:color w:val="29343D"/>
          <w:sz w:val="20"/>
        </w:rPr>
        <w:t>▪  Workforce Development</w:t>
      </w:r>
    </w:p>
    <w:p w14:paraId="6DA70D14" w14:textId="77777777" w:rsidR="00596D4B" w:rsidRDefault="00000000">
      <w:pPr>
        <w:spacing w:after="40"/>
        <w:ind w:left="720" w:hanging="360"/>
      </w:pPr>
      <w:r>
        <w:rPr>
          <w:color w:val="29343D"/>
          <w:sz w:val="20"/>
        </w:rPr>
        <w:t>▪  Other</w:t>
      </w:r>
    </w:p>
    <w:p w14:paraId="3CADA6A3" w14:textId="77777777" w:rsidR="00596D4B" w:rsidRDefault="00000000">
      <w:pPr>
        <w:pStyle w:val="ApplicationQuestion"/>
        <w:numPr>
          <w:ilvl w:val="0"/>
          <w:numId w:val="1"/>
        </w:numPr>
      </w:pPr>
      <w:r>
        <w:t>IRS Tax-Exempt Certification (if applicable)</w:t>
      </w:r>
    </w:p>
    <w:p w14:paraId="6CDE841E" w14:textId="77777777" w:rsidR="00596D4B" w:rsidRDefault="00000000">
      <w:pPr>
        <w:pStyle w:val="FieldMetadata"/>
      </w:pPr>
      <w:r>
        <w:t>File upload  |  Optional</w:t>
      </w:r>
    </w:p>
    <w:p w14:paraId="2F7F68FD" w14:textId="77777777" w:rsidR="00596D4B" w:rsidRDefault="00000000">
      <w:pPr>
        <w:pStyle w:val="ApplicationQuestion"/>
        <w:numPr>
          <w:ilvl w:val="0"/>
          <w:numId w:val="1"/>
        </w:numPr>
      </w:pPr>
      <w:r>
        <w:t>Most Recent Financial Statements (audit preferred; unaudited statements or Form 990 are acceptable)</w:t>
      </w:r>
    </w:p>
    <w:p w14:paraId="45EB6F93" w14:textId="77777777" w:rsidR="00596D4B" w:rsidRDefault="00000000">
      <w:pPr>
        <w:pStyle w:val="FieldMetadata"/>
      </w:pPr>
      <w:r>
        <w:t>File upload  |  Optional</w:t>
      </w:r>
    </w:p>
    <w:p w14:paraId="7424470C" w14:textId="77777777" w:rsidR="00596D4B" w:rsidRDefault="00000000">
      <w:pPr>
        <w:pStyle w:val="ApplicationQuestion"/>
        <w:numPr>
          <w:ilvl w:val="0"/>
          <w:numId w:val="1"/>
        </w:numPr>
      </w:pPr>
      <w:r>
        <w:lastRenderedPageBreak/>
        <w:t>Current &amp; Prior Fiscal Year Operating Budgets</w:t>
      </w:r>
    </w:p>
    <w:p w14:paraId="2EC67FBC" w14:textId="77777777" w:rsidR="00596D4B" w:rsidRDefault="00000000">
      <w:pPr>
        <w:pStyle w:val="FieldMetadata"/>
      </w:pPr>
      <w:r>
        <w:t>File upload  |  Optional</w:t>
      </w:r>
    </w:p>
    <w:p w14:paraId="101F2A30" w14:textId="77777777" w:rsidR="00596D4B" w:rsidRDefault="00000000">
      <w:pPr>
        <w:pStyle w:val="ApplicationQuestion"/>
        <w:numPr>
          <w:ilvl w:val="0"/>
          <w:numId w:val="1"/>
        </w:numPr>
      </w:pPr>
      <w:r>
        <w:t>Current Board Member List</w:t>
      </w:r>
    </w:p>
    <w:p w14:paraId="16A23394" w14:textId="77777777" w:rsidR="00596D4B" w:rsidRDefault="00000000">
      <w:pPr>
        <w:pStyle w:val="FieldMetadata"/>
      </w:pPr>
      <w:r>
        <w:t>File upload  |  Optional</w:t>
      </w:r>
    </w:p>
    <w:p w14:paraId="67A17AD2" w14:textId="77777777" w:rsidR="00596D4B" w:rsidRDefault="00000000">
      <w:pPr>
        <w:pStyle w:val="ApplicationQuestion"/>
        <w:numPr>
          <w:ilvl w:val="0"/>
          <w:numId w:val="1"/>
        </w:numPr>
      </w:pPr>
      <w:r>
        <w:t>Do you have additional documentation that you would like us to review?</w:t>
      </w:r>
    </w:p>
    <w:p w14:paraId="38F1C420" w14:textId="77777777" w:rsidR="00596D4B" w:rsidRDefault="00000000">
      <w:pPr>
        <w:pStyle w:val="FieldMetadata"/>
        <w:keepNext/>
      </w:pPr>
      <w:r>
        <w:t>Dropdown  |  Optional</w:t>
      </w:r>
    </w:p>
    <w:p w14:paraId="2DFDC070" w14:textId="77777777" w:rsidR="00596D4B" w:rsidRDefault="00000000">
      <w:pPr>
        <w:keepNext/>
        <w:spacing w:after="40"/>
        <w:ind w:left="720" w:hanging="360"/>
      </w:pPr>
      <w:r>
        <w:rPr>
          <w:color w:val="29343D"/>
          <w:sz w:val="20"/>
        </w:rPr>
        <w:t>▪  Yes</w:t>
      </w:r>
    </w:p>
    <w:p w14:paraId="7ACC6718" w14:textId="77777777" w:rsidR="00596D4B" w:rsidRDefault="00000000">
      <w:pPr>
        <w:spacing w:after="40"/>
        <w:ind w:left="720" w:hanging="360"/>
      </w:pPr>
      <w:r>
        <w:rPr>
          <w:color w:val="29343D"/>
          <w:sz w:val="20"/>
        </w:rPr>
        <w:t>▪  No</w:t>
      </w:r>
    </w:p>
    <w:p w14:paraId="0E9BFED4" w14:textId="77777777" w:rsidR="00596D4B" w:rsidRDefault="00000000">
      <w:pPr>
        <w:pStyle w:val="ApplicationQuestion"/>
        <w:numPr>
          <w:ilvl w:val="0"/>
          <w:numId w:val="1"/>
        </w:numPr>
      </w:pPr>
      <w:r>
        <w:t>Other Document (#1) - Upload File</w:t>
      </w:r>
    </w:p>
    <w:p w14:paraId="118BCF47" w14:textId="77777777" w:rsidR="00596D4B" w:rsidRDefault="00000000">
      <w:pPr>
        <w:pStyle w:val="FieldMetadata"/>
        <w:keepNext/>
      </w:pPr>
      <w:r>
        <w:t>File upload  |  Optional</w:t>
      </w:r>
      <w:r>
        <w:br/>
      </w:r>
      <w:r>
        <w:rPr>
          <w:color w:val="6B4B00"/>
        </w:rPr>
        <w:t>Conditional: Shown when Yes is selected for additional documentation.</w:t>
      </w:r>
    </w:p>
    <w:p w14:paraId="3B9B9C7A" w14:textId="77777777" w:rsidR="00596D4B" w:rsidRDefault="00000000">
      <w:pPr>
        <w:pStyle w:val="ApplicationQuestion"/>
        <w:numPr>
          <w:ilvl w:val="0"/>
          <w:numId w:val="1"/>
        </w:numPr>
      </w:pPr>
      <w:r>
        <w:t>Please describe Other Document (#1).</w:t>
      </w:r>
    </w:p>
    <w:p w14:paraId="5BCECB50" w14:textId="77777777" w:rsidR="00596D4B" w:rsidRDefault="00000000">
      <w:pPr>
        <w:pStyle w:val="FieldMetadata"/>
        <w:keepNext/>
      </w:pPr>
      <w:r>
        <w:t>Short answer  |  Optional</w:t>
      </w:r>
      <w:r>
        <w:br/>
      </w:r>
      <w:r>
        <w:rPr>
          <w:color w:val="6B4B00"/>
        </w:rPr>
        <w:t>Conditional: Shown when Yes is selected for additional documentation.</w:t>
      </w:r>
    </w:p>
    <w:p w14:paraId="275A917C" w14:textId="77777777" w:rsidR="00596D4B" w:rsidRDefault="00000000">
      <w:pPr>
        <w:pStyle w:val="ApplicationQuestion"/>
        <w:numPr>
          <w:ilvl w:val="0"/>
          <w:numId w:val="1"/>
        </w:numPr>
      </w:pPr>
      <w:r>
        <w:t>Other Document (#2) - Upload File</w:t>
      </w:r>
    </w:p>
    <w:p w14:paraId="588BF838" w14:textId="77777777" w:rsidR="00596D4B" w:rsidRDefault="00000000">
      <w:pPr>
        <w:pStyle w:val="FieldMetadata"/>
        <w:keepNext/>
      </w:pPr>
      <w:r>
        <w:t>File upload  |  Optional</w:t>
      </w:r>
      <w:r>
        <w:br/>
      </w:r>
      <w:r>
        <w:rPr>
          <w:color w:val="6B4B00"/>
        </w:rPr>
        <w:t>Conditional: Shown when Yes is selected for additional documentation.</w:t>
      </w:r>
    </w:p>
    <w:p w14:paraId="0CBE62B3" w14:textId="77777777" w:rsidR="00596D4B" w:rsidRDefault="00000000">
      <w:pPr>
        <w:pStyle w:val="ApplicationQuestion"/>
        <w:numPr>
          <w:ilvl w:val="0"/>
          <w:numId w:val="1"/>
        </w:numPr>
      </w:pPr>
      <w:r>
        <w:t>Please describe Other Document (#2).</w:t>
      </w:r>
    </w:p>
    <w:p w14:paraId="7EDD2525" w14:textId="77777777" w:rsidR="00596D4B" w:rsidRDefault="00000000">
      <w:pPr>
        <w:pStyle w:val="FieldMetadata"/>
        <w:keepNext/>
      </w:pPr>
      <w:r>
        <w:t>Short answer  |  Optional</w:t>
      </w:r>
      <w:r>
        <w:br/>
      </w:r>
      <w:r>
        <w:rPr>
          <w:color w:val="6B4B00"/>
        </w:rPr>
        <w:t>Conditional: Shown when Yes is selected for additional documentation.</w:t>
      </w:r>
    </w:p>
    <w:p w14:paraId="04E6FE85" w14:textId="77777777" w:rsidR="00596D4B" w:rsidRDefault="00000000">
      <w:pPr>
        <w:pStyle w:val="ApplicationQuestion"/>
        <w:numPr>
          <w:ilvl w:val="0"/>
          <w:numId w:val="1"/>
        </w:numPr>
      </w:pPr>
      <w:r>
        <w:t>Other Document (#3) - Upload File</w:t>
      </w:r>
    </w:p>
    <w:p w14:paraId="2CBEF462" w14:textId="77777777" w:rsidR="00596D4B" w:rsidRDefault="00000000">
      <w:pPr>
        <w:pStyle w:val="FieldMetadata"/>
        <w:keepNext/>
      </w:pPr>
      <w:r>
        <w:t>File upload  |  Optional</w:t>
      </w:r>
      <w:r>
        <w:br/>
      </w:r>
      <w:r>
        <w:rPr>
          <w:color w:val="6B4B00"/>
        </w:rPr>
        <w:t>Conditional: Shown when Yes is selected for additional documentation.</w:t>
      </w:r>
    </w:p>
    <w:p w14:paraId="34B212B1" w14:textId="77777777" w:rsidR="00596D4B" w:rsidRDefault="00000000">
      <w:pPr>
        <w:pStyle w:val="ApplicationQuestion"/>
        <w:numPr>
          <w:ilvl w:val="0"/>
          <w:numId w:val="1"/>
        </w:numPr>
      </w:pPr>
      <w:r>
        <w:t>Please describe Other Document (#3).</w:t>
      </w:r>
    </w:p>
    <w:p w14:paraId="2E83E7E5" w14:textId="77777777" w:rsidR="00596D4B" w:rsidRDefault="00000000">
      <w:pPr>
        <w:pStyle w:val="FieldMetadata"/>
        <w:keepNext/>
      </w:pPr>
      <w:r>
        <w:t>Short answer  |  Optional</w:t>
      </w:r>
      <w:r>
        <w:br/>
      </w:r>
      <w:r>
        <w:rPr>
          <w:color w:val="6B4B00"/>
        </w:rPr>
        <w:t>Conditional: Shown when Yes is selected for additional documentation.</w:t>
      </w:r>
    </w:p>
    <w:p w14:paraId="1563FCA2" w14:textId="77777777" w:rsidR="00596D4B" w:rsidRDefault="00000000">
      <w:pPr>
        <w:pStyle w:val="Heading1"/>
      </w:pPr>
      <w:r>
        <w:t>Exploration - Collaboration Background and Status</w:t>
      </w:r>
    </w:p>
    <w:tbl>
      <w:tblPr>
        <w:tblStyle w:val="TableGrid"/>
        <w:tblW w:w="9360" w:type="dxa"/>
        <w:tblInd w:w="120" w:type="dxa"/>
        <w:tblLayout w:type="fixed"/>
        <w:tblLook w:val="04A0" w:firstRow="1" w:lastRow="0" w:firstColumn="1" w:lastColumn="0" w:noHBand="0" w:noVBand="1"/>
      </w:tblPr>
      <w:tblGrid>
        <w:gridCol w:w="9360"/>
      </w:tblGrid>
      <w:tr w:rsidR="00596D4B" w14:paraId="16678839" w14:textId="77777777">
        <w:tc>
          <w:tcPr>
            <w:tcW w:w="9360" w:type="dxa"/>
            <w:shd w:val="clear" w:color="auto" w:fill="FFF4D6"/>
            <w:tcMar>
              <w:top w:w="90" w:type="dxa"/>
              <w:left w:w="140" w:type="dxa"/>
              <w:bottom w:w="90" w:type="dxa"/>
              <w:right w:w="140" w:type="dxa"/>
            </w:tcMar>
          </w:tcPr>
          <w:p w14:paraId="37DF8E6C" w14:textId="77777777" w:rsidR="00596D4B" w:rsidRDefault="00000000">
            <w:r>
              <w:rPr>
                <w:b/>
                <w:color w:val="6B4B00"/>
                <w:sz w:val="19"/>
              </w:rPr>
              <w:t>EXPLORATORY FLOW - shown only when Project Stage is Exploration.</w:t>
            </w:r>
          </w:p>
        </w:tc>
      </w:tr>
    </w:tbl>
    <w:p w14:paraId="1CE1B505" w14:textId="77777777" w:rsidR="00596D4B" w:rsidRDefault="00000000">
      <w:pPr>
        <w:pStyle w:val="ApplicationQuestion"/>
        <w:numPr>
          <w:ilvl w:val="0"/>
          <w:numId w:val="1"/>
        </w:numPr>
      </w:pPr>
      <w:r>
        <w:t>What best describes the type of collaboration you are proposing?</w:t>
      </w:r>
    </w:p>
    <w:p w14:paraId="19EA5124" w14:textId="77777777" w:rsidR="00596D4B" w:rsidRDefault="00000000">
      <w:pPr>
        <w:pStyle w:val="FieldMetadata"/>
        <w:keepNext/>
      </w:pPr>
      <w:r>
        <w:rPr>
          <w:b/>
          <w:color w:val="A12A2A"/>
        </w:rPr>
        <w:t>Dropdown  |  REQUIRED</w:t>
      </w:r>
    </w:p>
    <w:p w14:paraId="4D37A121" w14:textId="77777777" w:rsidR="00596D4B" w:rsidRDefault="00000000">
      <w:pPr>
        <w:keepNext/>
        <w:spacing w:after="40"/>
        <w:ind w:left="720" w:hanging="360"/>
      </w:pPr>
      <w:r>
        <w:rPr>
          <w:color w:val="29343D"/>
          <w:sz w:val="20"/>
        </w:rPr>
        <w:t>▪  Acquisition</w:t>
      </w:r>
    </w:p>
    <w:p w14:paraId="6A2D3AAA" w14:textId="77777777" w:rsidR="00596D4B" w:rsidRDefault="00000000">
      <w:pPr>
        <w:keepNext/>
        <w:spacing w:after="40"/>
        <w:ind w:left="720" w:hanging="360"/>
      </w:pPr>
      <w:r>
        <w:rPr>
          <w:color w:val="29343D"/>
          <w:sz w:val="20"/>
        </w:rPr>
        <w:t>▪  Asset Transfer</w:t>
      </w:r>
    </w:p>
    <w:p w14:paraId="64307721" w14:textId="77777777" w:rsidR="00596D4B" w:rsidRDefault="00000000">
      <w:pPr>
        <w:keepNext/>
        <w:spacing w:after="40"/>
        <w:ind w:left="720" w:hanging="360"/>
      </w:pPr>
      <w:r>
        <w:rPr>
          <w:color w:val="29343D"/>
          <w:sz w:val="20"/>
        </w:rPr>
        <w:t>▪  Back Office Consolidation - by contract or agreement</w:t>
      </w:r>
    </w:p>
    <w:p w14:paraId="325711FE" w14:textId="77777777" w:rsidR="00596D4B" w:rsidRDefault="00000000">
      <w:pPr>
        <w:keepNext/>
        <w:spacing w:after="40"/>
        <w:ind w:left="720" w:hanging="360"/>
      </w:pPr>
      <w:r>
        <w:rPr>
          <w:color w:val="29343D"/>
          <w:sz w:val="20"/>
        </w:rPr>
        <w:t>▪  Collaboration via creation of a new organization</w:t>
      </w:r>
    </w:p>
    <w:p w14:paraId="515A116B" w14:textId="77777777" w:rsidR="00596D4B" w:rsidRDefault="00000000">
      <w:pPr>
        <w:keepNext/>
        <w:spacing w:after="40"/>
        <w:ind w:left="720" w:hanging="360"/>
      </w:pPr>
      <w:r>
        <w:rPr>
          <w:color w:val="29343D"/>
          <w:sz w:val="20"/>
        </w:rPr>
        <w:t>▪  Merger - fully integrated, including those with some brand independence retained</w:t>
      </w:r>
    </w:p>
    <w:p w14:paraId="075B0F0A" w14:textId="77777777" w:rsidR="00596D4B" w:rsidRDefault="00000000">
      <w:pPr>
        <w:keepNext/>
        <w:spacing w:after="40"/>
        <w:ind w:left="720" w:hanging="360"/>
      </w:pPr>
      <w:r>
        <w:rPr>
          <w:color w:val="29343D"/>
          <w:sz w:val="20"/>
        </w:rPr>
        <w:t>▪  Merger - merged governance, management, programs, and operations with separate corporate structures</w:t>
      </w:r>
    </w:p>
    <w:p w14:paraId="4B5CABF4" w14:textId="77777777" w:rsidR="00596D4B" w:rsidRDefault="00000000">
      <w:pPr>
        <w:keepNext/>
        <w:spacing w:after="40"/>
        <w:ind w:left="720" w:hanging="360"/>
      </w:pPr>
      <w:r>
        <w:rPr>
          <w:color w:val="29343D"/>
          <w:sz w:val="20"/>
        </w:rPr>
        <w:t>▪  Network/Alliance</w:t>
      </w:r>
    </w:p>
    <w:p w14:paraId="3D3D87C2" w14:textId="77777777" w:rsidR="00596D4B" w:rsidRDefault="00000000">
      <w:pPr>
        <w:keepNext/>
        <w:spacing w:after="40"/>
        <w:ind w:left="720" w:hanging="360"/>
      </w:pPr>
      <w:r>
        <w:rPr>
          <w:color w:val="29343D"/>
          <w:sz w:val="20"/>
        </w:rPr>
        <w:t>▪  Programmatic Joint Venture</w:t>
      </w:r>
    </w:p>
    <w:p w14:paraId="7C8DE854" w14:textId="77777777" w:rsidR="00596D4B" w:rsidRDefault="00000000">
      <w:pPr>
        <w:spacing w:after="40"/>
        <w:ind w:left="720" w:hanging="360"/>
      </w:pPr>
      <w:r>
        <w:rPr>
          <w:color w:val="29343D"/>
          <w:sz w:val="20"/>
        </w:rPr>
        <w:t>▪  Don't know yet</w:t>
      </w:r>
    </w:p>
    <w:p w14:paraId="6B16C9F6" w14:textId="77777777" w:rsidR="00596D4B" w:rsidRDefault="00000000">
      <w:pPr>
        <w:pStyle w:val="ApplicationQuestion"/>
        <w:numPr>
          <w:ilvl w:val="0"/>
          <w:numId w:val="1"/>
        </w:numPr>
      </w:pPr>
      <w:r>
        <w:lastRenderedPageBreak/>
        <w:t>How urgent are these collaboration discussions?</w:t>
      </w:r>
    </w:p>
    <w:p w14:paraId="644ECE7D" w14:textId="77777777" w:rsidR="00596D4B" w:rsidRDefault="00000000">
      <w:pPr>
        <w:pStyle w:val="FieldMetadata"/>
        <w:keepNext/>
      </w:pPr>
      <w:r>
        <w:rPr>
          <w:b/>
          <w:color w:val="A12A2A"/>
        </w:rPr>
        <w:t>Dropdown  |  REQUIRED</w:t>
      </w:r>
    </w:p>
    <w:p w14:paraId="3E546F72" w14:textId="77777777" w:rsidR="00596D4B" w:rsidRDefault="00000000">
      <w:pPr>
        <w:keepNext/>
        <w:spacing w:after="40"/>
        <w:ind w:left="720" w:hanging="360"/>
      </w:pPr>
      <w:r>
        <w:rPr>
          <w:color w:val="29343D"/>
          <w:sz w:val="20"/>
        </w:rPr>
        <w:t>▪  Urgent (A decision is expected in the next 6-8 weeks)</w:t>
      </w:r>
    </w:p>
    <w:p w14:paraId="484440AE" w14:textId="77777777" w:rsidR="00596D4B" w:rsidRDefault="00000000">
      <w:pPr>
        <w:keepNext/>
        <w:spacing w:after="40"/>
        <w:ind w:left="720" w:hanging="360"/>
      </w:pPr>
      <w:r>
        <w:rPr>
          <w:color w:val="29343D"/>
          <w:sz w:val="20"/>
        </w:rPr>
        <w:t>▪  Short-term (A decision is expected in the next three months)</w:t>
      </w:r>
    </w:p>
    <w:p w14:paraId="7D722BFF" w14:textId="77777777" w:rsidR="00596D4B" w:rsidRDefault="00000000">
      <w:pPr>
        <w:spacing w:after="40"/>
        <w:ind w:left="720" w:hanging="360"/>
      </w:pPr>
      <w:r>
        <w:rPr>
          <w:color w:val="29343D"/>
          <w:sz w:val="20"/>
        </w:rPr>
        <w:t>▪  Long-term (A decision is expected in more than three months)</w:t>
      </w:r>
    </w:p>
    <w:p w14:paraId="200EDF35" w14:textId="77777777" w:rsidR="00596D4B" w:rsidRDefault="00000000">
      <w:pPr>
        <w:pStyle w:val="ApplicationQuestion"/>
        <w:numPr>
          <w:ilvl w:val="0"/>
          <w:numId w:val="1"/>
        </w:numPr>
      </w:pPr>
      <w:r>
        <w:t>Briefly describe the working relationship between the collaborating organizations.</w:t>
      </w:r>
    </w:p>
    <w:p w14:paraId="7595BA9C" w14:textId="77777777" w:rsidR="00596D4B" w:rsidRDefault="00000000">
      <w:pPr>
        <w:pStyle w:val="FieldMetadata"/>
      </w:pPr>
      <w:r>
        <w:rPr>
          <w:b/>
          <w:color w:val="A12A2A"/>
        </w:rPr>
        <w:t>Long answer  |  REQUIRED</w:t>
      </w:r>
    </w:p>
    <w:p w14:paraId="0C24E205" w14:textId="77777777" w:rsidR="00596D4B" w:rsidRDefault="00000000">
      <w:pPr>
        <w:pStyle w:val="ApplicationQuestion"/>
        <w:numPr>
          <w:ilvl w:val="0"/>
          <w:numId w:val="1"/>
        </w:numPr>
      </w:pPr>
      <w:r>
        <w:t>What prompted you to consider a collaboration at this time? Have you previously discussed potential collaborations with this or other partners?</w:t>
      </w:r>
    </w:p>
    <w:p w14:paraId="7DFF8A4B" w14:textId="77777777" w:rsidR="00596D4B" w:rsidRDefault="00000000">
      <w:pPr>
        <w:pStyle w:val="FieldMetadata"/>
      </w:pPr>
      <w:r>
        <w:rPr>
          <w:b/>
          <w:color w:val="A12A2A"/>
        </w:rPr>
        <w:t>Long answer  |  REQUIRED</w:t>
      </w:r>
    </w:p>
    <w:p w14:paraId="4F694D17" w14:textId="77777777" w:rsidR="00596D4B" w:rsidRDefault="00000000">
      <w:pPr>
        <w:pStyle w:val="ApplicationQuestion"/>
        <w:numPr>
          <w:ilvl w:val="0"/>
          <w:numId w:val="1"/>
        </w:numPr>
      </w:pPr>
      <w:r>
        <w:t>Who is currently involved in these discussions? Briefly describe any confidentiality concerns regarding these deliberations.</w:t>
      </w:r>
    </w:p>
    <w:p w14:paraId="15BF5049" w14:textId="77777777" w:rsidR="00596D4B" w:rsidRDefault="00000000">
      <w:pPr>
        <w:pStyle w:val="FieldMetadata"/>
      </w:pPr>
      <w:r>
        <w:rPr>
          <w:b/>
          <w:color w:val="A12A2A"/>
        </w:rPr>
        <w:t>Long answer  |  REQUIRED</w:t>
      </w:r>
    </w:p>
    <w:p w14:paraId="6777CDB2" w14:textId="77777777" w:rsidR="00596D4B" w:rsidRDefault="00000000">
      <w:pPr>
        <w:pStyle w:val="Heading1"/>
      </w:pPr>
      <w:r>
        <w:t>Exploration - Benefits &amp; Risks</w:t>
      </w:r>
    </w:p>
    <w:tbl>
      <w:tblPr>
        <w:tblStyle w:val="TableGrid"/>
        <w:tblW w:w="9360" w:type="dxa"/>
        <w:tblInd w:w="120" w:type="dxa"/>
        <w:tblLayout w:type="fixed"/>
        <w:tblLook w:val="04A0" w:firstRow="1" w:lastRow="0" w:firstColumn="1" w:lastColumn="0" w:noHBand="0" w:noVBand="1"/>
      </w:tblPr>
      <w:tblGrid>
        <w:gridCol w:w="9360"/>
      </w:tblGrid>
      <w:tr w:rsidR="00596D4B" w14:paraId="794D0395" w14:textId="77777777">
        <w:tc>
          <w:tcPr>
            <w:tcW w:w="9360" w:type="dxa"/>
            <w:shd w:val="clear" w:color="auto" w:fill="FFF4D6"/>
            <w:tcMar>
              <w:top w:w="90" w:type="dxa"/>
              <w:left w:w="140" w:type="dxa"/>
              <w:bottom w:w="90" w:type="dxa"/>
              <w:right w:w="140" w:type="dxa"/>
            </w:tcMar>
          </w:tcPr>
          <w:p w14:paraId="7A1B02F2" w14:textId="77777777" w:rsidR="00596D4B" w:rsidRDefault="00000000">
            <w:r>
              <w:rPr>
                <w:b/>
                <w:color w:val="6B4B00"/>
                <w:sz w:val="19"/>
              </w:rPr>
              <w:t>EXPLORATORY FLOW - shown only when Project Stage is Exploration.</w:t>
            </w:r>
          </w:p>
        </w:tc>
      </w:tr>
    </w:tbl>
    <w:p w14:paraId="1A8F6D22" w14:textId="77777777" w:rsidR="00596D4B" w:rsidRDefault="00000000">
      <w:pPr>
        <w:pStyle w:val="ApplicationQuestion"/>
        <w:numPr>
          <w:ilvl w:val="0"/>
          <w:numId w:val="1"/>
        </w:numPr>
      </w:pPr>
      <w:r>
        <w:t>What are the principal benefits of the collaboration? Please describe the potential operational, programmatic, and financial impacts, as applicable.</w:t>
      </w:r>
    </w:p>
    <w:p w14:paraId="0B5A6A87" w14:textId="77777777" w:rsidR="00596D4B" w:rsidRDefault="00000000">
      <w:pPr>
        <w:pStyle w:val="FieldMetadata"/>
      </w:pPr>
      <w:r>
        <w:rPr>
          <w:b/>
          <w:color w:val="A12A2A"/>
        </w:rPr>
        <w:t>Long answer  |  REQUIRED</w:t>
      </w:r>
    </w:p>
    <w:p w14:paraId="26B560DC" w14:textId="77777777" w:rsidR="00596D4B" w:rsidRDefault="00000000">
      <w:pPr>
        <w:pStyle w:val="ApplicationQuestion"/>
        <w:numPr>
          <w:ilvl w:val="0"/>
          <w:numId w:val="1"/>
        </w:numPr>
      </w:pPr>
      <w:r>
        <w:t>What can you accomplish together that you cannot do separately?</w:t>
      </w:r>
    </w:p>
    <w:p w14:paraId="1751AB05" w14:textId="77777777" w:rsidR="00596D4B" w:rsidRDefault="00000000">
      <w:pPr>
        <w:pStyle w:val="FieldMetadata"/>
      </w:pPr>
      <w:r>
        <w:rPr>
          <w:b/>
          <w:color w:val="A12A2A"/>
        </w:rPr>
        <w:t>Long answer  |  REQUIRED</w:t>
      </w:r>
    </w:p>
    <w:p w14:paraId="331AA327" w14:textId="77777777" w:rsidR="00596D4B" w:rsidRDefault="00000000">
      <w:pPr>
        <w:pStyle w:val="ApplicationQuestion"/>
        <w:numPr>
          <w:ilvl w:val="0"/>
          <w:numId w:val="1"/>
        </w:numPr>
      </w:pPr>
      <w:r>
        <w:t>How do you expect this potential collaboration to affect other service providers in the space and the broader ecosystem?</w:t>
      </w:r>
    </w:p>
    <w:p w14:paraId="1FF1DBD2" w14:textId="77777777" w:rsidR="00596D4B" w:rsidRDefault="00000000">
      <w:pPr>
        <w:pStyle w:val="FieldMetadata"/>
      </w:pPr>
      <w:r>
        <w:rPr>
          <w:b/>
          <w:color w:val="A12A2A"/>
        </w:rPr>
        <w:t>Long answer  |  REQUIRED</w:t>
      </w:r>
    </w:p>
    <w:p w14:paraId="1C8ADA2A" w14:textId="77777777" w:rsidR="00596D4B" w:rsidRDefault="00000000">
      <w:pPr>
        <w:pStyle w:val="ApplicationQuestion"/>
        <w:numPr>
          <w:ilvl w:val="0"/>
          <w:numId w:val="1"/>
        </w:numPr>
      </w:pPr>
      <w:r>
        <w:t>Please identify any potential challenges this collaboration presents. Select up to 5.</w:t>
      </w:r>
    </w:p>
    <w:p w14:paraId="15E02CB1" w14:textId="77777777" w:rsidR="00596D4B" w:rsidRDefault="00000000">
      <w:pPr>
        <w:pStyle w:val="FieldMetadata"/>
        <w:keepNext/>
      </w:pPr>
      <w:r>
        <w:rPr>
          <w:b/>
          <w:color w:val="A12A2A"/>
        </w:rPr>
        <w:t>Checkboxes; select up to five  |  REQUIRED</w:t>
      </w:r>
    </w:p>
    <w:p w14:paraId="541F34F4" w14:textId="77777777" w:rsidR="00596D4B" w:rsidRDefault="00000000">
      <w:pPr>
        <w:keepNext/>
        <w:spacing w:after="40"/>
        <w:ind w:left="720" w:hanging="360"/>
      </w:pPr>
      <w:r>
        <w:rPr>
          <w:color w:val="29343D"/>
          <w:sz w:val="20"/>
        </w:rPr>
        <w:t>▪  Accepting change</w:t>
      </w:r>
    </w:p>
    <w:p w14:paraId="4C3F4663" w14:textId="77777777" w:rsidR="00596D4B" w:rsidRDefault="00000000">
      <w:pPr>
        <w:keepNext/>
        <w:spacing w:after="40"/>
        <w:ind w:left="720" w:hanging="360"/>
      </w:pPr>
      <w:r>
        <w:rPr>
          <w:color w:val="29343D"/>
          <w:sz w:val="20"/>
        </w:rPr>
        <w:t>▪  Achieving a shared vision</w:t>
      </w:r>
    </w:p>
    <w:p w14:paraId="327C2453" w14:textId="77777777" w:rsidR="00596D4B" w:rsidRDefault="00000000">
      <w:pPr>
        <w:keepNext/>
        <w:spacing w:after="40"/>
        <w:ind w:left="720" w:hanging="360"/>
      </w:pPr>
      <w:r>
        <w:rPr>
          <w:color w:val="29343D"/>
          <w:sz w:val="20"/>
        </w:rPr>
        <w:t>▪  Clarifying partner roles</w:t>
      </w:r>
    </w:p>
    <w:p w14:paraId="5F8A4E41" w14:textId="77777777" w:rsidR="00596D4B" w:rsidRDefault="00000000">
      <w:pPr>
        <w:keepNext/>
        <w:spacing w:after="40"/>
        <w:ind w:left="720" w:hanging="360"/>
      </w:pPr>
      <w:r>
        <w:rPr>
          <w:color w:val="29343D"/>
          <w:sz w:val="20"/>
        </w:rPr>
        <w:t>▪  Concerns about risk/management</w:t>
      </w:r>
    </w:p>
    <w:p w14:paraId="57E9061A" w14:textId="77777777" w:rsidR="00596D4B" w:rsidRDefault="00000000">
      <w:pPr>
        <w:keepNext/>
        <w:spacing w:after="40"/>
        <w:ind w:left="720" w:hanging="360"/>
      </w:pPr>
      <w:r>
        <w:rPr>
          <w:color w:val="29343D"/>
          <w:sz w:val="20"/>
        </w:rPr>
        <w:t>▪  Coordinating/merging/integrating operations</w:t>
      </w:r>
    </w:p>
    <w:p w14:paraId="219C0244" w14:textId="77777777" w:rsidR="00596D4B" w:rsidRDefault="00000000">
      <w:pPr>
        <w:keepNext/>
        <w:spacing w:after="40"/>
        <w:ind w:left="720" w:hanging="360"/>
      </w:pPr>
      <w:r>
        <w:rPr>
          <w:color w:val="29343D"/>
          <w:sz w:val="20"/>
        </w:rPr>
        <w:t>▪  Coordinating/integrating programs and services</w:t>
      </w:r>
    </w:p>
    <w:p w14:paraId="790FB6FA" w14:textId="77777777" w:rsidR="00596D4B" w:rsidRDefault="00000000">
      <w:pPr>
        <w:keepNext/>
        <w:spacing w:after="40"/>
        <w:ind w:left="720" w:hanging="360"/>
      </w:pPr>
      <w:r>
        <w:rPr>
          <w:color w:val="29343D"/>
          <w:sz w:val="20"/>
        </w:rPr>
        <w:t>▪  Costs of collaboration</w:t>
      </w:r>
    </w:p>
    <w:p w14:paraId="6AEB9193" w14:textId="77777777" w:rsidR="00596D4B" w:rsidRDefault="00000000">
      <w:pPr>
        <w:keepNext/>
        <w:spacing w:after="40"/>
        <w:ind w:left="720" w:hanging="360"/>
      </w:pPr>
      <w:r>
        <w:rPr>
          <w:color w:val="29343D"/>
          <w:sz w:val="20"/>
        </w:rPr>
        <w:t>▪  Creating a shared culture</w:t>
      </w:r>
    </w:p>
    <w:p w14:paraId="6A3C9EE0" w14:textId="77777777" w:rsidR="00596D4B" w:rsidRDefault="00000000">
      <w:pPr>
        <w:keepNext/>
        <w:spacing w:after="40"/>
        <w:ind w:left="720" w:hanging="360"/>
      </w:pPr>
      <w:r>
        <w:rPr>
          <w:color w:val="29343D"/>
          <w:sz w:val="20"/>
        </w:rPr>
        <w:t>▪  Defining and measuring success</w:t>
      </w:r>
    </w:p>
    <w:p w14:paraId="32A7D590" w14:textId="77777777" w:rsidR="00596D4B" w:rsidRDefault="00000000">
      <w:pPr>
        <w:keepNext/>
        <w:spacing w:after="40"/>
        <w:ind w:left="720" w:hanging="360"/>
      </w:pPr>
      <w:r>
        <w:rPr>
          <w:color w:val="29343D"/>
          <w:sz w:val="20"/>
        </w:rPr>
        <w:t>▪  Inadequate staff time available for leading and/or managing collaboration</w:t>
      </w:r>
    </w:p>
    <w:p w14:paraId="6BB8B526" w14:textId="77777777" w:rsidR="00596D4B" w:rsidRDefault="00000000">
      <w:pPr>
        <w:keepNext/>
        <w:spacing w:after="40"/>
        <w:ind w:left="720" w:hanging="360"/>
      </w:pPr>
      <w:r>
        <w:rPr>
          <w:color w:val="29343D"/>
          <w:sz w:val="20"/>
        </w:rPr>
        <w:t>▪  Internal/external communication and marketing/branding</w:t>
      </w:r>
    </w:p>
    <w:p w14:paraId="280A69B8" w14:textId="77777777" w:rsidR="00596D4B" w:rsidRDefault="00000000">
      <w:pPr>
        <w:keepNext/>
        <w:spacing w:after="40"/>
        <w:ind w:left="720" w:hanging="360"/>
      </w:pPr>
      <w:r>
        <w:rPr>
          <w:color w:val="29343D"/>
          <w:sz w:val="20"/>
        </w:rPr>
        <w:t>▪  Retaining staff or staff departures</w:t>
      </w:r>
    </w:p>
    <w:p w14:paraId="32867583" w14:textId="77777777" w:rsidR="00596D4B" w:rsidRDefault="00000000">
      <w:pPr>
        <w:spacing w:after="40"/>
        <w:ind w:left="720" w:hanging="360"/>
      </w:pPr>
      <w:r>
        <w:rPr>
          <w:color w:val="29343D"/>
          <w:sz w:val="20"/>
        </w:rPr>
        <w:t>▪  Necessary external approvals</w:t>
      </w:r>
    </w:p>
    <w:p w14:paraId="6B56E8DF" w14:textId="77777777" w:rsidR="00596D4B" w:rsidRDefault="00000000">
      <w:pPr>
        <w:pStyle w:val="ApplicationQuestion"/>
        <w:numPr>
          <w:ilvl w:val="0"/>
          <w:numId w:val="1"/>
        </w:numPr>
      </w:pPr>
      <w:r>
        <w:lastRenderedPageBreak/>
        <w:t>What essential questions must be answered before your organizations can make a decision to implement a formal collaboration?</w:t>
      </w:r>
    </w:p>
    <w:p w14:paraId="00309B64" w14:textId="77777777" w:rsidR="00596D4B" w:rsidRDefault="00000000">
      <w:pPr>
        <w:pStyle w:val="FieldMetadata"/>
      </w:pPr>
      <w:r>
        <w:rPr>
          <w:b/>
          <w:color w:val="A12A2A"/>
        </w:rPr>
        <w:t>Long answer  |  REQUIRED</w:t>
      </w:r>
    </w:p>
    <w:p w14:paraId="63C5FFDA" w14:textId="77777777" w:rsidR="00596D4B" w:rsidRDefault="00000000">
      <w:pPr>
        <w:pStyle w:val="Heading1"/>
      </w:pPr>
      <w:r>
        <w:t>Exploration - Technical Assistance Requested</w:t>
      </w:r>
    </w:p>
    <w:tbl>
      <w:tblPr>
        <w:tblStyle w:val="TableGrid"/>
        <w:tblW w:w="9360" w:type="dxa"/>
        <w:tblInd w:w="120" w:type="dxa"/>
        <w:tblLayout w:type="fixed"/>
        <w:tblLook w:val="04A0" w:firstRow="1" w:lastRow="0" w:firstColumn="1" w:lastColumn="0" w:noHBand="0" w:noVBand="1"/>
      </w:tblPr>
      <w:tblGrid>
        <w:gridCol w:w="9360"/>
      </w:tblGrid>
      <w:tr w:rsidR="00596D4B" w14:paraId="02F38B7A" w14:textId="77777777">
        <w:tc>
          <w:tcPr>
            <w:tcW w:w="9360" w:type="dxa"/>
            <w:shd w:val="clear" w:color="auto" w:fill="FFF4D6"/>
            <w:tcMar>
              <w:top w:w="90" w:type="dxa"/>
              <w:left w:w="140" w:type="dxa"/>
              <w:bottom w:w="90" w:type="dxa"/>
              <w:right w:w="140" w:type="dxa"/>
            </w:tcMar>
          </w:tcPr>
          <w:p w14:paraId="3DF534B3" w14:textId="77777777" w:rsidR="00596D4B" w:rsidRDefault="00000000">
            <w:r>
              <w:rPr>
                <w:b/>
                <w:color w:val="6B4B00"/>
                <w:sz w:val="19"/>
              </w:rPr>
              <w:t>EXPLORATORY FLOW - shown only when Project Stage is Exploration.</w:t>
            </w:r>
          </w:p>
        </w:tc>
      </w:tr>
    </w:tbl>
    <w:p w14:paraId="543A6FA1" w14:textId="77777777" w:rsidR="00596D4B" w:rsidRDefault="00000000">
      <w:pPr>
        <w:pStyle w:val="ApplicationQuestion"/>
        <w:numPr>
          <w:ilvl w:val="0"/>
          <w:numId w:val="1"/>
        </w:numPr>
      </w:pPr>
      <w:r>
        <w:t>Describe the technical assistance (TA) support that is being requested from the Fund.</w:t>
      </w:r>
    </w:p>
    <w:p w14:paraId="60D9690D" w14:textId="77777777" w:rsidR="00596D4B" w:rsidRDefault="00000000">
      <w:pPr>
        <w:pStyle w:val="FieldMetadata"/>
        <w:keepNext/>
      </w:pPr>
      <w:r>
        <w:rPr>
          <w:b/>
          <w:color w:val="A12A2A"/>
        </w:rPr>
        <w:t>Checkboxes  |  REQUIRED</w:t>
      </w:r>
    </w:p>
    <w:p w14:paraId="0FA00858" w14:textId="77777777" w:rsidR="00596D4B" w:rsidRDefault="00000000">
      <w:pPr>
        <w:keepNext/>
        <w:spacing w:after="40"/>
        <w:ind w:left="720" w:hanging="360"/>
      </w:pPr>
      <w:r>
        <w:rPr>
          <w:color w:val="29343D"/>
          <w:sz w:val="20"/>
        </w:rPr>
        <w:t>▪  To conduct financial due diligence</w:t>
      </w:r>
    </w:p>
    <w:p w14:paraId="096CCBAC" w14:textId="77777777" w:rsidR="00596D4B" w:rsidRDefault="00000000">
      <w:pPr>
        <w:keepNext/>
        <w:spacing w:after="40"/>
        <w:ind w:left="720" w:hanging="360"/>
      </w:pPr>
      <w:r>
        <w:rPr>
          <w:color w:val="29343D"/>
          <w:sz w:val="20"/>
        </w:rPr>
        <w:t>▪  To draft the governing agreement or provide other legal advice</w:t>
      </w:r>
    </w:p>
    <w:p w14:paraId="2DCE45B3" w14:textId="77777777" w:rsidR="00596D4B" w:rsidRDefault="00000000">
      <w:pPr>
        <w:keepNext/>
        <w:spacing w:after="40"/>
        <w:ind w:left="720" w:hanging="360"/>
      </w:pPr>
      <w:r>
        <w:rPr>
          <w:color w:val="29343D"/>
          <w:sz w:val="20"/>
        </w:rPr>
        <w:t>▪  To facilitate negotiations that might support the formation of the collaboration</w:t>
      </w:r>
    </w:p>
    <w:p w14:paraId="5D54B10D" w14:textId="77777777" w:rsidR="00596D4B" w:rsidRDefault="00000000">
      <w:pPr>
        <w:keepNext/>
        <w:spacing w:after="40"/>
        <w:ind w:left="720" w:hanging="360"/>
      </w:pPr>
      <w:r>
        <w:rPr>
          <w:color w:val="29343D"/>
          <w:sz w:val="20"/>
        </w:rPr>
        <w:t>▪  To advise on human resources, benefits, or compensation</w:t>
      </w:r>
    </w:p>
    <w:p w14:paraId="15193570" w14:textId="77777777" w:rsidR="00596D4B" w:rsidRDefault="00000000">
      <w:pPr>
        <w:keepNext/>
        <w:spacing w:after="40"/>
        <w:ind w:left="720" w:hanging="360"/>
      </w:pPr>
      <w:r>
        <w:rPr>
          <w:color w:val="29343D"/>
          <w:sz w:val="20"/>
        </w:rPr>
        <w:t>▪  To determine the value of assets (intellectual or physical property)</w:t>
      </w:r>
    </w:p>
    <w:p w14:paraId="0323CAE1" w14:textId="77777777" w:rsidR="00596D4B" w:rsidRDefault="00000000">
      <w:pPr>
        <w:keepNext/>
        <w:spacing w:after="40"/>
        <w:ind w:left="720" w:hanging="360"/>
      </w:pPr>
      <w:r>
        <w:rPr>
          <w:color w:val="29343D"/>
          <w:sz w:val="20"/>
        </w:rPr>
        <w:t>▪  To assess fundraising implications of potential collaboration</w:t>
      </w:r>
    </w:p>
    <w:p w14:paraId="0F2ACE44" w14:textId="77777777" w:rsidR="00596D4B" w:rsidRDefault="00000000">
      <w:pPr>
        <w:keepNext/>
        <w:spacing w:after="40"/>
        <w:ind w:left="720" w:hanging="360"/>
      </w:pPr>
      <w:r>
        <w:rPr>
          <w:color w:val="29343D"/>
          <w:sz w:val="20"/>
        </w:rPr>
        <w:t>▪  To assess branding implications of potential collaboration</w:t>
      </w:r>
    </w:p>
    <w:p w14:paraId="7837C6D7" w14:textId="77777777" w:rsidR="00596D4B" w:rsidRDefault="00000000">
      <w:pPr>
        <w:spacing w:after="40"/>
        <w:ind w:left="720" w:hanging="360"/>
      </w:pPr>
      <w:r>
        <w:rPr>
          <w:color w:val="29343D"/>
          <w:sz w:val="20"/>
        </w:rPr>
        <w:t>▪  Other</w:t>
      </w:r>
    </w:p>
    <w:p w14:paraId="0ED42988" w14:textId="77777777" w:rsidR="00596D4B" w:rsidRDefault="00000000">
      <w:pPr>
        <w:pStyle w:val="ApplicationQuestion"/>
        <w:numPr>
          <w:ilvl w:val="0"/>
          <w:numId w:val="1"/>
        </w:numPr>
      </w:pPr>
      <w:r>
        <w:t>What is the anticipated total cost of completing the exploration?</w:t>
      </w:r>
    </w:p>
    <w:p w14:paraId="7C4A10F5" w14:textId="77777777" w:rsidR="00596D4B" w:rsidRDefault="00000000">
      <w:pPr>
        <w:pStyle w:val="FieldMetadata"/>
      </w:pPr>
      <w:r>
        <w:rPr>
          <w:b/>
          <w:color w:val="A12A2A"/>
        </w:rPr>
        <w:t>Short answer  |  REQUIRED</w:t>
      </w:r>
    </w:p>
    <w:p w14:paraId="40797CF1" w14:textId="77777777" w:rsidR="00596D4B" w:rsidRDefault="00000000">
      <w:pPr>
        <w:pStyle w:val="ApplicationQuestion"/>
        <w:numPr>
          <w:ilvl w:val="0"/>
          <w:numId w:val="1"/>
        </w:numPr>
      </w:pPr>
      <w:r>
        <w:t>Identify the name, cost, and timing for each technical assistance provider.</w:t>
      </w:r>
    </w:p>
    <w:p w14:paraId="0FBAFFCC" w14:textId="77777777" w:rsidR="00596D4B" w:rsidRDefault="00000000">
      <w:pPr>
        <w:pStyle w:val="FieldMetadata"/>
      </w:pPr>
      <w:r>
        <w:rPr>
          <w:b/>
          <w:color w:val="A12A2A"/>
        </w:rPr>
        <w:t>Long answer  |  REQUIRED</w:t>
      </w:r>
    </w:p>
    <w:p w14:paraId="13F3EB36" w14:textId="77777777" w:rsidR="00596D4B" w:rsidRDefault="00000000">
      <w:pPr>
        <w:pStyle w:val="ApplicationQuestion"/>
        <w:numPr>
          <w:ilvl w:val="0"/>
          <w:numId w:val="1"/>
        </w:numPr>
      </w:pPr>
      <w:r>
        <w:t>What other sources of support have/will you obtain for this collaboration, including in-kind support?</w:t>
      </w:r>
    </w:p>
    <w:p w14:paraId="0F932FA4" w14:textId="77777777" w:rsidR="00596D4B" w:rsidRDefault="00000000">
      <w:pPr>
        <w:pStyle w:val="FieldMetadata"/>
      </w:pPr>
      <w:r>
        <w:rPr>
          <w:b/>
          <w:color w:val="A12A2A"/>
        </w:rPr>
        <w:t>Long answer  |  REQUIRED</w:t>
      </w:r>
    </w:p>
    <w:p w14:paraId="1C9762D3" w14:textId="77777777" w:rsidR="00596D4B" w:rsidRDefault="00000000">
      <w:pPr>
        <w:pStyle w:val="Heading1"/>
      </w:pPr>
      <w:r>
        <w:t>Implementation Plan</w:t>
      </w:r>
    </w:p>
    <w:tbl>
      <w:tblPr>
        <w:tblStyle w:val="TableGrid"/>
        <w:tblW w:w="9360" w:type="dxa"/>
        <w:tblInd w:w="120" w:type="dxa"/>
        <w:tblLayout w:type="fixed"/>
        <w:tblLook w:val="04A0" w:firstRow="1" w:lastRow="0" w:firstColumn="1" w:lastColumn="0" w:noHBand="0" w:noVBand="1"/>
      </w:tblPr>
      <w:tblGrid>
        <w:gridCol w:w="9360"/>
      </w:tblGrid>
      <w:tr w:rsidR="00596D4B" w14:paraId="62C6FD12" w14:textId="77777777">
        <w:tc>
          <w:tcPr>
            <w:tcW w:w="9360" w:type="dxa"/>
            <w:shd w:val="clear" w:color="auto" w:fill="FFF4D6"/>
            <w:tcMar>
              <w:top w:w="90" w:type="dxa"/>
              <w:left w:w="140" w:type="dxa"/>
              <w:bottom w:w="90" w:type="dxa"/>
              <w:right w:w="140" w:type="dxa"/>
            </w:tcMar>
          </w:tcPr>
          <w:p w14:paraId="76B6EDA0" w14:textId="77777777" w:rsidR="00596D4B" w:rsidRDefault="00000000">
            <w:r>
              <w:rPr>
                <w:b/>
                <w:color w:val="6B4B00"/>
                <w:sz w:val="19"/>
              </w:rPr>
              <w:t>IMPLEMENTATION FLOW - shown only when Project Stage is Implementation.</w:t>
            </w:r>
          </w:p>
        </w:tc>
      </w:tr>
    </w:tbl>
    <w:p w14:paraId="06E795C0" w14:textId="77777777" w:rsidR="00596D4B" w:rsidRDefault="00000000">
      <w:pPr>
        <w:pStyle w:val="ApplicationQuestion"/>
        <w:numPr>
          <w:ilvl w:val="0"/>
          <w:numId w:val="1"/>
        </w:numPr>
      </w:pPr>
      <w:r>
        <w:t>What best describes the type of collaboration you are proposing?</w:t>
      </w:r>
    </w:p>
    <w:p w14:paraId="7D68A40A" w14:textId="77777777" w:rsidR="00596D4B" w:rsidRDefault="00000000">
      <w:pPr>
        <w:pStyle w:val="FieldMetadata"/>
        <w:keepNext/>
      </w:pPr>
      <w:r>
        <w:rPr>
          <w:b/>
          <w:color w:val="A12A2A"/>
        </w:rPr>
        <w:t>Dropdown  |  REQUIRED</w:t>
      </w:r>
    </w:p>
    <w:p w14:paraId="326A03CD" w14:textId="77777777" w:rsidR="00596D4B" w:rsidRDefault="00000000">
      <w:pPr>
        <w:keepNext/>
        <w:spacing w:after="40"/>
        <w:ind w:left="720" w:hanging="360"/>
      </w:pPr>
      <w:r>
        <w:rPr>
          <w:color w:val="29343D"/>
          <w:sz w:val="20"/>
        </w:rPr>
        <w:t>▪  Acquisition</w:t>
      </w:r>
    </w:p>
    <w:p w14:paraId="2820A62B" w14:textId="77777777" w:rsidR="00596D4B" w:rsidRDefault="00000000">
      <w:pPr>
        <w:keepNext/>
        <w:spacing w:after="40"/>
        <w:ind w:left="720" w:hanging="360"/>
      </w:pPr>
      <w:r>
        <w:rPr>
          <w:color w:val="29343D"/>
          <w:sz w:val="20"/>
        </w:rPr>
        <w:t>▪  Asset Transfer</w:t>
      </w:r>
    </w:p>
    <w:p w14:paraId="0793792B" w14:textId="77777777" w:rsidR="00596D4B" w:rsidRDefault="00000000">
      <w:pPr>
        <w:keepNext/>
        <w:spacing w:after="40"/>
        <w:ind w:left="720" w:hanging="360"/>
      </w:pPr>
      <w:r>
        <w:rPr>
          <w:color w:val="29343D"/>
          <w:sz w:val="20"/>
        </w:rPr>
        <w:t>▪  Back Office Consolidation - by contract or agreement</w:t>
      </w:r>
    </w:p>
    <w:p w14:paraId="3F9C2D47" w14:textId="77777777" w:rsidR="00596D4B" w:rsidRDefault="00000000">
      <w:pPr>
        <w:keepNext/>
        <w:spacing w:after="40"/>
        <w:ind w:left="720" w:hanging="360"/>
      </w:pPr>
      <w:r>
        <w:rPr>
          <w:color w:val="29343D"/>
          <w:sz w:val="20"/>
        </w:rPr>
        <w:t>▪  Collaboration via creation of a new organization</w:t>
      </w:r>
    </w:p>
    <w:p w14:paraId="6581E1A5" w14:textId="77777777" w:rsidR="00596D4B" w:rsidRDefault="00000000">
      <w:pPr>
        <w:keepNext/>
        <w:spacing w:after="40"/>
        <w:ind w:left="720" w:hanging="360"/>
      </w:pPr>
      <w:r>
        <w:rPr>
          <w:color w:val="29343D"/>
          <w:sz w:val="20"/>
        </w:rPr>
        <w:t>▪  Merger- fully integrated, including those with some brand independence retained</w:t>
      </w:r>
    </w:p>
    <w:p w14:paraId="42BA6383" w14:textId="77777777" w:rsidR="00596D4B" w:rsidRDefault="00000000">
      <w:pPr>
        <w:keepNext/>
        <w:spacing w:after="40"/>
        <w:ind w:left="720" w:hanging="360"/>
      </w:pPr>
      <w:r>
        <w:rPr>
          <w:color w:val="29343D"/>
          <w:sz w:val="20"/>
        </w:rPr>
        <w:t>▪  Merger- merged governance, management, programs, and operations with separate corporate structures</w:t>
      </w:r>
    </w:p>
    <w:p w14:paraId="03887A00" w14:textId="77777777" w:rsidR="00596D4B" w:rsidRDefault="00000000">
      <w:pPr>
        <w:keepNext/>
        <w:spacing w:after="40"/>
        <w:ind w:left="720" w:hanging="360"/>
      </w:pPr>
      <w:r>
        <w:rPr>
          <w:color w:val="29343D"/>
          <w:sz w:val="20"/>
        </w:rPr>
        <w:t>▪  Network/Alliance</w:t>
      </w:r>
    </w:p>
    <w:p w14:paraId="25BD0A93" w14:textId="77777777" w:rsidR="00596D4B" w:rsidRDefault="00000000">
      <w:pPr>
        <w:spacing w:after="40"/>
        <w:ind w:left="720" w:hanging="360"/>
      </w:pPr>
      <w:r>
        <w:rPr>
          <w:color w:val="29343D"/>
          <w:sz w:val="20"/>
        </w:rPr>
        <w:t>▪  Programmatic Joint Venture</w:t>
      </w:r>
    </w:p>
    <w:p w14:paraId="604B6232" w14:textId="77777777" w:rsidR="00596D4B" w:rsidRDefault="00000000">
      <w:pPr>
        <w:pStyle w:val="ApplicationQuestion"/>
        <w:numPr>
          <w:ilvl w:val="0"/>
          <w:numId w:val="1"/>
        </w:numPr>
      </w:pPr>
      <w:r>
        <w:lastRenderedPageBreak/>
        <w:t>How urgent are these collaboration discussions?</w:t>
      </w:r>
    </w:p>
    <w:p w14:paraId="47030C3A" w14:textId="77777777" w:rsidR="00596D4B" w:rsidRDefault="00000000">
      <w:pPr>
        <w:pStyle w:val="FieldMetadata"/>
        <w:keepNext/>
      </w:pPr>
      <w:r>
        <w:rPr>
          <w:b/>
          <w:color w:val="A12A2A"/>
        </w:rPr>
        <w:t>Dropdown  |  REQUIRED</w:t>
      </w:r>
    </w:p>
    <w:p w14:paraId="5AF8F4C5" w14:textId="77777777" w:rsidR="00596D4B" w:rsidRDefault="00000000">
      <w:pPr>
        <w:keepNext/>
        <w:spacing w:after="40"/>
        <w:ind w:left="720" w:hanging="360"/>
      </w:pPr>
      <w:r>
        <w:rPr>
          <w:color w:val="29343D"/>
          <w:sz w:val="20"/>
        </w:rPr>
        <w:t>▪  Urgent (A decision is expected in the next 6-8 weeks)</w:t>
      </w:r>
    </w:p>
    <w:p w14:paraId="1BD31265" w14:textId="77777777" w:rsidR="00596D4B" w:rsidRDefault="00000000">
      <w:pPr>
        <w:keepNext/>
        <w:spacing w:after="40"/>
        <w:ind w:left="720" w:hanging="360"/>
      </w:pPr>
      <w:r>
        <w:rPr>
          <w:color w:val="29343D"/>
          <w:sz w:val="20"/>
        </w:rPr>
        <w:t>▪  Short-term (A decision is expected in the next three months)</w:t>
      </w:r>
    </w:p>
    <w:p w14:paraId="0B756497" w14:textId="77777777" w:rsidR="00596D4B" w:rsidRDefault="00000000">
      <w:pPr>
        <w:spacing w:after="40"/>
        <w:ind w:left="720" w:hanging="360"/>
      </w:pPr>
      <w:r>
        <w:rPr>
          <w:color w:val="29343D"/>
          <w:sz w:val="20"/>
        </w:rPr>
        <w:t>▪  Long-term (A decision is expected in more than three months)</w:t>
      </w:r>
    </w:p>
    <w:p w14:paraId="31A0BBAA" w14:textId="77777777" w:rsidR="00596D4B" w:rsidRDefault="00000000">
      <w:pPr>
        <w:pStyle w:val="ApplicationQuestion"/>
        <w:numPr>
          <w:ilvl w:val="0"/>
          <w:numId w:val="1"/>
        </w:numPr>
      </w:pPr>
      <w:r>
        <w:t>Provide an overview of the proposed implementation plan, detailing the scope of the collaboration, expected timing, and the organizational components to be integrated. Your response should include consideration of governance, staffing, programmatic activities, financial management, and operational functions as applicable.</w:t>
      </w:r>
    </w:p>
    <w:p w14:paraId="7E4C352E" w14:textId="77777777" w:rsidR="00596D4B" w:rsidRDefault="00000000">
      <w:pPr>
        <w:pStyle w:val="FieldMetadata"/>
      </w:pPr>
      <w:r>
        <w:rPr>
          <w:b/>
          <w:color w:val="A12A2A"/>
        </w:rPr>
        <w:t>Long answer  |  REQUIRED</w:t>
      </w:r>
    </w:p>
    <w:p w14:paraId="4CA13067" w14:textId="77777777" w:rsidR="00596D4B" w:rsidRDefault="00000000">
      <w:pPr>
        <w:pStyle w:val="ApplicationQuestion"/>
        <w:numPr>
          <w:ilvl w:val="0"/>
          <w:numId w:val="1"/>
        </w:numPr>
      </w:pPr>
      <w:r>
        <w:t>What prompted your organizations to consider a collaboration at this time?</w:t>
      </w:r>
    </w:p>
    <w:p w14:paraId="5ECAC1A6" w14:textId="77777777" w:rsidR="00596D4B" w:rsidRDefault="00000000">
      <w:pPr>
        <w:pStyle w:val="FieldMetadata"/>
      </w:pPr>
      <w:r>
        <w:rPr>
          <w:b/>
          <w:color w:val="A12A2A"/>
        </w:rPr>
        <w:t>Long answer  |  REQUIRED</w:t>
      </w:r>
    </w:p>
    <w:p w14:paraId="2373DC2A" w14:textId="77777777" w:rsidR="00596D4B" w:rsidRDefault="00000000">
      <w:pPr>
        <w:pStyle w:val="ApplicationQuestion"/>
        <w:numPr>
          <w:ilvl w:val="0"/>
          <w:numId w:val="1"/>
        </w:numPr>
      </w:pPr>
      <w:r>
        <w:t>What can you accomplish together that you cannot do separately?</w:t>
      </w:r>
    </w:p>
    <w:p w14:paraId="2ED20F73" w14:textId="77777777" w:rsidR="00596D4B" w:rsidRDefault="00000000">
      <w:pPr>
        <w:pStyle w:val="FieldMetadata"/>
      </w:pPr>
      <w:r>
        <w:rPr>
          <w:b/>
          <w:color w:val="A12A2A"/>
        </w:rPr>
        <w:t>Long answer  |  REQUIRED</w:t>
      </w:r>
    </w:p>
    <w:p w14:paraId="4BA78099" w14:textId="77777777" w:rsidR="00596D4B" w:rsidRDefault="00000000">
      <w:pPr>
        <w:pStyle w:val="ApplicationQuestion"/>
        <w:numPr>
          <w:ilvl w:val="0"/>
          <w:numId w:val="1"/>
        </w:numPr>
      </w:pPr>
      <w:r>
        <w:t>How does the collaboration meaningfully change the ways the organizations involved will operate?</w:t>
      </w:r>
    </w:p>
    <w:p w14:paraId="73FD54E8" w14:textId="77777777" w:rsidR="00596D4B" w:rsidRDefault="00000000">
      <w:pPr>
        <w:pStyle w:val="FieldMetadata"/>
      </w:pPr>
      <w:r>
        <w:rPr>
          <w:b/>
          <w:color w:val="A12A2A"/>
        </w:rPr>
        <w:t>Long answer  |  REQUIRED</w:t>
      </w:r>
    </w:p>
    <w:p w14:paraId="58AF34A0" w14:textId="77777777" w:rsidR="00596D4B" w:rsidRDefault="00000000">
      <w:pPr>
        <w:pStyle w:val="ApplicationQuestion"/>
        <w:numPr>
          <w:ilvl w:val="0"/>
          <w:numId w:val="1"/>
        </w:numPr>
      </w:pPr>
      <w:r>
        <w:t>How do you expect this potential collaboration to affect other service providers in the space and the broader ecosystem?</w:t>
      </w:r>
    </w:p>
    <w:p w14:paraId="5482D124" w14:textId="77777777" w:rsidR="00596D4B" w:rsidRDefault="00000000">
      <w:pPr>
        <w:pStyle w:val="FieldMetadata"/>
      </w:pPr>
      <w:r>
        <w:rPr>
          <w:b/>
          <w:color w:val="A12A2A"/>
        </w:rPr>
        <w:t>Long answer  |  REQUIRED</w:t>
      </w:r>
    </w:p>
    <w:p w14:paraId="399E24F3" w14:textId="77777777" w:rsidR="00596D4B" w:rsidRDefault="00000000">
      <w:pPr>
        <w:pStyle w:val="ApplicationQuestion"/>
        <w:numPr>
          <w:ilvl w:val="0"/>
          <w:numId w:val="1"/>
        </w:numPr>
      </w:pPr>
      <w:r>
        <w:t>Who is currently involved in these discussions? Briefly describe any confidentiality concerns regarding the collaboration.</w:t>
      </w:r>
    </w:p>
    <w:p w14:paraId="02FC5413" w14:textId="77777777" w:rsidR="00596D4B" w:rsidRDefault="00000000">
      <w:pPr>
        <w:pStyle w:val="FieldMetadata"/>
      </w:pPr>
      <w:r>
        <w:rPr>
          <w:b/>
          <w:color w:val="A12A2A"/>
        </w:rPr>
        <w:t>Long answer  |  REQUIRED</w:t>
      </w:r>
    </w:p>
    <w:p w14:paraId="25320F8E" w14:textId="77777777" w:rsidR="00596D4B" w:rsidRDefault="00000000">
      <w:pPr>
        <w:pStyle w:val="ApplicationQuestion"/>
        <w:numPr>
          <w:ilvl w:val="0"/>
          <w:numId w:val="1"/>
        </w:numPr>
      </w:pPr>
      <w:r>
        <w:t>What impact might this collaboration have on the individuals/communities currently served by the organization?</w:t>
      </w:r>
    </w:p>
    <w:p w14:paraId="0C8B8C57" w14:textId="77777777" w:rsidR="00596D4B" w:rsidRDefault="00000000">
      <w:pPr>
        <w:pStyle w:val="FieldMetadata"/>
      </w:pPr>
      <w:r>
        <w:rPr>
          <w:b/>
          <w:color w:val="A12A2A"/>
        </w:rPr>
        <w:t>Long answer  |  REQUIRED</w:t>
      </w:r>
    </w:p>
    <w:p w14:paraId="6093903D" w14:textId="77777777" w:rsidR="00596D4B" w:rsidRDefault="00000000">
      <w:pPr>
        <w:pStyle w:val="ApplicationQuestion"/>
        <w:numPr>
          <w:ilvl w:val="0"/>
          <w:numId w:val="1"/>
        </w:numPr>
      </w:pPr>
      <w:r>
        <w:t>List three to five expected outcomes and associated metrics you hope to achieve from this collaboration over the next two years.</w:t>
      </w:r>
    </w:p>
    <w:p w14:paraId="18115B90" w14:textId="77777777" w:rsidR="00596D4B" w:rsidRDefault="00000000">
      <w:pPr>
        <w:pStyle w:val="FieldMetadata"/>
      </w:pPr>
      <w:r>
        <w:rPr>
          <w:b/>
          <w:color w:val="A12A2A"/>
        </w:rPr>
        <w:t>Long answer  |  REQUIRED</w:t>
      </w:r>
    </w:p>
    <w:p w14:paraId="6CF27043" w14:textId="77777777" w:rsidR="00596D4B" w:rsidRDefault="00000000">
      <w:pPr>
        <w:pStyle w:val="ApplicationQuestion"/>
        <w:numPr>
          <w:ilvl w:val="0"/>
          <w:numId w:val="1"/>
        </w:numPr>
      </w:pPr>
      <w:r>
        <w:t>How did the organizations determine this collaboration format?</w:t>
      </w:r>
    </w:p>
    <w:p w14:paraId="2BC9A916" w14:textId="77777777" w:rsidR="00596D4B" w:rsidRDefault="00000000">
      <w:pPr>
        <w:pStyle w:val="FieldMetadata"/>
      </w:pPr>
      <w:r>
        <w:rPr>
          <w:b/>
          <w:color w:val="A12A2A"/>
        </w:rPr>
        <w:t>Long answer  |  REQUIRED</w:t>
      </w:r>
    </w:p>
    <w:p w14:paraId="72687673" w14:textId="77777777" w:rsidR="00596D4B" w:rsidRDefault="00000000">
      <w:pPr>
        <w:pStyle w:val="ApplicationQuestion"/>
        <w:numPr>
          <w:ilvl w:val="0"/>
          <w:numId w:val="1"/>
        </w:numPr>
      </w:pPr>
      <w:r>
        <w:t>Describe the potential risks and possible mitigants produced by this collaboration.</w:t>
      </w:r>
    </w:p>
    <w:p w14:paraId="2C95023B" w14:textId="77777777" w:rsidR="00596D4B" w:rsidRDefault="00000000">
      <w:pPr>
        <w:pStyle w:val="FieldMetadata"/>
      </w:pPr>
      <w:r>
        <w:rPr>
          <w:b/>
          <w:color w:val="A12A2A"/>
        </w:rPr>
        <w:t>Long answer  |  REQUIRED</w:t>
      </w:r>
    </w:p>
    <w:p w14:paraId="6B834D00" w14:textId="77777777" w:rsidR="00596D4B" w:rsidRDefault="00000000">
      <w:pPr>
        <w:pStyle w:val="ApplicationQuestion"/>
        <w:numPr>
          <w:ilvl w:val="0"/>
          <w:numId w:val="1"/>
        </w:numPr>
      </w:pPr>
      <w:r>
        <w:t>Describe the integration challenges this collaboration has experienced to date.</w:t>
      </w:r>
    </w:p>
    <w:p w14:paraId="272DE25A" w14:textId="77777777" w:rsidR="00596D4B" w:rsidRDefault="00000000">
      <w:pPr>
        <w:pStyle w:val="FieldMetadata"/>
      </w:pPr>
      <w:r>
        <w:rPr>
          <w:b/>
          <w:color w:val="A12A2A"/>
        </w:rPr>
        <w:t>Long answer  |  REQUIRED</w:t>
      </w:r>
    </w:p>
    <w:p w14:paraId="26515929" w14:textId="77777777" w:rsidR="00596D4B" w:rsidRDefault="00000000">
      <w:pPr>
        <w:pStyle w:val="ApplicationQuestion"/>
        <w:numPr>
          <w:ilvl w:val="0"/>
          <w:numId w:val="1"/>
        </w:numPr>
      </w:pPr>
      <w:r>
        <w:lastRenderedPageBreak/>
        <w:t>Please identify any potential challenges this collaboration presents moving forward. Select up to 5.</w:t>
      </w:r>
    </w:p>
    <w:p w14:paraId="19D631CB" w14:textId="77777777" w:rsidR="00596D4B" w:rsidRDefault="00000000">
      <w:pPr>
        <w:pStyle w:val="FieldMetadata"/>
        <w:keepNext/>
      </w:pPr>
      <w:r>
        <w:rPr>
          <w:b/>
          <w:color w:val="A12A2A"/>
        </w:rPr>
        <w:t>Checkboxes; select up to five  |  REQUIRED</w:t>
      </w:r>
    </w:p>
    <w:p w14:paraId="4940FF8E" w14:textId="77777777" w:rsidR="00596D4B" w:rsidRDefault="00000000">
      <w:pPr>
        <w:keepNext/>
        <w:spacing w:after="40"/>
        <w:ind w:left="720" w:hanging="360"/>
      </w:pPr>
      <w:r>
        <w:rPr>
          <w:color w:val="29343D"/>
          <w:sz w:val="20"/>
        </w:rPr>
        <w:t>▪  Accepting change</w:t>
      </w:r>
    </w:p>
    <w:p w14:paraId="5D98B703" w14:textId="77777777" w:rsidR="00596D4B" w:rsidRDefault="00000000">
      <w:pPr>
        <w:keepNext/>
        <w:spacing w:after="40"/>
        <w:ind w:left="720" w:hanging="360"/>
      </w:pPr>
      <w:r>
        <w:rPr>
          <w:color w:val="29343D"/>
          <w:sz w:val="20"/>
        </w:rPr>
        <w:t>▪  Achieving a shared vision</w:t>
      </w:r>
    </w:p>
    <w:p w14:paraId="46B1D26B" w14:textId="77777777" w:rsidR="00596D4B" w:rsidRDefault="00000000">
      <w:pPr>
        <w:keepNext/>
        <w:spacing w:after="40"/>
        <w:ind w:left="720" w:hanging="360"/>
      </w:pPr>
      <w:r>
        <w:rPr>
          <w:color w:val="29343D"/>
          <w:sz w:val="20"/>
        </w:rPr>
        <w:t>▪  Clarifying partner roles</w:t>
      </w:r>
    </w:p>
    <w:p w14:paraId="2EE23507" w14:textId="77777777" w:rsidR="00596D4B" w:rsidRDefault="00000000">
      <w:pPr>
        <w:keepNext/>
        <w:spacing w:after="40"/>
        <w:ind w:left="720" w:hanging="360"/>
      </w:pPr>
      <w:r>
        <w:rPr>
          <w:color w:val="29343D"/>
          <w:sz w:val="20"/>
        </w:rPr>
        <w:t>▪  Concerns about risk/management</w:t>
      </w:r>
    </w:p>
    <w:p w14:paraId="3719256F" w14:textId="77777777" w:rsidR="00596D4B" w:rsidRDefault="00000000">
      <w:pPr>
        <w:keepNext/>
        <w:spacing w:after="40"/>
        <w:ind w:left="720" w:hanging="360"/>
      </w:pPr>
      <w:r>
        <w:rPr>
          <w:color w:val="29343D"/>
          <w:sz w:val="20"/>
        </w:rPr>
        <w:t>▪  Coordinating/merging/integrating operations</w:t>
      </w:r>
    </w:p>
    <w:p w14:paraId="5ABDEFA2" w14:textId="77777777" w:rsidR="00596D4B" w:rsidRDefault="00000000">
      <w:pPr>
        <w:keepNext/>
        <w:spacing w:after="40"/>
        <w:ind w:left="720" w:hanging="360"/>
      </w:pPr>
      <w:r>
        <w:rPr>
          <w:color w:val="29343D"/>
          <w:sz w:val="20"/>
        </w:rPr>
        <w:t>▪  Coordinating/integrating programs and services</w:t>
      </w:r>
    </w:p>
    <w:p w14:paraId="439F11A9" w14:textId="77777777" w:rsidR="00596D4B" w:rsidRDefault="00000000">
      <w:pPr>
        <w:keepNext/>
        <w:spacing w:after="40"/>
        <w:ind w:left="720" w:hanging="360"/>
      </w:pPr>
      <w:r>
        <w:rPr>
          <w:color w:val="29343D"/>
          <w:sz w:val="20"/>
        </w:rPr>
        <w:t>▪  Costs of collaboration</w:t>
      </w:r>
    </w:p>
    <w:p w14:paraId="48756B3E" w14:textId="77777777" w:rsidR="00596D4B" w:rsidRDefault="00000000">
      <w:pPr>
        <w:keepNext/>
        <w:spacing w:after="40"/>
        <w:ind w:left="720" w:hanging="360"/>
      </w:pPr>
      <w:r>
        <w:rPr>
          <w:color w:val="29343D"/>
          <w:sz w:val="20"/>
        </w:rPr>
        <w:t>▪  Creating a shared culture</w:t>
      </w:r>
    </w:p>
    <w:p w14:paraId="5BA0041C" w14:textId="77777777" w:rsidR="00596D4B" w:rsidRDefault="00000000">
      <w:pPr>
        <w:keepNext/>
        <w:spacing w:after="40"/>
        <w:ind w:left="720" w:hanging="360"/>
      </w:pPr>
      <w:r>
        <w:rPr>
          <w:color w:val="29343D"/>
          <w:sz w:val="20"/>
        </w:rPr>
        <w:t>▪  Defining and measuring success</w:t>
      </w:r>
    </w:p>
    <w:p w14:paraId="24CA972A" w14:textId="77777777" w:rsidR="00596D4B" w:rsidRDefault="00000000">
      <w:pPr>
        <w:keepNext/>
        <w:spacing w:after="40"/>
        <w:ind w:left="720" w:hanging="360"/>
      </w:pPr>
      <w:r>
        <w:rPr>
          <w:color w:val="29343D"/>
          <w:sz w:val="20"/>
        </w:rPr>
        <w:t>▪  Inadequate staff time available for leading and/or managing collaboration</w:t>
      </w:r>
    </w:p>
    <w:p w14:paraId="0B15FCCE" w14:textId="77777777" w:rsidR="00596D4B" w:rsidRDefault="00000000">
      <w:pPr>
        <w:keepNext/>
        <w:spacing w:after="40"/>
        <w:ind w:left="720" w:hanging="360"/>
      </w:pPr>
      <w:r>
        <w:rPr>
          <w:color w:val="29343D"/>
          <w:sz w:val="20"/>
        </w:rPr>
        <w:t>▪  Internal/external communication and marketing/branding</w:t>
      </w:r>
    </w:p>
    <w:p w14:paraId="65901671" w14:textId="77777777" w:rsidR="00596D4B" w:rsidRDefault="00000000">
      <w:pPr>
        <w:keepNext/>
        <w:spacing w:after="40"/>
        <w:ind w:left="720" w:hanging="360"/>
      </w:pPr>
      <w:r>
        <w:rPr>
          <w:color w:val="29343D"/>
          <w:sz w:val="20"/>
        </w:rPr>
        <w:t>▪  Retaining staff or staff departures</w:t>
      </w:r>
    </w:p>
    <w:p w14:paraId="63B9E250" w14:textId="77777777" w:rsidR="00596D4B" w:rsidRDefault="00000000">
      <w:pPr>
        <w:keepNext/>
        <w:spacing w:after="40"/>
        <w:ind w:left="720" w:hanging="360"/>
      </w:pPr>
      <w:r>
        <w:rPr>
          <w:color w:val="29343D"/>
          <w:sz w:val="20"/>
        </w:rPr>
        <w:t>▪  Necessary external approvals</w:t>
      </w:r>
    </w:p>
    <w:p w14:paraId="6D2BFB2A" w14:textId="77777777" w:rsidR="00596D4B" w:rsidRDefault="00000000">
      <w:pPr>
        <w:spacing w:after="40"/>
        <w:ind w:left="720" w:hanging="360"/>
      </w:pPr>
      <w:r>
        <w:rPr>
          <w:color w:val="29343D"/>
          <w:sz w:val="20"/>
        </w:rPr>
        <w:t>▪  None</w:t>
      </w:r>
    </w:p>
    <w:p w14:paraId="4B4F6DDF" w14:textId="77777777" w:rsidR="00596D4B" w:rsidRDefault="00000000">
      <w:pPr>
        <w:pStyle w:val="Heading1"/>
      </w:pPr>
      <w:r>
        <w:t>Implementation - Technical Assistance Requested</w:t>
      </w:r>
    </w:p>
    <w:tbl>
      <w:tblPr>
        <w:tblStyle w:val="TableGrid"/>
        <w:tblW w:w="9360" w:type="dxa"/>
        <w:tblInd w:w="120" w:type="dxa"/>
        <w:tblLayout w:type="fixed"/>
        <w:tblLook w:val="04A0" w:firstRow="1" w:lastRow="0" w:firstColumn="1" w:lastColumn="0" w:noHBand="0" w:noVBand="1"/>
      </w:tblPr>
      <w:tblGrid>
        <w:gridCol w:w="9360"/>
      </w:tblGrid>
      <w:tr w:rsidR="00596D4B" w14:paraId="727C33C2" w14:textId="77777777">
        <w:tc>
          <w:tcPr>
            <w:tcW w:w="9360" w:type="dxa"/>
            <w:shd w:val="clear" w:color="auto" w:fill="FFF4D6"/>
            <w:tcMar>
              <w:top w:w="90" w:type="dxa"/>
              <w:left w:w="140" w:type="dxa"/>
              <w:bottom w:w="90" w:type="dxa"/>
              <w:right w:w="140" w:type="dxa"/>
            </w:tcMar>
          </w:tcPr>
          <w:p w14:paraId="4136E857" w14:textId="77777777" w:rsidR="00596D4B" w:rsidRDefault="00000000">
            <w:r>
              <w:rPr>
                <w:b/>
                <w:color w:val="6B4B00"/>
                <w:sz w:val="19"/>
              </w:rPr>
              <w:t>IMPLEMENTATION FLOW - shown only when Project Stage is Implementation.</w:t>
            </w:r>
          </w:p>
        </w:tc>
      </w:tr>
    </w:tbl>
    <w:p w14:paraId="21DA97BC" w14:textId="77777777" w:rsidR="00596D4B" w:rsidRDefault="00000000">
      <w:pPr>
        <w:pStyle w:val="ApplicationQuestion"/>
        <w:pageBreakBefore/>
        <w:numPr>
          <w:ilvl w:val="0"/>
          <w:numId w:val="1"/>
        </w:numPr>
      </w:pPr>
      <w:r>
        <w:lastRenderedPageBreak/>
        <w:t>Describe the technical assistance (TA) support and other one-time costs associated with this collaboration that is being requested from the Fund.</w:t>
      </w:r>
    </w:p>
    <w:p w14:paraId="59FBBD52" w14:textId="77777777" w:rsidR="00596D4B" w:rsidRDefault="00000000">
      <w:pPr>
        <w:pStyle w:val="FieldMetadata"/>
        <w:keepNext/>
      </w:pPr>
      <w:r>
        <w:t>Checkboxes  |  Optional</w:t>
      </w:r>
    </w:p>
    <w:p w14:paraId="299ACB35" w14:textId="77777777" w:rsidR="00596D4B" w:rsidRDefault="00000000">
      <w:pPr>
        <w:keepNext/>
        <w:spacing w:after="40"/>
        <w:ind w:left="720" w:hanging="360"/>
      </w:pPr>
      <w:r>
        <w:rPr>
          <w:color w:val="29343D"/>
          <w:sz w:val="20"/>
        </w:rPr>
        <w:t>▪  To conduct financial due diligence</w:t>
      </w:r>
    </w:p>
    <w:p w14:paraId="3272709E" w14:textId="77777777" w:rsidR="00596D4B" w:rsidRDefault="00000000">
      <w:pPr>
        <w:keepNext/>
        <w:spacing w:after="40"/>
        <w:ind w:left="720" w:hanging="360"/>
      </w:pPr>
      <w:r>
        <w:rPr>
          <w:color w:val="29343D"/>
          <w:sz w:val="20"/>
        </w:rPr>
        <w:t>▪  To draft the governing agreement or provide other legal advice</w:t>
      </w:r>
    </w:p>
    <w:p w14:paraId="6B57385C" w14:textId="77777777" w:rsidR="00596D4B" w:rsidRDefault="00000000">
      <w:pPr>
        <w:keepNext/>
        <w:spacing w:after="40"/>
        <w:ind w:left="720" w:hanging="360"/>
      </w:pPr>
      <w:r>
        <w:rPr>
          <w:color w:val="29343D"/>
          <w:sz w:val="20"/>
        </w:rPr>
        <w:t>▪  To facilitate negotiations to support the formation of the collaboration</w:t>
      </w:r>
    </w:p>
    <w:p w14:paraId="0C1A0EE5" w14:textId="77777777" w:rsidR="00596D4B" w:rsidRDefault="00000000">
      <w:pPr>
        <w:keepNext/>
        <w:spacing w:after="40"/>
        <w:ind w:left="720" w:hanging="360"/>
      </w:pPr>
      <w:r>
        <w:rPr>
          <w:color w:val="29343D"/>
          <w:sz w:val="20"/>
        </w:rPr>
        <w:t>▪  To advise on human resources, benefits, or compensation</w:t>
      </w:r>
    </w:p>
    <w:p w14:paraId="5EBA2934" w14:textId="77777777" w:rsidR="00596D4B" w:rsidRDefault="00000000">
      <w:pPr>
        <w:keepNext/>
        <w:spacing w:after="40"/>
        <w:ind w:left="720" w:hanging="360"/>
      </w:pPr>
      <w:r>
        <w:rPr>
          <w:color w:val="29343D"/>
          <w:sz w:val="20"/>
        </w:rPr>
        <w:t>▪  To determine the value of assets (intellectual or physical property)</w:t>
      </w:r>
    </w:p>
    <w:p w14:paraId="26CB8AB5" w14:textId="77777777" w:rsidR="00596D4B" w:rsidRDefault="00000000">
      <w:pPr>
        <w:keepNext/>
        <w:spacing w:after="40"/>
        <w:ind w:left="720" w:hanging="360"/>
      </w:pPr>
      <w:r>
        <w:rPr>
          <w:color w:val="29343D"/>
          <w:sz w:val="20"/>
        </w:rPr>
        <w:t>▪  To assess fundraising implications of collaboration</w:t>
      </w:r>
    </w:p>
    <w:p w14:paraId="6994FAEC" w14:textId="77777777" w:rsidR="00596D4B" w:rsidRDefault="00000000">
      <w:pPr>
        <w:keepNext/>
        <w:spacing w:after="40"/>
        <w:ind w:left="720" w:hanging="360"/>
      </w:pPr>
      <w:r>
        <w:rPr>
          <w:color w:val="29343D"/>
          <w:sz w:val="20"/>
        </w:rPr>
        <w:t>▪  To assess branding implications of collaboration &amp; marketing/communications support</w:t>
      </w:r>
    </w:p>
    <w:p w14:paraId="136B2048" w14:textId="77777777" w:rsidR="00596D4B" w:rsidRDefault="00000000">
      <w:pPr>
        <w:keepNext/>
        <w:spacing w:after="40"/>
        <w:ind w:left="720" w:hanging="360"/>
      </w:pPr>
      <w:r>
        <w:rPr>
          <w:color w:val="29343D"/>
          <w:sz w:val="20"/>
        </w:rPr>
        <w:t>▪  To integrate technological or other systems</w:t>
      </w:r>
    </w:p>
    <w:p w14:paraId="0FC216E4" w14:textId="77777777" w:rsidR="00596D4B" w:rsidRDefault="00000000">
      <w:pPr>
        <w:spacing w:after="40"/>
        <w:ind w:left="720" w:hanging="360"/>
      </w:pPr>
      <w:r>
        <w:rPr>
          <w:color w:val="29343D"/>
          <w:sz w:val="20"/>
        </w:rPr>
        <w:t>▪  Other</w:t>
      </w:r>
    </w:p>
    <w:p w14:paraId="23F4ED2A" w14:textId="77777777" w:rsidR="00596D4B" w:rsidRDefault="00000000">
      <w:pPr>
        <w:pStyle w:val="ApplicationQuestion"/>
        <w:numPr>
          <w:ilvl w:val="0"/>
          <w:numId w:val="1"/>
        </w:numPr>
      </w:pPr>
      <w:r>
        <w:t>What is the anticipated total cost of completing the implementation?</w:t>
      </w:r>
    </w:p>
    <w:p w14:paraId="063B30EA" w14:textId="77777777" w:rsidR="00596D4B" w:rsidRDefault="00000000">
      <w:pPr>
        <w:pStyle w:val="FieldMetadata"/>
      </w:pPr>
      <w:r>
        <w:t>Short answer  |  Optional</w:t>
      </w:r>
    </w:p>
    <w:p w14:paraId="27D02D84" w14:textId="77777777" w:rsidR="00596D4B" w:rsidRDefault="00000000">
      <w:pPr>
        <w:pStyle w:val="ApplicationQuestion"/>
        <w:numPr>
          <w:ilvl w:val="0"/>
          <w:numId w:val="1"/>
        </w:numPr>
      </w:pPr>
      <w:r>
        <w:t>Provide an itemized budget detailing the full cost of the implementation. Budget must include name, function, timeline, and associated cost for each TA provider or vendor; amount requested from the Fund; and other sources of secured or pending support (including in-kind).</w:t>
      </w:r>
    </w:p>
    <w:p w14:paraId="786EF6BE" w14:textId="77777777" w:rsidR="00596D4B" w:rsidRDefault="00000000">
      <w:pPr>
        <w:pStyle w:val="FieldMetadata"/>
      </w:pPr>
      <w:r>
        <w:t>File upload  |  Optional</w:t>
      </w:r>
    </w:p>
    <w:p w14:paraId="53FCD667" w14:textId="77777777" w:rsidR="00596D4B" w:rsidRDefault="00000000">
      <w:pPr>
        <w:pStyle w:val="Heading1"/>
      </w:pPr>
      <w:r>
        <w:t>Application Feedback</w:t>
      </w:r>
    </w:p>
    <w:p w14:paraId="25B9FF2B" w14:textId="77777777" w:rsidR="00596D4B" w:rsidRDefault="00000000">
      <w:pPr>
        <w:pStyle w:val="ApplicationQuestion"/>
        <w:numPr>
          <w:ilvl w:val="0"/>
          <w:numId w:val="1"/>
        </w:numPr>
      </w:pPr>
      <w:r>
        <w:t>We strive to be respectful of the scarce time of our potential nonprofit partners. How long did this form take you to complete?</w:t>
      </w:r>
    </w:p>
    <w:p w14:paraId="6B7ECE9D" w14:textId="77777777" w:rsidR="00596D4B" w:rsidRDefault="00000000">
      <w:pPr>
        <w:pStyle w:val="FieldMetadata"/>
        <w:keepNext/>
      </w:pPr>
      <w:r>
        <w:rPr>
          <w:b/>
          <w:color w:val="A12A2A"/>
        </w:rPr>
        <w:t>Dropdown  |  REQUIRED</w:t>
      </w:r>
    </w:p>
    <w:p w14:paraId="7AC94D80" w14:textId="77777777" w:rsidR="00596D4B" w:rsidRDefault="00000000">
      <w:pPr>
        <w:keepNext/>
        <w:spacing w:after="40"/>
        <w:ind w:left="720" w:hanging="360"/>
      </w:pPr>
      <w:r>
        <w:rPr>
          <w:color w:val="29343D"/>
          <w:sz w:val="20"/>
        </w:rPr>
        <w:t>▪  Less than one hour</w:t>
      </w:r>
    </w:p>
    <w:p w14:paraId="17AF1A11" w14:textId="77777777" w:rsidR="00596D4B" w:rsidRDefault="00000000">
      <w:pPr>
        <w:keepNext/>
        <w:spacing w:after="40"/>
        <w:ind w:left="720" w:hanging="360"/>
      </w:pPr>
      <w:r>
        <w:rPr>
          <w:color w:val="29343D"/>
          <w:sz w:val="20"/>
        </w:rPr>
        <w:t>▪  Two - Three Hours</w:t>
      </w:r>
    </w:p>
    <w:p w14:paraId="3387CDAD" w14:textId="77777777" w:rsidR="00596D4B" w:rsidRDefault="00000000">
      <w:pPr>
        <w:spacing w:after="40"/>
        <w:ind w:left="720" w:hanging="360"/>
      </w:pPr>
      <w:r>
        <w:rPr>
          <w:color w:val="29343D"/>
          <w:sz w:val="20"/>
        </w:rPr>
        <w:t>▪  More than three hours</w:t>
      </w:r>
    </w:p>
    <w:p w14:paraId="7BEA34F8" w14:textId="77777777" w:rsidR="00596D4B" w:rsidRDefault="00000000">
      <w:pPr>
        <w:pStyle w:val="ApplicationQuestion"/>
        <w:numPr>
          <w:ilvl w:val="0"/>
          <w:numId w:val="1"/>
        </w:numPr>
      </w:pPr>
      <w:r>
        <w:t>Do you have any comments on what would make it more helpful?</w:t>
      </w:r>
    </w:p>
    <w:p w14:paraId="62FF071A" w14:textId="77777777" w:rsidR="00596D4B" w:rsidRDefault="00000000">
      <w:pPr>
        <w:pStyle w:val="FieldMetadata"/>
      </w:pPr>
      <w:r>
        <w:rPr>
          <w:b/>
          <w:color w:val="A12A2A"/>
        </w:rPr>
        <w:t>Long answer  |  REQUIRED</w:t>
      </w:r>
    </w:p>
    <w:sectPr w:rsidR="00596D4B" w:rsidSect="00034616">
      <w:headerReference w:type="even" r:id="rId9"/>
      <w:headerReference w:type="default" r:id="rId10"/>
      <w:footerReference w:type="even" r:id="rId11"/>
      <w:footerReference w:type="default" r:id="rId12"/>
      <w:pgSz w:w="12240" w:h="15840"/>
      <w:pgMar w:top="1152" w:right="1224" w:bottom="1152" w:left="1224"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F2BB1" w14:textId="77777777" w:rsidR="0019013C" w:rsidRDefault="0019013C">
      <w:pPr>
        <w:spacing w:after="0" w:line="240" w:lineRule="auto"/>
      </w:pPr>
      <w:r>
        <w:separator/>
      </w:r>
    </w:p>
  </w:endnote>
  <w:endnote w:type="continuationSeparator" w:id="0">
    <w:p w14:paraId="6AE10A8B" w14:textId="77777777" w:rsidR="0019013C" w:rsidRDefault="00190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7B3DF" w14:textId="77777777" w:rsidR="00596D4B" w:rsidRDefault="00000000">
    <w:pPr>
      <w:pStyle w:val="Footer"/>
      <w:jc w:val="center"/>
    </w:pPr>
    <w:r>
      <w:rPr>
        <w:color w:val="66727D"/>
        <w:sz w:val="17"/>
      </w:rPr>
      <w:t>Nonprofit Repositioning Fund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EFE63" w14:textId="77777777" w:rsidR="00596D4B" w:rsidRDefault="00000000">
    <w:pPr>
      <w:pStyle w:val="Footer"/>
      <w:jc w:val="center"/>
    </w:pPr>
    <w:r>
      <w:rPr>
        <w:color w:val="66727D"/>
        <w:sz w:val="17"/>
      </w:rPr>
      <w:t>Nonprofit Repositioning Fund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C5A23" w14:textId="77777777" w:rsidR="0019013C" w:rsidRDefault="0019013C">
      <w:pPr>
        <w:spacing w:after="0" w:line="240" w:lineRule="auto"/>
      </w:pPr>
      <w:r>
        <w:separator/>
      </w:r>
    </w:p>
  </w:footnote>
  <w:footnote w:type="continuationSeparator" w:id="0">
    <w:p w14:paraId="5D0F14F3" w14:textId="77777777" w:rsidR="0019013C" w:rsidRDefault="001901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C11BD" w14:textId="74E5ADFC" w:rsidR="00596D4B" w:rsidRDefault="00000000">
    <w:pPr>
      <w:pStyle w:val="Header"/>
      <w:jc w:val="right"/>
    </w:pPr>
    <w:r>
      <w:rPr>
        <w:b/>
        <w:color w:val="66727D"/>
        <w:sz w:val="17"/>
      </w:rPr>
      <w:t xml:space="preserve">SEACHANGE CAPITAL PARTNERS | </w:t>
    </w:r>
    <w:r w:rsidR="00250BE9">
      <w:rPr>
        <w:b/>
        <w:color w:val="66727D"/>
        <w:sz w:val="17"/>
      </w:rPr>
      <w:t>GRANT APPLICATION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830F6" w14:textId="28002670" w:rsidR="00596D4B" w:rsidRDefault="00000000">
    <w:pPr>
      <w:pStyle w:val="Header"/>
      <w:jc w:val="right"/>
      <w:rPr>
        <w:b/>
        <w:color w:val="66727D"/>
        <w:sz w:val="17"/>
      </w:rPr>
    </w:pPr>
    <w:r>
      <w:rPr>
        <w:b/>
        <w:color w:val="66727D"/>
        <w:sz w:val="17"/>
      </w:rPr>
      <w:t xml:space="preserve">SEACHANGE CAPITAL PARTNERS | </w:t>
    </w:r>
    <w:r w:rsidR="00250BE9">
      <w:rPr>
        <w:b/>
        <w:color w:val="66727D"/>
        <w:sz w:val="17"/>
      </w:rPr>
      <w:t>GRANT APPLICATION</w:t>
    </w:r>
  </w:p>
  <w:p w14:paraId="38FA3E44" w14:textId="77777777" w:rsidR="00250BE9" w:rsidRDefault="00250BE9" w:rsidP="00250BE9">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1846491"/>
    <w:multiLevelType w:val="singleLevel"/>
    <w:tmpl w:val="A34AD0C0"/>
    <w:lvl w:ilvl="0">
      <w:start w:val="1"/>
      <w:numFmt w:val="decimal"/>
      <w:lvlText w:val="%1."/>
      <w:lvlJc w:val="left"/>
      <w:pPr>
        <w:tabs>
          <w:tab w:val="num" w:pos="900"/>
        </w:tabs>
        <w:ind w:left="900" w:hanging="540"/>
      </w:pPr>
    </w:lvl>
  </w:abstractNum>
  <w:abstractNum w:abstractNumId="10" w15:restartNumberingAfterBreak="0">
    <w:nsid w:val="53FE79D0"/>
    <w:multiLevelType w:val="singleLevel"/>
    <w:tmpl w:val="D388A422"/>
    <w:lvl w:ilvl="0">
      <w:start w:val="1"/>
      <w:numFmt w:val="bullet"/>
      <w:pStyle w:val="ListBullet"/>
      <w:lvlText w:val="•"/>
      <w:lvlJc w:val="left"/>
      <w:pPr>
        <w:tabs>
          <w:tab w:val="num" w:pos="720"/>
        </w:tabs>
        <w:ind w:left="720" w:hanging="360"/>
      </w:pPr>
    </w:lvl>
  </w:abstractNum>
  <w:num w:numId="1" w16cid:durableId="1266333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9013C"/>
    <w:rsid w:val="00250BE9"/>
    <w:rsid w:val="0029639D"/>
    <w:rsid w:val="00326F90"/>
    <w:rsid w:val="00596D4B"/>
    <w:rsid w:val="007161EE"/>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E384A9"/>
  <w14:defaultImageDpi w14:val="300"/>
  <w15:docId w15:val="{D7FBA0FA-C801-4528-B350-0419C32E7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pPr>
    <w:rPr>
      <w:rFonts w:ascii="Calibri" w:hAnsi="Calibri"/>
      <w:sz w:val="21"/>
    </w:rPr>
  </w:style>
  <w:style w:type="paragraph" w:styleId="Heading1">
    <w:name w:val="heading 1"/>
    <w:basedOn w:val="Normal"/>
    <w:next w:val="Normal"/>
    <w:link w:val="Heading1Char"/>
    <w:uiPriority w:val="9"/>
    <w:qFormat/>
    <w:rsid w:val="00FC693F"/>
    <w:pPr>
      <w:keepNext/>
      <w:keepLines/>
      <w:spacing w:before="360" w:after="160"/>
      <w:outlineLvl w:val="0"/>
    </w:pPr>
    <w:rPr>
      <w:rFonts w:asciiTheme="majorHAnsi" w:eastAsiaTheme="majorEastAsia" w:hAnsiTheme="majorHAnsi" w:cstheme="majorBidi"/>
      <w:b/>
      <w:bCs/>
      <w:color w:val="2E5F8A"/>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b/>
      <w:bCs/>
      <w:color w:val="2E5F8A"/>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18354F"/>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360"/>
      </w:tabs>
      <w:contextualSpacing/>
    </w:pPr>
  </w:style>
  <w:style w:type="paragraph" w:styleId="ListBullet3">
    <w:name w:val="List Bullet 3"/>
    <w:basedOn w:val="Normal"/>
    <w:uiPriority w:val="99"/>
    <w:unhideWhenUsed/>
    <w:rsid w:val="00326F90"/>
    <w:pPr>
      <w:tabs>
        <w:tab w:val="num" w:pos="360"/>
      </w:tabs>
      <w:contextualSpacing/>
    </w:pPr>
  </w:style>
  <w:style w:type="paragraph" w:styleId="ListNumber">
    <w:name w:val="List Number"/>
    <w:basedOn w:val="Normal"/>
    <w:uiPriority w:val="99"/>
    <w:unhideWhenUsed/>
    <w:rsid w:val="00326F90"/>
    <w:pPr>
      <w:tabs>
        <w:tab w:val="num" w:pos="360"/>
      </w:tabs>
      <w:contextualSpacing/>
    </w:pPr>
  </w:style>
  <w:style w:type="paragraph" w:styleId="ListNumber2">
    <w:name w:val="List Number 2"/>
    <w:basedOn w:val="Normal"/>
    <w:uiPriority w:val="99"/>
    <w:unhideWhenUsed/>
    <w:rsid w:val="0029639D"/>
    <w:pPr>
      <w:tabs>
        <w:tab w:val="num" w:pos="360"/>
      </w:tabs>
      <w:contextualSpacing/>
    </w:pPr>
  </w:style>
  <w:style w:type="paragraph" w:styleId="ListNumber3">
    <w:name w:val="List Number 3"/>
    <w:basedOn w:val="Normal"/>
    <w:uiPriority w:val="99"/>
    <w:unhideWhenUsed/>
    <w:rsid w:val="0029639D"/>
    <w:pPr>
      <w:tabs>
        <w:tab w:val="num" w:pos="360"/>
      </w:tabs>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pplicationQuestion">
    <w:name w:val="Application Question"/>
    <w:pPr>
      <w:keepNext/>
      <w:spacing w:before="140" w:after="20"/>
    </w:pPr>
    <w:rPr>
      <w:rFonts w:ascii="Calibri" w:hAnsi="Calibri"/>
      <w:b/>
      <w:color w:val="18354F"/>
      <w:sz w:val="21"/>
    </w:rPr>
  </w:style>
  <w:style w:type="paragraph" w:customStyle="1" w:styleId="FieldMetadata">
    <w:name w:val="Field Metadata"/>
    <w:pPr>
      <w:spacing w:after="40"/>
      <w:ind w:left="720"/>
    </w:pPr>
    <w:rPr>
      <w:rFonts w:ascii="Calibri" w:hAnsi="Calibri"/>
      <w:i/>
      <w:color w:val="66727D"/>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faforms.com/520716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36</Pages>
  <Words>5737</Words>
  <Characters>32701</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38362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Nonprofit Repositioning Fund Grant Application Questionnaire</dc:title>
  <dc:subject>Complete application questions, answer options, and conditional logic</dc:subject>
  <dc:creator>OpenAI</dc:creator>
  <cp:keywords>SeaChange Capital Partners, Nonprofit Repositioning Fund, grant application, exploration, implementation</cp:keywords>
  <dc:description>generated by python-docx</dc:description>
  <cp:lastModifiedBy>Alex Volpicello</cp:lastModifiedBy>
  <cp:revision>2</cp:revision>
  <dcterms:created xsi:type="dcterms:W3CDTF">2026-08-19T16:35:00Z</dcterms:created>
  <dcterms:modified xsi:type="dcterms:W3CDTF">2026-08-19T16:35:00Z</dcterms:modified>
  <cp:category/>
</cp:coreProperties>
</file>